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jc w:val="center"/>
        <w:tblLayout w:type="fixed"/>
        <w:tblLook w:val="04A0" w:firstRow="1" w:lastRow="0" w:firstColumn="1" w:lastColumn="0" w:noHBand="0" w:noVBand="1"/>
      </w:tblPr>
      <w:tblGrid>
        <w:gridCol w:w="3047"/>
        <w:gridCol w:w="6095"/>
      </w:tblGrid>
      <w:tr w:rsidR="00BA3EFE" w:rsidRPr="004C36D5" w14:paraId="15B99E0A" w14:textId="77777777" w:rsidTr="00CF7F73">
        <w:trPr>
          <w:cantSplit/>
          <w:jc w:val="center"/>
        </w:trPr>
        <w:tc>
          <w:tcPr>
            <w:tcW w:w="3047" w:type="dxa"/>
            <w:tcMar>
              <w:top w:w="0" w:type="dxa"/>
              <w:left w:w="50" w:type="dxa"/>
              <w:bottom w:w="0" w:type="dxa"/>
              <w:right w:w="50" w:type="dxa"/>
            </w:tcMar>
          </w:tcPr>
          <w:bookmarkStart w:id="0" w:name="_GoBack"/>
          <w:bookmarkEnd w:id="0"/>
          <w:p w14:paraId="382C416D" w14:textId="7CE9723B" w:rsidR="00A97DE3" w:rsidRDefault="00A97DE3">
            <w:pPr>
              <w:spacing w:after="0"/>
              <w:jc w:val="center"/>
              <w:rPr>
                <w:rFonts w:cs="Times New Roman"/>
                <w:sz w:val="28"/>
                <w:szCs w:val="28"/>
              </w:rPr>
            </w:pPr>
            <w:r>
              <w:rPr>
                <w:rFonts w:cs="Times New Roman"/>
                <w:b/>
                <w:noProof/>
                <w:sz w:val="28"/>
                <w:szCs w:val="28"/>
              </w:rPr>
              <mc:AlternateContent>
                <mc:Choice Requires="wps">
                  <w:drawing>
                    <wp:anchor distT="0" distB="0" distL="114300" distR="114300" simplePos="0" relativeHeight="251659264" behindDoc="0" locked="0" layoutInCell="1" allowOverlap="1" wp14:anchorId="22D04A2E" wp14:editId="4BF3282B">
                      <wp:simplePos x="0" y="0"/>
                      <wp:positionH relativeFrom="column">
                        <wp:posOffset>442892</wp:posOffset>
                      </wp:positionH>
                      <wp:positionV relativeFrom="paragraph">
                        <wp:posOffset>330876</wp:posOffset>
                      </wp:positionV>
                      <wp:extent cx="1015340" cy="0"/>
                      <wp:effectExtent l="0" t="0" r="0" b="0"/>
                      <wp:wrapNone/>
                      <wp:docPr id="895909494" name="Straight Connector 3"/>
                      <wp:cNvGraphicFramePr/>
                      <a:graphic xmlns:a="http://schemas.openxmlformats.org/drawingml/2006/main">
                        <a:graphicData uri="http://schemas.microsoft.com/office/word/2010/wordprocessingShape">
                          <wps:wsp>
                            <wps:cNvCnPr/>
                            <wps:spPr>
                              <a:xfrm>
                                <a:off x="0" y="0"/>
                                <a:ext cx="1015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B52282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85pt,26.05pt" to="114.8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" strokecolor="black [3040]"/>
                  </w:pict>
                </mc:Fallback>
              </mc:AlternateContent>
            </w:r>
            <w:r w:rsidR="00AE1007" w:rsidRPr="004C36D5">
              <w:rPr>
                <w:rFonts w:cs="Times New Roman"/>
                <w:b/>
                <w:sz w:val="28"/>
                <w:szCs w:val="28"/>
              </w:rPr>
              <w:t>CHÍNH PHỦ</w:t>
            </w:r>
            <w:r w:rsidR="00AE1007" w:rsidRPr="004C36D5">
              <w:rPr>
                <w:rFonts w:cs="Times New Roman"/>
                <w:b/>
                <w:sz w:val="28"/>
                <w:szCs w:val="28"/>
              </w:rPr>
              <w:br/>
            </w:r>
            <w:r w:rsidR="00AE1007" w:rsidRPr="004C36D5">
              <w:rPr>
                <w:rFonts w:cs="Times New Roman"/>
                <w:b/>
                <w:sz w:val="28"/>
                <w:szCs w:val="28"/>
              </w:rPr>
              <w:br/>
            </w:r>
          </w:p>
          <w:p w14:paraId="48153BF3" w14:textId="756B8077" w:rsidR="00BA3EFE" w:rsidRPr="004C36D5" w:rsidRDefault="00AE1007">
            <w:pPr>
              <w:spacing w:after="0"/>
              <w:jc w:val="center"/>
              <w:rPr>
                <w:rFonts w:cs="Times New Roman"/>
                <w:sz w:val="28"/>
                <w:szCs w:val="28"/>
              </w:rPr>
            </w:pPr>
            <w:r w:rsidRPr="004C36D5">
              <w:rPr>
                <w:rFonts w:cs="Times New Roman"/>
                <w:sz w:val="28"/>
                <w:szCs w:val="28"/>
              </w:rPr>
              <w:t>Số:</w:t>
            </w:r>
            <w:r w:rsidR="00A97DE3">
              <w:rPr>
                <w:rFonts w:cs="Times New Roman"/>
                <w:sz w:val="28"/>
                <w:szCs w:val="28"/>
              </w:rPr>
              <w:t xml:space="preserve">           </w:t>
            </w:r>
            <w:r w:rsidRPr="004C36D5">
              <w:rPr>
                <w:rFonts w:cs="Times New Roman"/>
                <w:sz w:val="28"/>
                <w:szCs w:val="28"/>
              </w:rPr>
              <w:t>/2026/NĐ-CP</w:t>
            </w:r>
          </w:p>
        </w:tc>
        <w:tc>
          <w:tcPr>
            <w:tcW w:w="6095" w:type="dxa"/>
            <w:tcMar>
              <w:top w:w="0" w:type="dxa"/>
              <w:left w:w="50" w:type="dxa"/>
              <w:bottom w:w="0" w:type="dxa"/>
              <w:right w:w="50" w:type="dxa"/>
            </w:tcMar>
          </w:tcPr>
          <w:p w14:paraId="250CC197" w14:textId="38FC1131" w:rsidR="00A97DE3" w:rsidRDefault="00A97DE3" w:rsidP="00A97DE3">
            <w:pPr>
              <w:spacing w:after="0"/>
              <w:jc w:val="center"/>
              <w:rPr>
                <w:rFonts w:cs="Times New Roman"/>
                <w:i/>
                <w:iCs/>
                <w:sz w:val="28"/>
                <w:szCs w:val="28"/>
              </w:rPr>
            </w:pPr>
            <w:r>
              <w:rPr>
                <w:rFonts w:cs="Times New Roman"/>
                <w:b/>
                <w:noProof/>
                <w:sz w:val="28"/>
                <w:szCs w:val="28"/>
              </w:rPr>
              <mc:AlternateContent>
                <mc:Choice Requires="wps">
                  <w:drawing>
                    <wp:anchor distT="0" distB="0" distL="114300" distR="114300" simplePos="0" relativeHeight="251660288" behindDoc="0" locked="0" layoutInCell="1" allowOverlap="1" wp14:anchorId="392C6635" wp14:editId="71FF1A59">
                      <wp:simplePos x="0" y="0"/>
                      <wp:positionH relativeFrom="column">
                        <wp:posOffset>877174</wp:posOffset>
                      </wp:positionH>
                      <wp:positionV relativeFrom="paragraph">
                        <wp:posOffset>526819</wp:posOffset>
                      </wp:positionV>
                      <wp:extent cx="2078182" cy="0"/>
                      <wp:effectExtent l="0" t="0" r="0" b="0"/>
                      <wp:wrapNone/>
                      <wp:docPr id="1003702368" name="Straight Connector 4"/>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6EC03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05pt,41.5pt" to="23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" strokecolor="black [3040]"/>
                  </w:pict>
                </mc:Fallback>
              </mc:AlternateContent>
            </w:r>
            <w:r w:rsidR="00AE1007" w:rsidRPr="004C36D5">
              <w:rPr>
                <w:rFonts w:cs="Times New Roman"/>
                <w:b/>
                <w:sz w:val="28"/>
                <w:szCs w:val="28"/>
              </w:rPr>
              <w:t>CỘNG HÒA XÃ HỘI CHỦ NGHĨA VIỆT NAM</w:t>
            </w:r>
            <w:r w:rsidR="00AE1007" w:rsidRPr="004C36D5">
              <w:rPr>
                <w:rFonts w:cs="Times New Roman"/>
                <w:b/>
                <w:sz w:val="28"/>
                <w:szCs w:val="28"/>
              </w:rPr>
              <w:br/>
              <w:t>Độc lập - Tự do - Hạnh phúc</w:t>
            </w:r>
            <w:r w:rsidR="00AE1007" w:rsidRPr="004C36D5">
              <w:rPr>
                <w:rFonts w:cs="Times New Roman"/>
                <w:b/>
                <w:sz w:val="28"/>
                <w:szCs w:val="28"/>
              </w:rPr>
              <w:br/>
            </w:r>
          </w:p>
          <w:p w14:paraId="71A9AF5E" w14:textId="2C44DDBA" w:rsidR="00BA3EFE" w:rsidRPr="0011748A" w:rsidRDefault="00AE1007" w:rsidP="00A97DE3">
            <w:pPr>
              <w:spacing w:after="0"/>
              <w:jc w:val="center"/>
              <w:rPr>
                <w:rFonts w:cs="Times New Roman"/>
                <w:i/>
                <w:iCs/>
                <w:sz w:val="28"/>
                <w:szCs w:val="28"/>
              </w:rPr>
            </w:pPr>
            <w:r w:rsidRPr="0011748A">
              <w:rPr>
                <w:rFonts w:cs="Times New Roman"/>
                <w:i/>
                <w:iCs/>
                <w:sz w:val="28"/>
                <w:szCs w:val="28"/>
              </w:rPr>
              <w:t xml:space="preserve">Hà Nội, ngày </w:t>
            </w:r>
            <w:r w:rsidR="00A97DE3">
              <w:rPr>
                <w:rFonts w:cs="Times New Roman"/>
                <w:i/>
                <w:iCs/>
                <w:sz w:val="28"/>
                <w:szCs w:val="28"/>
              </w:rPr>
              <w:t xml:space="preserve">   </w:t>
            </w:r>
            <w:r w:rsidRPr="0011748A">
              <w:rPr>
                <w:rFonts w:cs="Times New Roman"/>
                <w:i/>
                <w:iCs/>
                <w:sz w:val="28"/>
                <w:szCs w:val="28"/>
              </w:rPr>
              <w:t xml:space="preserve"> tháng </w:t>
            </w:r>
            <w:r w:rsidR="00A97DE3">
              <w:rPr>
                <w:rFonts w:cs="Times New Roman"/>
                <w:i/>
                <w:iCs/>
                <w:sz w:val="28"/>
                <w:szCs w:val="28"/>
              </w:rPr>
              <w:t xml:space="preserve">   </w:t>
            </w:r>
            <w:r w:rsidRPr="0011748A">
              <w:rPr>
                <w:rFonts w:cs="Times New Roman"/>
                <w:i/>
                <w:iCs/>
                <w:sz w:val="28"/>
                <w:szCs w:val="28"/>
              </w:rPr>
              <w:t xml:space="preserve"> năm 2026</w:t>
            </w:r>
          </w:p>
        </w:tc>
      </w:tr>
    </w:tbl>
    <w:p w14:paraId="787C98AE" w14:textId="42901109" w:rsidR="009B31F5" w:rsidRDefault="00663290" w:rsidP="00A97DE3">
      <w:pPr>
        <w:spacing w:after="0"/>
        <w:jc w:val="left"/>
        <w:rPr>
          <w:rFonts w:cs="Times New Roman"/>
          <w:b/>
          <w:sz w:val="24"/>
          <w:szCs w:val="24"/>
          <w:u w:val="single"/>
          <w:lang w:val="en"/>
        </w:rPr>
      </w:pPr>
      <w:r>
        <w:rPr>
          <w:rFonts w:cs="Times New Roman"/>
          <w:b/>
          <w:noProof/>
          <w:sz w:val="28"/>
          <w:szCs w:val="28"/>
        </w:rPr>
        <mc:AlternateContent>
          <mc:Choice Requires="wps">
            <w:drawing>
              <wp:anchor distT="0" distB="0" distL="114300" distR="114300" simplePos="0" relativeHeight="251674624" behindDoc="0" locked="0" layoutInCell="1" allowOverlap="1" wp14:anchorId="62F0C265" wp14:editId="2BEA67E7">
                <wp:simplePos x="0" y="0"/>
                <wp:positionH relativeFrom="column">
                  <wp:posOffset>-334010</wp:posOffset>
                </wp:positionH>
                <wp:positionV relativeFrom="paragraph">
                  <wp:posOffset>83185</wp:posOffset>
                </wp:positionV>
                <wp:extent cx="1447800" cy="2857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D868AA" w14:textId="7405814E" w:rsidR="00C96B33" w:rsidRPr="00C00374" w:rsidRDefault="00C96B33" w:rsidP="00C00374">
                            <w:pPr>
                              <w:spacing w:after="0"/>
                              <w:jc w:val="center"/>
                              <w:rPr>
                                <w:rFonts w:cs="Times New Roman"/>
                                <w:b/>
                                <w:sz w:val="28"/>
                                <w:szCs w:val="28"/>
                              </w:rPr>
                            </w:pPr>
                            <w:r w:rsidRPr="00C00374">
                              <w:rPr>
                                <w:rFonts w:cs="Times New Roman"/>
                                <w:b/>
                                <w:sz w:val="24"/>
                                <w:szCs w:val="24"/>
                                <w:lang w:val="en"/>
                              </w:rPr>
                              <w:t>DỰ THẢO</w:t>
                            </w:r>
                            <w:r>
                              <w:rPr>
                                <w:rFonts w:cs="Times New Roman"/>
                                <w:b/>
                                <w:sz w:val="24"/>
                                <w:szCs w:val="24"/>
                                <w:lang w:val="en"/>
                              </w:rPr>
                              <w:t xml:space="preserve"> </w:t>
                            </w:r>
                          </w:p>
                          <w:p w14:paraId="561A7DC9" w14:textId="77777777" w:rsidR="00C96B33" w:rsidRDefault="00C96B33" w:rsidP="00C003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3pt;margin-top:6.55pt;width:114pt;height:2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" fillcolor="white [3201]" strokeweight=".5pt">
                <v:textbox>
                  <w:txbxContent>
                    <w:p w14:paraId="05D868AA" w14:textId="7405814E" w:rsidR="00C96B33" w:rsidRPr="00C00374" w:rsidRDefault="00C96B33" w:rsidP="00C00374">
                      <w:pPr>
                        <w:spacing w:after="0"/>
                        <w:jc w:val="center"/>
                        <w:rPr>
                          <w:rFonts w:cs="Times New Roman"/>
                          <w:b/>
                          <w:sz w:val="28"/>
                          <w:szCs w:val="28"/>
                        </w:rPr>
                      </w:pPr>
                      <w:r w:rsidRPr="00C00374">
                        <w:rPr>
                          <w:rFonts w:cs="Times New Roman"/>
                          <w:b/>
                          <w:sz w:val="24"/>
                          <w:szCs w:val="24"/>
                          <w:lang w:val="en"/>
                        </w:rPr>
                        <w:t>DỰ THẢO</w:t>
                      </w:r>
                      <w:r>
                        <w:rPr>
                          <w:rFonts w:cs="Times New Roman"/>
                          <w:b/>
                          <w:sz w:val="24"/>
                          <w:szCs w:val="24"/>
                          <w:lang w:val="en"/>
                        </w:rPr>
                        <w:t xml:space="preserve"> </w:t>
                      </w:r>
                    </w:p>
                    <w:p w14:paraId="561A7DC9" w14:textId="77777777" w:rsidR="00C96B33" w:rsidRDefault="00C96B33" w:rsidP="00C00374">
                      <w:pPr>
                        <w:jc w:val="center"/>
                      </w:pPr>
                    </w:p>
                  </w:txbxContent>
                </v:textbox>
              </v:shape>
            </w:pict>
          </mc:Fallback>
        </mc:AlternateContent>
      </w:r>
    </w:p>
    <w:p w14:paraId="0CF0A6E6" w14:textId="6EE782C1" w:rsidR="00BA3EFE" w:rsidRPr="004C36D5" w:rsidRDefault="00AE1007">
      <w:pPr>
        <w:spacing w:before="240" w:after="80"/>
        <w:jc w:val="center"/>
        <w:rPr>
          <w:rFonts w:cs="Times New Roman"/>
          <w:sz w:val="28"/>
          <w:szCs w:val="28"/>
        </w:rPr>
      </w:pPr>
      <w:r w:rsidRPr="004C36D5">
        <w:rPr>
          <w:rFonts w:cs="Times New Roman"/>
          <w:b/>
          <w:sz w:val="28"/>
          <w:szCs w:val="28"/>
        </w:rPr>
        <w:t>NGHỊ ĐỊNH</w:t>
      </w:r>
    </w:p>
    <w:p w14:paraId="30FA5A9E" w14:textId="77777777" w:rsidR="00A76DAD" w:rsidRDefault="009B31F5" w:rsidP="009B31F5">
      <w:pPr>
        <w:spacing w:after="0"/>
        <w:jc w:val="center"/>
        <w:rPr>
          <w:rFonts w:cs="Times New Roman"/>
          <w:b/>
          <w:sz w:val="28"/>
          <w:szCs w:val="28"/>
        </w:rPr>
      </w:pPr>
      <w:r w:rsidRPr="004C36D5">
        <w:rPr>
          <w:rFonts w:cs="Times New Roman"/>
          <w:b/>
          <w:sz w:val="28"/>
          <w:szCs w:val="28"/>
        </w:rPr>
        <w:t xml:space="preserve">SỬA ĐỔI, BỔ SUNG MỘT SỐ ĐIỀU CỦA </w:t>
      </w:r>
    </w:p>
    <w:p w14:paraId="073F810D" w14:textId="65A731DB" w:rsidR="00BA3EFE" w:rsidRDefault="009B31F5" w:rsidP="009B31F5">
      <w:pPr>
        <w:spacing w:after="0"/>
        <w:jc w:val="center"/>
        <w:rPr>
          <w:rFonts w:cs="Times New Roman"/>
          <w:b/>
          <w:sz w:val="28"/>
          <w:szCs w:val="28"/>
        </w:rPr>
      </w:pPr>
      <w:r w:rsidRPr="004C36D5">
        <w:rPr>
          <w:rFonts w:cs="Times New Roman"/>
          <w:b/>
          <w:sz w:val="28"/>
          <w:szCs w:val="28"/>
        </w:rPr>
        <w:t>NGHỊ ĐỊNH SỐ 38/2026/NĐ-CP NGÀY 24 THÁNG 01 NĂM 2026 CỦA CHÍNH PHỦ QUY ĐỊNH VỀ NHẬP KHẨU CÂY MANG THEO BẦU ĐẤT VÀ MÃ SỐ VÙNG TRỒNG, MÃ SỐ CƠ SỞ ĐÓNG GÓI</w:t>
      </w:r>
    </w:p>
    <w:p w14:paraId="63927E7F" w14:textId="1F256AEF" w:rsidR="009B31F5" w:rsidRDefault="009B31F5" w:rsidP="009B31F5">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1312" behindDoc="0" locked="0" layoutInCell="1" allowOverlap="1" wp14:anchorId="0C2D31F5" wp14:editId="61974529">
                <wp:simplePos x="0" y="0"/>
                <wp:positionH relativeFrom="column">
                  <wp:posOffset>2152650</wp:posOffset>
                </wp:positionH>
                <wp:positionV relativeFrom="paragraph">
                  <wp:posOffset>42407</wp:posOffset>
                </wp:positionV>
                <wp:extent cx="1677366" cy="0"/>
                <wp:effectExtent l="0" t="0" r="18415" b="19050"/>
                <wp:wrapNone/>
                <wp:docPr id="1625220894" name="Straight Connector 5"/>
                <wp:cNvGraphicFramePr/>
                <a:graphic xmlns:a="http://schemas.openxmlformats.org/drawingml/2006/main">
                  <a:graphicData uri="http://schemas.microsoft.com/office/word/2010/wordprocessingShape">
                    <wps:wsp>
                      <wps:cNvCnPr/>
                      <wps:spPr>
                        <a:xfrm>
                          <a:off x="0" y="0"/>
                          <a:ext cx="16773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5pt,3.35pt" to="301.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" strokecolor="black [3040]"/>
            </w:pict>
          </mc:Fallback>
        </mc:AlternateContent>
      </w:r>
    </w:p>
    <w:p w14:paraId="2A468BBE" w14:textId="77777777" w:rsidR="00BA3EFE" w:rsidRPr="00C00374" w:rsidRDefault="00AE1007" w:rsidP="00C00374">
      <w:pPr>
        <w:pStyle w:val="LegalClause"/>
        <w:spacing w:after="120" w:line="360" w:lineRule="exact"/>
        <w:ind w:firstLine="720"/>
        <w:rPr>
          <w:rFonts w:cs="Times New Roman"/>
          <w:i/>
          <w:iCs/>
          <w:sz w:val="28"/>
          <w:szCs w:val="28"/>
        </w:rPr>
      </w:pPr>
      <w:r w:rsidRPr="00C00374">
        <w:rPr>
          <w:rFonts w:cs="Times New Roman"/>
          <w:i/>
          <w:iCs/>
          <w:sz w:val="28"/>
          <w:szCs w:val="28"/>
        </w:rPr>
        <w:t>Căn cứ Luật Tổ chức Chính phủ số 63/2025/QH15;</w:t>
      </w:r>
    </w:p>
    <w:p w14:paraId="6F6BBE74" w14:textId="69C6FFF6" w:rsidR="00BA3EFE" w:rsidRPr="00F75894" w:rsidRDefault="00AE1007" w:rsidP="00C00374">
      <w:pPr>
        <w:pStyle w:val="LegalClause"/>
        <w:spacing w:after="120" w:line="360" w:lineRule="exact"/>
        <w:ind w:firstLine="720"/>
        <w:rPr>
          <w:rFonts w:cs="Times New Roman"/>
          <w:i/>
          <w:iCs/>
          <w:sz w:val="28"/>
          <w:szCs w:val="28"/>
        </w:rPr>
      </w:pPr>
      <w:r w:rsidRPr="00F75894">
        <w:rPr>
          <w:rFonts w:cs="Times New Roman"/>
          <w:i/>
          <w:iCs/>
          <w:sz w:val="28"/>
          <w:szCs w:val="28"/>
        </w:rPr>
        <w:t>Căn cứ Luật Bảo vệ và kiểm dịch thực vật số 41/2013/QH13 đã được sửa đổi, bổ sung một số điều theo Luật số 146/2025/QH15</w:t>
      </w:r>
      <w:r w:rsidR="00F75894" w:rsidRPr="004F2E0D">
        <w:rPr>
          <w:rFonts w:cs="Times New Roman"/>
          <w:i/>
          <w:iCs/>
          <w:sz w:val="28"/>
          <w:szCs w:val="28"/>
        </w:rPr>
        <w:t>, Luật số 21/2026/QH16</w:t>
      </w:r>
      <w:r w:rsidRPr="00F75894">
        <w:rPr>
          <w:rFonts w:cs="Times New Roman"/>
          <w:i/>
          <w:iCs/>
          <w:sz w:val="28"/>
          <w:szCs w:val="28"/>
        </w:rPr>
        <w:t>;</w:t>
      </w:r>
    </w:p>
    <w:p w14:paraId="13765E75" w14:textId="6B4AE20A" w:rsidR="00BA3EFE" w:rsidRPr="00C00374" w:rsidRDefault="00AE1007" w:rsidP="00C00374">
      <w:pPr>
        <w:pStyle w:val="LegalClause"/>
        <w:spacing w:after="120" w:line="360" w:lineRule="exact"/>
        <w:ind w:firstLine="720"/>
        <w:rPr>
          <w:rFonts w:cs="Times New Roman"/>
          <w:i/>
          <w:iCs/>
          <w:sz w:val="28"/>
          <w:szCs w:val="28"/>
        </w:rPr>
      </w:pPr>
      <w:r w:rsidRPr="00F75894">
        <w:rPr>
          <w:rFonts w:cs="Times New Roman"/>
          <w:i/>
          <w:iCs/>
          <w:sz w:val="28"/>
          <w:szCs w:val="28"/>
        </w:rPr>
        <w:t>Căn cứ Luật Trồng trọt số 31/2018/QH14 đã được sửa đổi, bổ sung một số điều theo Luật số 146/2025/QH15</w:t>
      </w:r>
      <w:r w:rsidR="00F75894" w:rsidRPr="004F2E0D">
        <w:rPr>
          <w:rFonts w:cs="Times New Roman"/>
          <w:i/>
          <w:iCs/>
          <w:sz w:val="28"/>
          <w:szCs w:val="28"/>
        </w:rPr>
        <w:t>, Luật số 21/2026/QH16</w:t>
      </w:r>
      <w:r w:rsidRPr="00F75894">
        <w:rPr>
          <w:rFonts w:cs="Times New Roman"/>
          <w:i/>
          <w:iCs/>
          <w:sz w:val="28"/>
          <w:szCs w:val="28"/>
        </w:rPr>
        <w:t>;</w:t>
      </w:r>
    </w:p>
    <w:p w14:paraId="3F125AC9" w14:textId="77777777" w:rsidR="00BA3EFE" w:rsidRPr="00C00374" w:rsidRDefault="00AE1007" w:rsidP="00C00374">
      <w:pPr>
        <w:pStyle w:val="LegalClause"/>
        <w:spacing w:after="120" w:line="360" w:lineRule="exact"/>
        <w:ind w:firstLine="720"/>
        <w:rPr>
          <w:rFonts w:cs="Times New Roman"/>
          <w:i/>
          <w:iCs/>
          <w:sz w:val="28"/>
          <w:szCs w:val="28"/>
        </w:rPr>
      </w:pPr>
      <w:r w:rsidRPr="00C00374">
        <w:rPr>
          <w:rFonts w:cs="Times New Roman"/>
          <w:i/>
          <w:iCs/>
          <w:sz w:val="28"/>
          <w:szCs w:val="28"/>
        </w:rPr>
        <w:t>Căn cứ Luật Ban hành văn bản quy phạm pháp luật số 64/2025/QH15 đã được sửa đổi, bổ sung một số điều theo Luật số 87/2025/QH15;</w:t>
      </w:r>
    </w:p>
    <w:p w14:paraId="3E31B845" w14:textId="77777777" w:rsidR="00BA3EFE" w:rsidRPr="00C00374" w:rsidRDefault="00AE1007" w:rsidP="00C00374">
      <w:pPr>
        <w:pStyle w:val="LegalClause"/>
        <w:spacing w:after="120" w:line="360" w:lineRule="exact"/>
        <w:ind w:firstLine="720"/>
        <w:rPr>
          <w:rFonts w:cs="Times New Roman"/>
          <w:i/>
          <w:iCs/>
          <w:sz w:val="28"/>
          <w:szCs w:val="28"/>
        </w:rPr>
      </w:pPr>
      <w:r w:rsidRPr="00C00374">
        <w:rPr>
          <w:rFonts w:cs="Times New Roman"/>
          <w:i/>
          <w:iCs/>
          <w:sz w:val="28"/>
          <w:szCs w:val="28"/>
        </w:rPr>
        <w:t>Theo đề nghị của Bộ trưởng Bộ Nông nghiệp và Môi trường;</w:t>
      </w:r>
    </w:p>
    <w:p w14:paraId="14771473" w14:textId="77777777"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i/>
          <w:iCs/>
          <w:sz w:val="28"/>
          <w:szCs w:val="28"/>
        </w:rPr>
        <w:t>Chính phủ ban hành Nghị định sửa đổi, bổ sung một số điều của Nghị định số 38/2026/NĐ-CP ngày 24 tháng 01 năm 2026 của Chính phủ quy định về nhập khẩu cây mang theo bầu đất và mã số vùng trồng, mã số cơ sở đóng gói</w:t>
      </w:r>
      <w:r w:rsidRPr="00C00374">
        <w:rPr>
          <w:rFonts w:cs="Times New Roman"/>
          <w:sz w:val="28"/>
          <w:szCs w:val="28"/>
        </w:rPr>
        <w:t>.</w:t>
      </w:r>
    </w:p>
    <w:p w14:paraId="37582A0A" w14:textId="6E7CA471" w:rsidR="00BA3EFE" w:rsidRPr="00C00374" w:rsidRDefault="00AE1007" w:rsidP="00C00374">
      <w:pPr>
        <w:keepNext/>
        <w:spacing w:after="120" w:line="360" w:lineRule="exact"/>
        <w:ind w:firstLine="720"/>
        <w:rPr>
          <w:rFonts w:cs="Times New Roman"/>
          <w:sz w:val="28"/>
          <w:szCs w:val="28"/>
        </w:rPr>
      </w:pPr>
      <w:r w:rsidRPr="00C00374">
        <w:rPr>
          <w:rFonts w:cs="Times New Roman"/>
          <w:b/>
          <w:sz w:val="28"/>
          <w:szCs w:val="28"/>
        </w:rPr>
        <w:t>Điều 1. Sửa đổi</w:t>
      </w:r>
      <w:r w:rsidR="00FF1F41" w:rsidRPr="00C00374">
        <w:rPr>
          <w:rFonts w:cs="Times New Roman"/>
          <w:b/>
          <w:sz w:val="28"/>
          <w:szCs w:val="28"/>
        </w:rPr>
        <w:t xml:space="preserve"> </w:t>
      </w:r>
      <w:r w:rsidR="00E35321" w:rsidRPr="00C00374">
        <w:rPr>
          <w:rFonts w:cs="Times New Roman"/>
          <w:b/>
          <w:sz w:val="28"/>
          <w:szCs w:val="28"/>
        </w:rPr>
        <w:t xml:space="preserve">khoản 1 </w:t>
      </w:r>
      <w:r w:rsidR="00BC02CD" w:rsidRPr="00C00374">
        <w:rPr>
          <w:rFonts w:cs="Times New Roman"/>
          <w:b/>
          <w:sz w:val="28"/>
          <w:szCs w:val="28"/>
        </w:rPr>
        <w:t>Điều 3</w:t>
      </w:r>
      <w:r w:rsidR="00CD77B2" w:rsidRPr="00C00374">
        <w:rPr>
          <w:rFonts w:cs="Times New Roman"/>
          <w:b/>
          <w:sz w:val="28"/>
          <w:szCs w:val="28"/>
        </w:rPr>
        <w:t xml:space="preserve"> như sau:</w:t>
      </w:r>
    </w:p>
    <w:p w14:paraId="1149180B" w14:textId="78A1AF36" w:rsidR="00982839" w:rsidRPr="00C00374" w:rsidRDefault="00982839" w:rsidP="00C00374">
      <w:pPr>
        <w:pStyle w:val="LegalClause"/>
        <w:spacing w:after="120" w:line="360" w:lineRule="exact"/>
        <w:ind w:firstLine="720"/>
        <w:rPr>
          <w:rFonts w:cs="Times New Roman"/>
          <w:b/>
          <w:bCs/>
          <w:sz w:val="28"/>
          <w:szCs w:val="28"/>
        </w:rPr>
      </w:pPr>
      <w:r w:rsidRPr="00C00374">
        <w:rPr>
          <w:rFonts w:cs="Times New Roman"/>
          <w:b/>
          <w:bCs/>
          <w:sz w:val="28"/>
          <w:szCs w:val="28"/>
        </w:rPr>
        <w:t>“Điều 3. Giải thích từ ngữ</w:t>
      </w:r>
    </w:p>
    <w:p w14:paraId="6E95E75B" w14:textId="7808F053" w:rsidR="00BA3EFE" w:rsidRPr="000F6FC0" w:rsidRDefault="00AE1007" w:rsidP="00C00374">
      <w:pPr>
        <w:pStyle w:val="LegalClause"/>
        <w:spacing w:after="120" w:line="360" w:lineRule="exact"/>
        <w:ind w:firstLine="720"/>
        <w:rPr>
          <w:rFonts w:cs="Times New Roman"/>
          <w:sz w:val="28"/>
          <w:szCs w:val="28"/>
        </w:rPr>
      </w:pPr>
      <w:r w:rsidRPr="000F6FC0">
        <w:rPr>
          <w:rFonts w:cs="Times New Roman"/>
          <w:sz w:val="28"/>
          <w:szCs w:val="28"/>
        </w:rPr>
        <w:t xml:space="preserve">1. </w:t>
      </w:r>
      <w:r w:rsidR="00307029" w:rsidRPr="000F6FC0">
        <w:rPr>
          <w:rFonts w:cs="Times New Roman"/>
          <w:sz w:val="28"/>
          <w:szCs w:val="28"/>
        </w:rPr>
        <w:t>Mã số vùng trồng</w:t>
      </w:r>
      <w:r w:rsidR="00F7096C" w:rsidRPr="000F6FC0">
        <w:rPr>
          <w:rFonts w:cs="Times New Roman"/>
          <w:sz w:val="28"/>
          <w:szCs w:val="28"/>
        </w:rPr>
        <w:t xml:space="preserve"> </w:t>
      </w:r>
      <w:r w:rsidR="00307029" w:rsidRPr="000F6FC0">
        <w:rPr>
          <w:rFonts w:cs="Times New Roman"/>
          <w:sz w:val="28"/>
          <w:szCs w:val="28"/>
        </w:rPr>
        <w:t>theo quy định tại </w:t>
      </w:r>
      <w:bookmarkStart w:id="1" w:name="dc_1"/>
      <w:r w:rsidR="00307029" w:rsidRPr="000F6FC0">
        <w:rPr>
          <w:rFonts w:cs="Times New Roman"/>
          <w:sz w:val="28"/>
          <w:szCs w:val="28"/>
        </w:rPr>
        <w:t>khoản 1 Điều 64 Luật Trồng trọt</w:t>
      </w:r>
      <w:bookmarkEnd w:id="1"/>
      <w:r w:rsidR="00307029" w:rsidRPr="000F6FC0">
        <w:rPr>
          <w:rFonts w:cs="Times New Roman"/>
          <w:sz w:val="28"/>
          <w:szCs w:val="28"/>
        </w:rPr>
        <w:t> được sửa đổi, bổ sung bởi Luật số 146/2025/QH15 được cấp cho một loại cây trồng</w:t>
      </w:r>
      <w:r w:rsidR="00F208EF" w:rsidRPr="000F6FC0">
        <w:rPr>
          <w:rFonts w:cs="Times New Roman"/>
          <w:sz w:val="28"/>
          <w:szCs w:val="28"/>
        </w:rPr>
        <w:t xml:space="preserve"> </w:t>
      </w:r>
      <w:r w:rsidR="00E13432" w:rsidRPr="000F6FC0">
        <w:rPr>
          <w:rFonts w:cs="Times New Roman"/>
          <w:sz w:val="28"/>
          <w:szCs w:val="28"/>
        </w:rPr>
        <w:t>xác định theo</w:t>
      </w:r>
      <w:r w:rsidR="00E13432" w:rsidRPr="000F6FC0" w:rsidDel="00E13432">
        <w:rPr>
          <w:rFonts w:cs="Times New Roman"/>
          <w:sz w:val="28"/>
          <w:szCs w:val="28"/>
        </w:rPr>
        <w:t xml:space="preserve"> </w:t>
      </w:r>
      <w:r w:rsidR="00307029" w:rsidRPr="000F6FC0">
        <w:rPr>
          <w:rFonts w:cs="Times New Roman"/>
          <w:sz w:val="28"/>
          <w:szCs w:val="28"/>
        </w:rPr>
        <w:t xml:space="preserve">vị trí của một hoặc nhiều thửa đất theo đề nghị của tổ chức, cá nhân, hộ gia đình, nhóm hộ gia đình (sau đây gọi là tổ chức, cá nhân). Mã số vùng trồng </w:t>
      </w:r>
      <w:r w:rsidR="00E13432" w:rsidRPr="000F6FC0">
        <w:rPr>
          <w:rFonts w:cs="Times New Roman"/>
          <w:sz w:val="28"/>
          <w:szCs w:val="28"/>
        </w:rPr>
        <w:t xml:space="preserve">được cấp theo </w:t>
      </w:r>
      <w:r w:rsidR="00E13432" w:rsidRPr="009630BA">
        <w:rPr>
          <w:rFonts w:cs="Times New Roman"/>
          <w:sz w:val="28"/>
          <w:szCs w:val="28"/>
        </w:rPr>
        <w:t>hiện trạng sản xuất</w:t>
      </w:r>
      <w:r w:rsidR="004617E9" w:rsidRPr="009630BA">
        <w:rPr>
          <w:rFonts w:cs="Times New Roman"/>
          <w:sz w:val="28"/>
          <w:szCs w:val="28"/>
        </w:rPr>
        <w:t xml:space="preserve"> trồng trọt</w:t>
      </w:r>
      <w:r w:rsidR="00E13432" w:rsidRPr="009630BA">
        <w:rPr>
          <w:rFonts w:cs="Times New Roman"/>
          <w:sz w:val="28"/>
          <w:szCs w:val="28"/>
        </w:rPr>
        <w:t>,</w:t>
      </w:r>
      <w:r w:rsidR="00E13432" w:rsidRPr="000F6FC0">
        <w:rPr>
          <w:rFonts w:cs="Times New Roman"/>
          <w:sz w:val="28"/>
          <w:szCs w:val="28"/>
        </w:rPr>
        <w:t xml:space="preserve"> </w:t>
      </w:r>
      <w:r w:rsidR="00307029" w:rsidRPr="000F6FC0">
        <w:rPr>
          <w:rFonts w:cs="Times New Roman"/>
          <w:sz w:val="28"/>
          <w:szCs w:val="28"/>
        </w:rPr>
        <w:t>không xác lập, không thay thế quyền sử dụng đất</w:t>
      </w:r>
      <w:r w:rsidR="001C01D9" w:rsidRPr="000F6FC0">
        <w:rPr>
          <w:rFonts w:cs="Times New Roman"/>
          <w:sz w:val="28"/>
          <w:szCs w:val="28"/>
        </w:rPr>
        <w:t xml:space="preserve"> </w:t>
      </w:r>
      <w:r w:rsidR="00307029" w:rsidRPr="000F6FC0">
        <w:rPr>
          <w:rFonts w:cs="Times New Roman"/>
          <w:sz w:val="28"/>
          <w:szCs w:val="28"/>
        </w:rPr>
        <w:t>của tổ chức, cá nhân</w:t>
      </w:r>
      <w:r w:rsidRPr="000F6FC0">
        <w:rPr>
          <w:rFonts w:cs="Times New Roman"/>
          <w:sz w:val="28"/>
          <w:szCs w:val="28"/>
        </w:rPr>
        <w:t>.”</w:t>
      </w:r>
      <w:r w:rsidR="0080466F" w:rsidRPr="000F6FC0">
        <w:rPr>
          <w:rFonts w:cs="Times New Roman"/>
          <w:sz w:val="28"/>
          <w:szCs w:val="28"/>
        </w:rPr>
        <w:t>.</w:t>
      </w:r>
    </w:p>
    <w:p w14:paraId="13573F80" w14:textId="13F12094" w:rsidR="00E35321" w:rsidRPr="00C00374" w:rsidRDefault="00E35321" w:rsidP="00C00374">
      <w:pPr>
        <w:pStyle w:val="LegalClause"/>
        <w:spacing w:after="120" w:line="360" w:lineRule="exact"/>
        <w:ind w:firstLine="720"/>
        <w:rPr>
          <w:rFonts w:cs="Times New Roman"/>
          <w:b/>
          <w:bCs/>
          <w:sz w:val="28"/>
          <w:szCs w:val="28"/>
        </w:rPr>
      </w:pPr>
      <w:r w:rsidRPr="00C00374">
        <w:rPr>
          <w:rFonts w:cs="Times New Roman"/>
          <w:b/>
          <w:bCs/>
          <w:sz w:val="28"/>
          <w:szCs w:val="28"/>
        </w:rPr>
        <w:t>Điều 2</w:t>
      </w:r>
      <w:r w:rsidR="00A76DAD">
        <w:rPr>
          <w:rFonts w:cs="Times New Roman"/>
          <w:b/>
          <w:bCs/>
          <w:sz w:val="28"/>
          <w:szCs w:val="28"/>
        </w:rPr>
        <w:t>.</w:t>
      </w:r>
      <w:r w:rsidRPr="00C00374">
        <w:rPr>
          <w:rFonts w:cs="Times New Roman"/>
          <w:b/>
          <w:bCs/>
          <w:sz w:val="28"/>
          <w:szCs w:val="28"/>
        </w:rPr>
        <w:t xml:space="preserve"> Bổ sung </w:t>
      </w:r>
      <w:r w:rsidR="004978B1">
        <w:rPr>
          <w:rFonts w:cs="Times New Roman"/>
          <w:b/>
          <w:bCs/>
          <w:sz w:val="28"/>
          <w:szCs w:val="28"/>
        </w:rPr>
        <w:t>Đ</w:t>
      </w:r>
      <w:r w:rsidR="004978B1" w:rsidRPr="00C00374">
        <w:rPr>
          <w:rFonts w:cs="Times New Roman"/>
          <w:b/>
          <w:bCs/>
          <w:sz w:val="28"/>
          <w:szCs w:val="28"/>
        </w:rPr>
        <w:t xml:space="preserve">iều </w:t>
      </w:r>
      <w:r w:rsidRPr="00C00374">
        <w:rPr>
          <w:rFonts w:cs="Times New Roman"/>
          <w:b/>
          <w:bCs/>
          <w:sz w:val="28"/>
          <w:szCs w:val="28"/>
        </w:rPr>
        <w:t>3a sau Điều 3</w:t>
      </w:r>
      <w:r w:rsidR="00C00374" w:rsidRPr="00C00374">
        <w:rPr>
          <w:rFonts w:cs="Times New Roman"/>
          <w:b/>
          <w:bCs/>
          <w:sz w:val="28"/>
          <w:szCs w:val="28"/>
        </w:rPr>
        <w:t xml:space="preserve"> như sau:</w:t>
      </w:r>
    </w:p>
    <w:p w14:paraId="7DF34A67" w14:textId="6DA0552E" w:rsidR="00E35321" w:rsidRPr="00C00374" w:rsidRDefault="00E35321" w:rsidP="00C00374">
      <w:pPr>
        <w:pStyle w:val="LegalClause"/>
        <w:spacing w:after="120" w:line="360" w:lineRule="exact"/>
        <w:ind w:firstLine="720"/>
        <w:rPr>
          <w:rFonts w:cs="Times New Roman"/>
          <w:sz w:val="28"/>
          <w:szCs w:val="28"/>
        </w:rPr>
      </w:pPr>
      <w:bookmarkStart w:id="2" w:name="dieu_2"/>
      <w:r w:rsidRPr="00C00374">
        <w:rPr>
          <w:rFonts w:cs="Times New Roman"/>
          <w:b/>
          <w:bCs/>
          <w:sz w:val="28"/>
          <w:szCs w:val="28"/>
        </w:rPr>
        <w:t>“Điều 3a. Nguyên tắc về cấp</w:t>
      </w:r>
      <w:r w:rsidR="00C431E6">
        <w:rPr>
          <w:rFonts w:cs="Times New Roman"/>
          <w:b/>
          <w:bCs/>
          <w:sz w:val="28"/>
          <w:szCs w:val="28"/>
        </w:rPr>
        <w:t xml:space="preserve">, </w:t>
      </w:r>
      <w:r w:rsidR="001B1557">
        <w:rPr>
          <w:rFonts w:cs="Times New Roman"/>
          <w:b/>
          <w:bCs/>
          <w:sz w:val="28"/>
          <w:szCs w:val="28"/>
        </w:rPr>
        <w:t xml:space="preserve">quản lý </w:t>
      </w:r>
      <w:r w:rsidRPr="00C00374">
        <w:rPr>
          <w:rFonts w:cs="Times New Roman"/>
          <w:b/>
          <w:bCs/>
          <w:sz w:val="28"/>
          <w:szCs w:val="28"/>
        </w:rPr>
        <w:t>mã số vùng trồng, mã số cơ sở đóng gói</w:t>
      </w:r>
      <w:bookmarkEnd w:id="2"/>
    </w:p>
    <w:p w14:paraId="797A42EE" w14:textId="77777777" w:rsidR="00E35321" w:rsidRPr="00C00374" w:rsidRDefault="00E35321" w:rsidP="00C00374">
      <w:pPr>
        <w:pStyle w:val="LegalClause"/>
        <w:spacing w:after="120" w:line="360" w:lineRule="exact"/>
        <w:ind w:firstLine="720"/>
        <w:rPr>
          <w:rFonts w:cs="Times New Roman"/>
          <w:sz w:val="28"/>
          <w:szCs w:val="28"/>
        </w:rPr>
      </w:pPr>
      <w:r w:rsidRPr="00C00374">
        <w:rPr>
          <w:rFonts w:cs="Times New Roman"/>
          <w:sz w:val="28"/>
          <w:szCs w:val="28"/>
        </w:rPr>
        <w:t xml:space="preserve">1. Việc cấp và quản lý mã số vùng trồng, mã số cơ sở đóng gói được thực hiện toàn trình trên môi trường mạng theo nguyên tắc tổ chức, cá nhân tự khai, tự chịu trách nhiệm, giảm thời gian, giảm chi phí tuân thủ, đơn giản hóa thủ tục hành </w:t>
      </w:r>
      <w:r w:rsidRPr="00C00374">
        <w:rPr>
          <w:rFonts w:cs="Times New Roman"/>
          <w:sz w:val="28"/>
          <w:szCs w:val="28"/>
        </w:rPr>
        <w:lastRenderedPageBreak/>
        <w:t>chính, không phát sinh thủ tục hành chính mới, tạo thuận lợi cho tổ chức, cá nhân, bảo đảm công khai, minh bạch, khả thi và phù hợp với điều kiện thực tế sản xuất, đóng gói sản phẩm cây trồng.</w:t>
      </w:r>
    </w:p>
    <w:p w14:paraId="6266ABDB" w14:textId="77777777" w:rsidR="00E35321" w:rsidRPr="00C00374" w:rsidRDefault="00E35321" w:rsidP="00C00374">
      <w:pPr>
        <w:pStyle w:val="LegalClause"/>
        <w:spacing w:after="120" w:line="360" w:lineRule="exact"/>
        <w:ind w:firstLine="720"/>
        <w:rPr>
          <w:rFonts w:cs="Times New Roman"/>
          <w:sz w:val="28"/>
          <w:szCs w:val="28"/>
        </w:rPr>
      </w:pPr>
      <w:r w:rsidRPr="00C00374">
        <w:rPr>
          <w:rFonts w:cs="Times New Roman"/>
          <w:sz w:val="28"/>
          <w:szCs w:val="28"/>
        </w:rPr>
        <w:t>2. Thực hiện thủ tục hành chính về cấp mã số vùng trồng, mã số cơ sở đóng gói phải gắn với cơ chế hậu kiểm, kiểm tra, giám sát, xử lý vi phạm, truy xuất nguồn gốc của cơ quan nhà nước có thẩm quyền; chỉ thực hiện tiền kiểm đối với trường hợp nước nhập khẩu có yêu cầu về mã số vùng trồng, mã số cơ sở đóng gói.</w:t>
      </w:r>
    </w:p>
    <w:p w14:paraId="17DBD318" w14:textId="191FB354" w:rsidR="00E35321" w:rsidRDefault="00E35321" w:rsidP="00C00374">
      <w:pPr>
        <w:pStyle w:val="LegalClause"/>
        <w:spacing w:after="120" w:line="360" w:lineRule="exact"/>
        <w:ind w:firstLine="720"/>
        <w:rPr>
          <w:rFonts w:cs="Times New Roman"/>
          <w:sz w:val="28"/>
          <w:szCs w:val="28"/>
        </w:rPr>
      </w:pPr>
      <w:r w:rsidRPr="00C00374">
        <w:rPr>
          <w:rFonts w:cs="Times New Roman"/>
          <w:sz w:val="28"/>
          <w:szCs w:val="28"/>
        </w:rPr>
        <w:t>3. Khuyến khích tổ chức, cá nhân, hợp tác xã, tổ hợp tác liên kết sản xuất hình thành vùng nguyên liệu tập trung, quy mô lớn để cấp mã số vùng trồng.”.</w:t>
      </w:r>
    </w:p>
    <w:p w14:paraId="07D97AEF" w14:textId="5141DF63" w:rsidR="00BA3EFE" w:rsidRPr="0007115D" w:rsidRDefault="00CF69D6" w:rsidP="00C00374">
      <w:pPr>
        <w:pStyle w:val="LegalClause"/>
        <w:spacing w:after="120" w:line="360" w:lineRule="exact"/>
        <w:ind w:firstLine="720"/>
        <w:rPr>
          <w:rFonts w:cs="Times New Roman"/>
          <w:b/>
          <w:bCs/>
          <w:sz w:val="28"/>
          <w:szCs w:val="28"/>
        </w:rPr>
      </w:pPr>
      <w:r w:rsidRPr="0007115D">
        <w:rPr>
          <w:rFonts w:cs="Times New Roman"/>
          <w:b/>
          <w:bCs/>
          <w:sz w:val="28"/>
          <w:szCs w:val="28"/>
        </w:rPr>
        <w:t xml:space="preserve">Điều </w:t>
      </w:r>
      <w:r w:rsidR="0007115D" w:rsidRPr="0007115D">
        <w:rPr>
          <w:rFonts w:cs="Times New Roman"/>
          <w:b/>
          <w:bCs/>
          <w:sz w:val="28"/>
          <w:szCs w:val="28"/>
        </w:rPr>
        <w:t>3</w:t>
      </w:r>
      <w:r w:rsidR="00AE1007" w:rsidRPr="0007115D">
        <w:rPr>
          <w:rFonts w:cs="Times New Roman"/>
          <w:b/>
          <w:bCs/>
          <w:sz w:val="28"/>
          <w:szCs w:val="28"/>
        </w:rPr>
        <w:t>. Sửa đổi</w:t>
      </w:r>
      <w:r w:rsidR="00D6311D" w:rsidRPr="0007115D">
        <w:rPr>
          <w:rFonts w:cs="Times New Roman"/>
          <w:b/>
          <w:bCs/>
          <w:sz w:val="28"/>
          <w:szCs w:val="28"/>
        </w:rPr>
        <w:t xml:space="preserve"> khoản 1</w:t>
      </w:r>
      <w:r w:rsidR="005856EB" w:rsidRPr="0007115D">
        <w:rPr>
          <w:rFonts w:cs="Times New Roman"/>
          <w:b/>
          <w:bCs/>
          <w:sz w:val="28"/>
          <w:szCs w:val="28"/>
        </w:rPr>
        <w:t>, 2</w:t>
      </w:r>
      <w:r w:rsidR="00AE1007" w:rsidRPr="0007115D">
        <w:rPr>
          <w:rFonts w:cs="Times New Roman"/>
          <w:b/>
          <w:bCs/>
          <w:sz w:val="28"/>
          <w:szCs w:val="28"/>
        </w:rPr>
        <w:t xml:space="preserve"> Điều 6 như sau:</w:t>
      </w:r>
    </w:p>
    <w:p w14:paraId="59011E8E" w14:textId="20021029" w:rsidR="00A032A4" w:rsidRPr="0007115D" w:rsidRDefault="00AE1007" w:rsidP="003D543E">
      <w:pPr>
        <w:spacing w:after="120" w:line="360" w:lineRule="exact"/>
        <w:ind w:firstLine="720"/>
        <w:rPr>
          <w:rFonts w:cs="Times New Roman"/>
          <w:sz w:val="28"/>
          <w:szCs w:val="28"/>
        </w:rPr>
      </w:pPr>
      <w:r w:rsidRPr="0007115D">
        <w:rPr>
          <w:rFonts w:cs="Times New Roman"/>
          <w:b/>
          <w:sz w:val="28"/>
          <w:szCs w:val="28"/>
        </w:rPr>
        <w:t>“Điều 6. Yêu cầu kỹ thuật đối với vùng trồng đề nghị cấp mã số</w:t>
      </w:r>
    </w:p>
    <w:p w14:paraId="544F97BC" w14:textId="77777777" w:rsidR="003D543E" w:rsidRPr="0007115D" w:rsidRDefault="00AE1007" w:rsidP="00C00374">
      <w:pPr>
        <w:pStyle w:val="LegalClause"/>
        <w:spacing w:after="120" w:line="360" w:lineRule="exact"/>
        <w:ind w:firstLine="720"/>
        <w:rPr>
          <w:rFonts w:cs="Times New Roman"/>
          <w:sz w:val="28"/>
          <w:szCs w:val="28"/>
        </w:rPr>
      </w:pPr>
      <w:r w:rsidRPr="0007115D">
        <w:rPr>
          <w:rFonts w:cs="Times New Roman"/>
          <w:sz w:val="28"/>
          <w:szCs w:val="28"/>
        </w:rPr>
        <w:t xml:space="preserve">1. </w:t>
      </w:r>
      <w:r w:rsidR="00A66EF6" w:rsidRPr="009630BA">
        <w:rPr>
          <w:rFonts w:cs="Times New Roman"/>
          <w:sz w:val="28"/>
          <w:szCs w:val="28"/>
        </w:rPr>
        <w:t>C</w:t>
      </w:r>
      <w:r w:rsidR="00D6311D" w:rsidRPr="009630BA">
        <w:rPr>
          <w:rFonts w:cs="Times New Roman"/>
          <w:sz w:val="28"/>
          <w:szCs w:val="28"/>
        </w:rPr>
        <w:t>ó vị trí và diện tích xác định.</w:t>
      </w:r>
      <w:r w:rsidR="00D6311D" w:rsidRPr="0007115D">
        <w:rPr>
          <w:rFonts w:cs="Times New Roman"/>
          <w:sz w:val="28"/>
          <w:szCs w:val="28"/>
        </w:rPr>
        <w:t xml:space="preserve"> Vị trí thửa đất được xác định theo mã định danh của thửa đất trong cơ sở dữ liệu quốc gia về đất đai. </w:t>
      </w:r>
    </w:p>
    <w:p w14:paraId="2F6DFB06" w14:textId="79131A3F" w:rsidR="003D543E" w:rsidRPr="009630BA" w:rsidRDefault="00D6311D" w:rsidP="00C00374">
      <w:pPr>
        <w:pStyle w:val="LegalClause"/>
        <w:spacing w:after="120" w:line="360" w:lineRule="exact"/>
        <w:ind w:firstLine="720"/>
        <w:rPr>
          <w:rFonts w:cs="Times New Roman"/>
          <w:sz w:val="28"/>
          <w:szCs w:val="28"/>
        </w:rPr>
      </w:pPr>
      <w:r w:rsidRPr="0007115D">
        <w:rPr>
          <w:rFonts w:cs="Times New Roman"/>
          <w:sz w:val="28"/>
          <w:szCs w:val="28"/>
        </w:rPr>
        <w:t>Trường hợp thửa đất đề nghị cấp mã số vùng trồng chưa có hoặc chưa thể khai thác mã định danh thửa đất thì tổ chức, cá nhân đề nghị cấp mã số vùng trồng tự kê khai về diện tích và vị trí</w:t>
      </w:r>
      <w:r w:rsidR="003D543E" w:rsidRPr="0007115D">
        <w:rPr>
          <w:rFonts w:cs="Times New Roman"/>
          <w:sz w:val="28"/>
          <w:szCs w:val="28"/>
        </w:rPr>
        <w:t xml:space="preserve">; </w:t>
      </w:r>
      <w:r w:rsidR="003D543E" w:rsidRPr="009630BA">
        <w:rPr>
          <w:rFonts w:cs="Times New Roman"/>
          <w:bCs/>
          <w:iCs/>
          <w:sz w:val="28"/>
          <w:szCs w:val="28"/>
        </w:rPr>
        <w:t xml:space="preserve">trường hợp tổ chức, cá nhân đề nghị cấp mã số vùng trồng không phải là chủ </w:t>
      </w:r>
      <w:r w:rsidR="00C80828" w:rsidRPr="009630BA">
        <w:rPr>
          <w:rFonts w:cs="Times New Roman"/>
          <w:bCs/>
          <w:iCs/>
          <w:sz w:val="28"/>
          <w:szCs w:val="28"/>
        </w:rPr>
        <w:t>sử dụng</w:t>
      </w:r>
      <w:r w:rsidR="003D543E" w:rsidRPr="009630BA">
        <w:rPr>
          <w:rFonts w:cs="Times New Roman"/>
          <w:bCs/>
          <w:iCs/>
          <w:sz w:val="28"/>
          <w:szCs w:val="28"/>
        </w:rPr>
        <w:t xml:space="preserve"> thửa đất thì phải có văn bản đồng ý của chủ </w:t>
      </w:r>
      <w:r w:rsidR="00C80828" w:rsidRPr="009630BA">
        <w:rPr>
          <w:rFonts w:cs="Times New Roman"/>
          <w:bCs/>
          <w:iCs/>
          <w:sz w:val="28"/>
          <w:szCs w:val="28"/>
        </w:rPr>
        <w:t xml:space="preserve">sử dụng </w:t>
      </w:r>
      <w:r w:rsidR="003D543E" w:rsidRPr="009630BA">
        <w:rPr>
          <w:rFonts w:cs="Times New Roman"/>
          <w:bCs/>
          <w:iCs/>
          <w:sz w:val="28"/>
          <w:szCs w:val="28"/>
        </w:rPr>
        <w:t>thửa đất</w:t>
      </w:r>
      <w:r w:rsidR="003D543E" w:rsidRPr="009630BA">
        <w:rPr>
          <w:rFonts w:cs="Times New Roman"/>
          <w:sz w:val="28"/>
          <w:szCs w:val="28"/>
        </w:rPr>
        <w:t>.</w:t>
      </w:r>
    </w:p>
    <w:p w14:paraId="2EF927AF" w14:textId="0C7CEBC7" w:rsidR="00D6311D" w:rsidRDefault="00D6311D" w:rsidP="00C00374">
      <w:pPr>
        <w:pStyle w:val="LegalClause"/>
        <w:spacing w:after="120" w:line="360" w:lineRule="exact"/>
        <w:ind w:firstLine="720"/>
        <w:rPr>
          <w:rFonts w:cs="Times New Roman"/>
          <w:sz w:val="28"/>
          <w:szCs w:val="28"/>
        </w:rPr>
      </w:pPr>
      <w:r w:rsidRPr="00C00374">
        <w:rPr>
          <w:rFonts w:cs="Times New Roman"/>
          <w:sz w:val="28"/>
          <w:szCs w:val="28"/>
        </w:rPr>
        <w:t>Chủ tịch Ủy ban nhân dân cấp xã chỉ đạo thực hiện xác nhận thông tin trong quá trình kiểm tra thực tế hoặc hậu kiểm.</w:t>
      </w:r>
    </w:p>
    <w:p w14:paraId="10555C0E" w14:textId="55A0BC4A" w:rsidR="009E18FC" w:rsidRPr="009630BA" w:rsidRDefault="00C431E6" w:rsidP="00C00374">
      <w:pPr>
        <w:pStyle w:val="LegalClause"/>
        <w:spacing w:after="120" w:line="360" w:lineRule="exact"/>
        <w:ind w:firstLine="720"/>
        <w:rPr>
          <w:rFonts w:cs="Times New Roman"/>
          <w:b/>
          <w:sz w:val="28"/>
          <w:szCs w:val="28"/>
        </w:rPr>
      </w:pPr>
      <w:r w:rsidRPr="009630BA">
        <w:rPr>
          <w:rFonts w:cs="Times New Roman"/>
          <w:bCs/>
          <w:sz w:val="28"/>
          <w:szCs w:val="28"/>
        </w:rPr>
        <w:t xml:space="preserve">2. </w:t>
      </w:r>
      <w:r w:rsidR="00737028" w:rsidRPr="009630BA">
        <w:rPr>
          <w:rFonts w:cs="Times New Roman"/>
          <w:bCs/>
          <w:sz w:val="28"/>
          <w:szCs w:val="28"/>
        </w:rPr>
        <w:t>Áp dụng</w:t>
      </w:r>
      <w:r w:rsidR="003B653E" w:rsidRPr="009630BA">
        <w:rPr>
          <w:rFonts w:cs="Times New Roman"/>
          <w:bCs/>
          <w:sz w:val="28"/>
          <w:szCs w:val="28"/>
        </w:rPr>
        <w:t xml:space="preserve"> </w:t>
      </w:r>
      <w:r w:rsidRPr="009630BA">
        <w:rPr>
          <w:rFonts w:cs="Times New Roman"/>
          <w:bCs/>
          <w:sz w:val="28"/>
          <w:szCs w:val="28"/>
        </w:rPr>
        <w:t>quy trình sản xuất đã được cơ quan nhà nước có thẩm quyền ban hành</w:t>
      </w:r>
      <w:r w:rsidR="00737028" w:rsidRPr="009630BA">
        <w:rPr>
          <w:rFonts w:cs="Times New Roman"/>
          <w:bCs/>
          <w:sz w:val="28"/>
          <w:szCs w:val="28"/>
        </w:rPr>
        <w:t xml:space="preserve"> hoặc</w:t>
      </w:r>
      <w:r w:rsidR="007B25E6" w:rsidRPr="009630BA">
        <w:rPr>
          <w:rFonts w:cs="Times New Roman"/>
          <w:bCs/>
          <w:sz w:val="28"/>
          <w:szCs w:val="28"/>
        </w:rPr>
        <w:t xml:space="preserve"> tiêu chuẩn</w:t>
      </w:r>
      <w:r w:rsidR="00A371DD" w:rsidRPr="009630BA">
        <w:rPr>
          <w:rFonts w:cs="Times New Roman"/>
          <w:bCs/>
          <w:sz w:val="28"/>
          <w:szCs w:val="28"/>
        </w:rPr>
        <w:t>,</w:t>
      </w:r>
      <w:r w:rsidR="007B25E6" w:rsidRPr="009630BA">
        <w:rPr>
          <w:rFonts w:cs="Times New Roman"/>
          <w:bCs/>
          <w:sz w:val="28"/>
          <w:szCs w:val="28"/>
        </w:rPr>
        <w:t xml:space="preserve"> quy trình quốc tế đã được </w:t>
      </w:r>
      <w:r w:rsidR="00A371DD" w:rsidRPr="009630BA">
        <w:rPr>
          <w:rFonts w:cs="Times New Roman"/>
          <w:bCs/>
          <w:sz w:val="28"/>
          <w:szCs w:val="28"/>
        </w:rPr>
        <w:t xml:space="preserve">áp dụng </w:t>
      </w:r>
      <w:r w:rsidR="00A1120F" w:rsidRPr="009630BA">
        <w:rPr>
          <w:rFonts w:cs="Times New Roman"/>
          <w:bCs/>
          <w:sz w:val="28"/>
          <w:szCs w:val="28"/>
        </w:rPr>
        <w:t xml:space="preserve">rộng rãi </w:t>
      </w:r>
      <w:r w:rsidR="00A371DD" w:rsidRPr="009630BA">
        <w:rPr>
          <w:rFonts w:cs="Times New Roman"/>
          <w:bCs/>
          <w:sz w:val="28"/>
          <w:szCs w:val="28"/>
        </w:rPr>
        <w:t>tại Việt Nam</w:t>
      </w:r>
      <w:r w:rsidRPr="009630BA">
        <w:rPr>
          <w:rFonts w:cs="Times New Roman"/>
          <w:bCs/>
          <w:sz w:val="28"/>
          <w:szCs w:val="28"/>
        </w:rPr>
        <w:t xml:space="preserve"> hoặc theo hướng dẫn của cơ quan chuyên môn ở trung ương hoặc địa phương.</w:t>
      </w:r>
      <w:r w:rsidR="00957562">
        <w:rPr>
          <w:rFonts w:cs="Times New Roman"/>
          <w:bCs/>
          <w:sz w:val="28"/>
          <w:szCs w:val="28"/>
        </w:rPr>
        <w:t>”.</w:t>
      </w:r>
    </w:p>
    <w:p w14:paraId="450AB9FD" w14:textId="24EF5E6E" w:rsidR="00BA3EFE" w:rsidRPr="00C00374" w:rsidRDefault="00FC16AF" w:rsidP="00C00374">
      <w:pPr>
        <w:pStyle w:val="LegalClause"/>
        <w:spacing w:after="120" w:line="360" w:lineRule="exact"/>
        <w:ind w:firstLine="720"/>
        <w:rPr>
          <w:rFonts w:cs="Times New Roman"/>
          <w:b/>
          <w:bCs/>
          <w:sz w:val="28"/>
          <w:szCs w:val="28"/>
        </w:rPr>
      </w:pPr>
      <w:r w:rsidRPr="00C00374">
        <w:rPr>
          <w:rFonts w:cs="Times New Roman"/>
          <w:b/>
          <w:bCs/>
          <w:sz w:val="28"/>
          <w:szCs w:val="28"/>
        </w:rPr>
        <w:t xml:space="preserve">Điều </w:t>
      </w:r>
      <w:r w:rsidR="00674314">
        <w:rPr>
          <w:rFonts w:cs="Times New Roman"/>
          <w:b/>
          <w:bCs/>
          <w:sz w:val="28"/>
          <w:szCs w:val="28"/>
        </w:rPr>
        <w:t>4</w:t>
      </w:r>
      <w:r w:rsidR="00AE1007" w:rsidRPr="00C00374">
        <w:rPr>
          <w:rFonts w:cs="Times New Roman"/>
          <w:b/>
          <w:bCs/>
          <w:sz w:val="28"/>
          <w:szCs w:val="28"/>
        </w:rPr>
        <w:t>. Sửa đổi, bổ sung Điều 8 như sau:</w:t>
      </w:r>
    </w:p>
    <w:p w14:paraId="478E0137" w14:textId="5C3746A0" w:rsidR="00BA3EFE" w:rsidRPr="00C00374" w:rsidRDefault="00AE1007" w:rsidP="00C00374">
      <w:pPr>
        <w:spacing w:after="120" w:line="360" w:lineRule="exact"/>
        <w:ind w:firstLine="720"/>
        <w:rPr>
          <w:rFonts w:cs="Times New Roman"/>
          <w:b/>
          <w:sz w:val="28"/>
          <w:szCs w:val="28"/>
        </w:rPr>
      </w:pPr>
      <w:r w:rsidRPr="00C00374">
        <w:rPr>
          <w:rFonts w:cs="Times New Roman"/>
          <w:b/>
          <w:sz w:val="28"/>
          <w:szCs w:val="28"/>
        </w:rPr>
        <w:t>“Điều 8. Hồ sơ, trình tự, thẩm quyền cấp, cấp lại mã số vùng trồng, mã số cơ sở đóng gói</w:t>
      </w:r>
    </w:p>
    <w:p w14:paraId="120E2A89" w14:textId="77777777"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1. Hồ sơ đề nghị cấp mã số vùng trồng, mã số cơ sở đóng gói.</w:t>
      </w:r>
    </w:p>
    <w:p w14:paraId="44829495" w14:textId="4F9D43E9"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 xml:space="preserve">a) Đơn đề nghị cấp mã số vùng trồng theo Phụ lục </w:t>
      </w:r>
      <w:r w:rsidR="00B451B1" w:rsidRPr="00C00374">
        <w:rPr>
          <w:rFonts w:cs="Times New Roman"/>
          <w:bCs/>
          <w:sz w:val="28"/>
          <w:szCs w:val="28"/>
        </w:rPr>
        <w:t>I</w:t>
      </w:r>
      <w:r w:rsidRPr="00C00374">
        <w:rPr>
          <w:rFonts w:cs="Times New Roman"/>
          <w:bCs/>
          <w:sz w:val="28"/>
          <w:szCs w:val="28"/>
        </w:rPr>
        <w:t xml:space="preserve">I </w:t>
      </w:r>
      <w:r w:rsidR="00622FF4" w:rsidRPr="00C00374">
        <w:rPr>
          <w:rFonts w:cs="Times New Roman"/>
          <w:bCs/>
          <w:sz w:val="28"/>
          <w:szCs w:val="28"/>
        </w:rPr>
        <w:t>ban hành kèm theo Nghị định này</w:t>
      </w:r>
      <w:r w:rsidRPr="00C00374">
        <w:rPr>
          <w:rFonts w:cs="Times New Roman"/>
          <w:bCs/>
          <w:sz w:val="28"/>
          <w:szCs w:val="28"/>
        </w:rPr>
        <w:t>.</w:t>
      </w:r>
    </w:p>
    <w:p w14:paraId="608AFC45" w14:textId="2F7073F7"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 xml:space="preserve">b) Đơn đề nghị cấp mã số cơ sở đóng gói theo Phụ lục </w:t>
      </w:r>
      <w:r w:rsidR="00B451B1" w:rsidRPr="00C00374">
        <w:rPr>
          <w:rFonts w:cs="Times New Roman"/>
          <w:bCs/>
          <w:sz w:val="28"/>
          <w:szCs w:val="28"/>
        </w:rPr>
        <w:t>I</w:t>
      </w:r>
      <w:r w:rsidRPr="00C00374">
        <w:rPr>
          <w:rFonts w:cs="Times New Roman"/>
          <w:bCs/>
          <w:sz w:val="28"/>
          <w:szCs w:val="28"/>
        </w:rPr>
        <w:t xml:space="preserve">II </w:t>
      </w:r>
      <w:r w:rsidR="00622FF4" w:rsidRPr="00C00374">
        <w:rPr>
          <w:rFonts w:cs="Times New Roman"/>
          <w:bCs/>
          <w:sz w:val="28"/>
          <w:szCs w:val="28"/>
        </w:rPr>
        <w:t>ban hành kèm theo Nghị định này</w:t>
      </w:r>
      <w:r w:rsidRPr="00C00374">
        <w:rPr>
          <w:rFonts w:cs="Times New Roman"/>
          <w:bCs/>
          <w:sz w:val="28"/>
          <w:szCs w:val="28"/>
        </w:rPr>
        <w:t>.</w:t>
      </w:r>
    </w:p>
    <w:p w14:paraId="4EFCC705" w14:textId="77777777"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2. Trình tự cấp mã số vùng trồng, mã số cơ sở đóng gói.</w:t>
      </w:r>
    </w:p>
    <w:p w14:paraId="526BF07E" w14:textId="77777777"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lastRenderedPageBreak/>
        <w:t>a) Tổ chức, cá nhân nộp hồ sơ đề nghị cấp mã số vùng trồng, mã số cơ sở đóng gói đến Ủy ban nhân dân cấp xã (nơi có địa chỉ vùng trồng, cơ sở đóng gói) thông qua Cổng dịch vụ công quốc gia.</w:t>
      </w:r>
    </w:p>
    <w:p w14:paraId="11F5FE46" w14:textId="75A8363D"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b) Đối với trường hợp tổ chức, cá nhân không đăng ký xuất khẩu đến các thị trường có yêu cầu về mã số, trong thời hạn không quá 03 ngày làm việc kể từ ngày nhận hồ sơ, Chủ tịch Ủy ban nhân dân cấp xã ban hành Thông báo cấp mã số vùng trồng, mã số cơ sở đóng gói theo Mẫu tại Phụ lục I</w:t>
      </w:r>
      <w:r w:rsidR="00B451B1" w:rsidRPr="00C00374">
        <w:rPr>
          <w:rFonts w:cs="Times New Roman"/>
          <w:bCs/>
          <w:sz w:val="28"/>
          <w:szCs w:val="28"/>
        </w:rPr>
        <w:t>V</w:t>
      </w:r>
      <w:r w:rsidRPr="00C00374">
        <w:rPr>
          <w:rFonts w:cs="Times New Roman"/>
          <w:bCs/>
          <w:sz w:val="28"/>
          <w:szCs w:val="28"/>
        </w:rPr>
        <w:t xml:space="preserve">, Phụ lục V </w:t>
      </w:r>
      <w:r w:rsidR="00622FF4" w:rsidRPr="00C00374">
        <w:rPr>
          <w:rFonts w:cs="Times New Roman"/>
          <w:bCs/>
          <w:sz w:val="28"/>
          <w:szCs w:val="28"/>
        </w:rPr>
        <w:t>ban hành kèm theo Nghị định này</w:t>
      </w:r>
      <w:r w:rsidRPr="00C00374">
        <w:rPr>
          <w:rFonts w:cs="Times New Roman"/>
          <w:bCs/>
          <w:sz w:val="28"/>
          <w:szCs w:val="28"/>
        </w:rPr>
        <w:t>; trường hợp không cấp phải có văn bản trả lời và nêu rõ lý do.</w:t>
      </w:r>
    </w:p>
    <w:p w14:paraId="25287782" w14:textId="00EADF62"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c) Đối với trường hợp tổ chức, cá nhân đăng ký xuất khẩu đến thị trường có yêu cầu về mã số, trong thời hạn không quá 10 ngày làm việc kể từ ngày nhận hồ sơ, Chủ tịch Ủy ban nhân dân cấp xã tổ chức kiểm tra và ban hành Thông báo cấp mã số vùng trồng, mã số cơ sở đóng gói theo Mẫu tại Phụ lục I</w:t>
      </w:r>
      <w:r w:rsidR="00B451B1" w:rsidRPr="00C00374">
        <w:rPr>
          <w:rFonts w:cs="Times New Roman"/>
          <w:bCs/>
          <w:sz w:val="28"/>
          <w:szCs w:val="28"/>
        </w:rPr>
        <w:t>V</w:t>
      </w:r>
      <w:r w:rsidRPr="00C00374">
        <w:rPr>
          <w:rFonts w:cs="Times New Roman"/>
          <w:bCs/>
          <w:sz w:val="28"/>
          <w:szCs w:val="28"/>
        </w:rPr>
        <w:t xml:space="preserve">, Phụ lục V </w:t>
      </w:r>
      <w:r w:rsidR="00622FF4" w:rsidRPr="00C00374">
        <w:rPr>
          <w:rFonts w:cs="Times New Roman"/>
          <w:bCs/>
          <w:sz w:val="28"/>
          <w:szCs w:val="28"/>
        </w:rPr>
        <w:t>ban hành kèm theo Nghị định này</w:t>
      </w:r>
      <w:r w:rsidRPr="00C00374">
        <w:rPr>
          <w:rFonts w:cs="Times New Roman"/>
          <w:bCs/>
          <w:sz w:val="28"/>
          <w:szCs w:val="28"/>
        </w:rPr>
        <w:t>; phê duyệt ngay mã số đối với trường hợp nước nhập khẩu đồng ý để cơ quan có thẩm quyền Việt Nam tự phê duyệt; trường hợp không cấp phải có văn bản trả lời và nêu rõ lý do.</w:t>
      </w:r>
    </w:p>
    <w:p w14:paraId="1C7D72EC" w14:textId="0E0660D4"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Đối với trường hợp mã số vùng trồng, mã số cơ sở đóng gói phải được nước nhập khẩu phê duyệt, cơ quan chuyên môn cấp tỉnh tổng hợp, gửi danh sách về Bộ Nông nghiệp và Môi trường trong thời hạn 03 ngày làm việc kể từ ngày có Thông báo cấp mã số vùng trồng, mã số cơ sở đóng gói. Trong thời hạn 03 ngày làm việc kể từ ngày nhận được danh sách, Bộ Nông nghiệp và Môi trường tổng hợp, gửi nước nhập khẩu xem xét, phê duyệt; trường hợp nước nhập khẩu có yêu cầu khác về thời gian gửi danh sách này thì thực hiện theo yêu cầu của nước nhập khẩu.</w:t>
      </w:r>
    </w:p>
    <w:p w14:paraId="13AE8029" w14:textId="03EC2883"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Nội dung kiểm tra bao gồm kiểm tra thông tin kê khai trong hồ sơ, việc đáp ứng các yêu cầu kỹ thuật của nước nhập khẩu. Biên bản kiểm tra theo Mẫu tại Phụ lục V</w:t>
      </w:r>
      <w:r w:rsidR="00B451B1" w:rsidRPr="00C00374">
        <w:rPr>
          <w:rFonts w:cs="Times New Roman"/>
          <w:bCs/>
          <w:sz w:val="28"/>
          <w:szCs w:val="28"/>
        </w:rPr>
        <w:t>I</w:t>
      </w:r>
      <w:r w:rsidRPr="00C00374">
        <w:rPr>
          <w:rFonts w:cs="Times New Roman"/>
          <w:bCs/>
          <w:sz w:val="28"/>
          <w:szCs w:val="28"/>
        </w:rPr>
        <w:t>I (đối với vùng trồng) hoặc Phụ lục V</w:t>
      </w:r>
      <w:r w:rsidR="00B451B1" w:rsidRPr="00C00374">
        <w:rPr>
          <w:rFonts w:cs="Times New Roman"/>
          <w:bCs/>
          <w:sz w:val="28"/>
          <w:szCs w:val="28"/>
        </w:rPr>
        <w:t>I</w:t>
      </w:r>
      <w:r w:rsidRPr="00C00374">
        <w:rPr>
          <w:rFonts w:cs="Times New Roman"/>
          <w:bCs/>
          <w:sz w:val="28"/>
          <w:szCs w:val="28"/>
        </w:rPr>
        <w:t xml:space="preserve">II (đối với cơ sở đóng gói) </w:t>
      </w:r>
      <w:r w:rsidR="00622FF4" w:rsidRPr="00C00374">
        <w:rPr>
          <w:rFonts w:cs="Times New Roman"/>
          <w:bCs/>
          <w:sz w:val="28"/>
          <w:szCs w:val="28"/>
        </w:rPr>
        <w:t>ban hành kèm theo Nghị định này</w:t>
      </w:r>
      <w:r w:rsidRPr="00C00374">
        <w:rPr>
          <w:rFonts w:cs="Times New Roman"/>
          <w:bCs/>
          <w:sz w:val="28"/>
          <w:szCs w:val="28"/>
        </w:rPr>
        <w:t>.</w:t>
      </w:r>
    </w:p>
    <w:p w14:paraId="28774FC1" w14:textId="15DAE623" w:rsidR="000C514D" w:rsidRPr="00C00374" w:rsidRDefault="000C514D" w:rsidP="00C00374">
      <w:pPr>
        <w:spacing w:after="120" w:line="360" w:lineRule="exact"/>
        <w:ind w:firstLine="720"/>
        <w:rPr>
          <w:rFonts w:cs="Times New Roman"/>
          <w:bCs/>
          <w:sz w:val="28"/>
          <w:szCs w:val="28"/>
        </w:rPr>
      </w:pPr>
      <w:r w:rsidRPr="00C00374">
        <w:rPr>
          <w:rFonts w:cs="Times New Roman"/>
          <w:bCs/>
          <w:sz w:val="28"/>
          <w:szCs w:val="28"/>
        </w:rPr>
        <w:t xml:space="preserve">d) Trường hợp vùng trồng, cơ sở đóng gói đã được cấp mã số muốn đăng ký bổ sung thị trường xuất khẩu thì nộp đơn theo Mẫu tại Phụ lục </w:t>
      </w:r>
      <w:r w:rsidR="00B451B1" w:rsidRPr="00C00374">
        <w:rPr>
          <w:rFonts w:cs="Times New Roman"/>
          <w:bCs/>
          <w:sz w:val="28"/>
          <w:szCs w:val="28"/>
        </w:rPr>
        <w:t>I</w:t>
      </w:r>
      <w:r w:rsidRPr="00C00374">
        <w:rPr>
          <w:rFonts w:cs="Times New Roman"/>
          <w:bCs/>
          <w:sz w:val="28"/>
          <w:szCs w:val="28"/>
        </w:rPr>
        <w:t xml:space="preserve">I, Phụ lục </w:t>
      </w:r>
      <w:r w:rsidR="00B451B1" w:rsidRPr="00C00374">
        <w:rPr>
          <w:rFonts w:cs="Times New Roman"/>
          <w:bCs/>
          <w:sz w:val="28"/>
          <w:szCs w:val="28"/>
        </w:rPr>
        <w:t>I</w:t>
      </w:r>
      <w:r w:rsidRPr="00C00374">
        <w:rPr>
          <w:rFonts w:cs="Times New Roman"/>
          <w:bCs/>
          <w:sz w:val="28"/>
          <w:szCs w:val="28"/>
        </w:rPr>
        <w:t xml:space="preserve">II </w:t>
      </w:r>
      <w:r w:rsidR="00622FF4" w:rsidRPr="00C00374">
        <w:rPr>
          <w:rFonts w:cs="Times New Roman"/>
          <w:bCs/>
          <w:sz w:val="28"/>
          <w:szCs w:val="28"/>
        </w:rPr>
        <w:t>ban hành kèm theo Nghị định này</w:t>
      </w:r>
      <w:r w:rsidRPr="00C00374">
        <w:rPr>
          <w:rFonts w:cs="Times New Roman"/>
          <w:bCs/>
          <w:sz w:val="28"/>
          <w:szCs w:val="28"/>
        </w:rPr>
        <w:t>; trình tự thực hiện theo điểm a, điểm c khoản 2 Điều này nhưng giữ nguyên mã số đã được cấp trong Thông báo cấp/cấp lại mã số vùng trồng, mã số cơ sở đóng gói.</w:t>
      </w:r>
    </w:p>
    <w:p w14:paraId="043B750F" w14:textId="25BD67B4" w:rsidR="000C514D" w:rsidRPr="00C00374" w:rsidRDefault="000C514D" w:rsidP="00C00374">
      <w:pPr>
        <w:spacing w:after="120" w:line="360" w:lineRule="exact"/>
        <w:ind w:firstLine="720"/>
        <w:rPr>
          <w:rFonts w:cs="Times New Roman"/>
          <w:bCs/>
          <w:sz w:val="28"/>
          <w:szCs w:val="28"/>
        </w:rPr>
      </w:pPr>
      <w:r w:rsidRPr="000F6FC0">
        <w:rPr>
          <w:rFonts w:cs="Times New Roman"/>
          <w:bCs/>
          <w:sz w:val="28"/>
          <w:szCs w:val="28"/>
        </w:rPr>
        <w:t>đ) Trường hợp thay đổi thông tin liên quan đến tên tổ chức, cá nhân đại diện mã số vùng trồng, mã số cơ sở đóng gói hoặc do việc thay đổi địa giới hành chính</w:t>
      </w:r>
      <w:r w:rsidR="006E0E06" w:rsidRPr="000F6FC0">
        <w:rPr>
          <w:rFonts w:cs="Times New Roman"/>
          <w:bCs/>
          <w:sz w:val="28"/>
          <w:szCs w:val="28"/>
        </w:rPr>
        <w:t xml:space="preserve"> hoặc</w:t>
      </w:r>
      <w:r w:rsidR="00737028" w:rsidRPr="000F6FC0">
        <w:rPr>
          <w:rFonts w:cs="Times New Roman"/>
          <w:bCs/>
          <w:sz w:val="28"/>
          <w:szCs w:val="28"/>
        </w:rPr>
        <w:t xml:space="preserve"> </w:t>
      </w:r>
      <w:r w:rsidR="006E0E06" w:rsidRPr="000F6FC0">
        <w:rPr>
          <w:rFonts w:cs="Times New Roman"/>
          <w:bCs/>
          <w:sz w:val="28"/>
          <w:szCs w:val="28"/>
        </w:rPr>
        <w:t xml:space="preserve">giảm diện tích hoặc </w:t>
      </w:r>
      <w:r w:rsidR="006E0E06" w:rsidRPr="009630BA">
        <w:rPr>
          <w:rFonts w:cs="Times New Roman"/>
          <w:bCs/>
          <w:sz w:val="28"/>
          <w:szCs w:val="28"/>
        </w:rPr>
        <w:t xml:space="preserve">giảm </w:t>
      </w:r>
      <w:r w:rsidR="006E0E06" w:rsidRPr="000F6FC0">
        <w:rPr>
          <w:rFonts w:cs="Times New Roman"/>
          <w:bCs/>
          <w:sz w:val="28"/>
          <w:szCs w:val="28"/>
        </w:rPr>
        <w:t xml:space="preserve">số hộ tham gia </w:t>
      </w:r>
      <w:r w:rsidRPr="00C00374">
        <w:rPr>
          <w:rFonts w:cs="Times New Roman"/>
          <w:bCs/>
          <w:sz w:val="28"/>
          <w:szCs w:val="28"/>
        </w:rPr>
        <w:t>thì tổ chức, cá nhân nộp đơn đề nghị cấp lại theo Mẫu tại Phụ lục V</w:t>
      </w:r>
      <w:r w:rsidR="00622FF4" w:rsidRPr="00C00374">
        <w:rPr>
          <w:rFonts w:cs="Times New Roman"/>
          <w:bCs/>
          <w:sz w:val="28"/>
          <w:szCs w:val="28"/>
        </w:rPr>
        <w:t>I</w:t>
      </w:r>
      <w:r w:rsidRPr="00C00374">
        <w:rPr>
          <w:rFonts w:cs="Times New Roman"/>
          <w:bCs/>
          <w:sz w:val="28"/>
          <w:szCs w:val="28"/>
        </w:rPr>
        <w:t xml:space="preserve"> </w:t>
      </w:r>
      <w:r w:rsidR="00622FF4" w:rsidRPr="00C00374">
        <w:rPr>
          <w:rFonts w:cs="Times New Roman"/>
          <w:bCs/>
          <w:sz w:val="28"/>
          <w:szCs w:val="28"/>
        </w:rPr>
        <w:t>ban hành kèm theo Nghị định này</w:t>
      </w:r>
      <w:r w:rsidRPr="00C00374">
        <w:rPr>
          <w:rFonts w:cs="Times New Roman"/>
          <w:bCs/>
          <w:sz w:val="28"/>
          <w:szCs w:val="28"/>
        </w:rPr>
        <w:t>. Trong thời hạn 02 ngày làm việc kể từ khi tiếp nhận đơn đề nghị cấp lại của tổ chức, cá nhân, Ủy ban nhân dân cấp xã căn cứ vào hồ sơ lưu trữ, xem xét và thông báo cho tổ chức, cá nhân theo Mẫu tại Phụ lục I</w:t>
      </w:r>
      <w:r w:rsidR="00622FF4" w:rsidRPr="00C00374">
        <w:rPr>
          <w:rFonts w:cs="Times New Roman"/>
          <w:bCs/>
          <w:sz w:val="28"/>
          <w:szCs w:val="28"/>
        </w:rPr>
        <w:t>V</w:t>
      </w:r>
      <w:r w:rsidRPr="00C00374">
        <w:rPr>
          <w:rFonts w:cs="Times New Roman"/>
          <w:bCs/>
          <w:sz w:val="28"/>
          <w:szCs w:val="28"/>
        </w:rPr>
        <w:t xml:space="preserve">, Phụ lục V </w:t>
      </w:r>
      <w:r w:rsidR="00622FF4" w:rsidRPr="00C00374">
        <w:rPr>
          <w:rFonts w:cs="Times New Roman"/>
          <w:bCs/>
          <w:sz w:val="28"/>
          <w:szCs w:val="28"/>
        </w:rPr>
        <w:t>ban hành kèm theo Nghị định này</w:t>
      </w:r>
      <w:r w:rsidRPr="00C00374">
        <w:rPr>
          <w:rFonts w:cs="Times New Roman"/>
          <w:bCs/>
          <w:sz w:val="28"/>
          <w:szCs w:val="28"/>
        </w:rPr>
        <w:t>; trường hợp không cấp phải có văn bản trả lời và nêu rõ lý do.</w:t>
      </w:r>
    </w:p>
    <w:p w14:paraId="78068109" w14:textId="77777777" w:rsidR="000C514D" w:rsidRDefault="000C514D" w:rsidP="00C00374">
      <w:pPr>
        <w:spacing w:after="120" w:line="360" w:lineRule="exact"/>
        <w:ind w:firstLine="720"/>
        <w:rPr>
          <w:rFonts w:cs="Times New Roman"/>
          <w:bCs/>
          <w:sz w:val="28"/>
          <w:szCs w:val="28"/>
        </w:rPr>
      </w:pPr>
      <w:r w:rsidRPr="00C00374">
        <w:rPr>
          <w:rFonts w:cs="Times New Roman"/>
          <w:bCs/>
          <w:sz w:val="28"/>
          <w:szCs w:val="28"/>
        </w:rPr>
        <w:t>3. Trường hợp Cổng dịch vụ công quốc gia gặp sự cố không thể tiếp nhận và xử lý hồ sơ trên môi trường mạng hoặc tổ chức, cá nhân không thể nộp hồ sơ trên môi trường mạng, Ủy ban nhân dân cấp xã tiếp nhận hồ sơ bằng bản giấy (nộp trực tiếp hoặc qua đường bưu điện); việc cấp mã số được thực hiện theo quy định tại khoản 1, khoản 2 Điều này và thông tin phải được cập nhật lên Cổng dịch vụ công quốc gia ngay sau khi Cổng dịch vụ công quốc gia hoạt động bình thường.</w:t>
      </w:r>
    </w:p>
    <w:p w14:paraId="7738FC1B" w14:textId="6E403131" w:rsidR="00386084" w:rsidRPr="009630BA" w:rsidRDefault="00386084" w:rsidP="00386084">
      <w:pPr>
        <w:spacing w:after="120" w:line="360" w:lineRule="exact"/>
        <w:ind w:firstLine="720"/>
        <w:rPr>
          <w:rFonts w:cs="Times New Roman"/>
          <w:b/>
          <w:bCs/>
          <w:sz w:val="28"/>
          <w:szCs w:val="28"/>
        </w:rPr>
      </w:pPr>
      <w:r w:rsidRPr="009630BA">
        <w:rPr>
          <w:rFonts w:cs="Times New Roman"/>
          <w:b/>
          <w:bCs/>
          <w:sz w:val="28"/>
          <w:szCs w:val="28"/>
        </w:rPr>
        <w:t>Điều</w:t>
      </w:r>
      <w:r w:rsidR="0084377A">
        <w:rPr>
          <w:rFonts w:cs="Times New Roman"/>
          <w:b/>
          <w:bCs/>
          <w:sz w:val="28"/>
          <w:szCs w:val="28"/>
        </w:rPr>
        <w:t xml:space="preserve"> 5</w:t>
      </w:r>
      <w:r w:rsidRPr="009630BA">
        <w:rPr>
          <w:rFonts w:cs="Times New Roman"/>
          <w:bCs/>
          <w:sz w:val="28"/>
          <w:szCs w:val="28"/>
        </w:rPr>
        <w:t xml:space="preserve">. </w:t>
      </w:r>
      <w:r w:rsidRPr="009630BA">
        <w:rPr>
          <w:rFonts w:cs="Times New Roman"/>
          <w:b/>
          <w:bCs/>
          <w:sz w:val="28"/>
          <w:szCs w:val="28"/>
        </w:rPr>
        <w:t>Sửa đổi, bổ sung khoản 1 Điều 10 như sau:</w:t>
      </w:r>
    </w:p>
    <w:p w14:paraId="071FC16B" w14:textId="41E07DA6" w:rsidR="00386084" w:rsidRPr="00674314" w:rsidRDefault="00000A71" w:rsidP="00C00374">
      <w:pPr>
        <w:spacing w:after="120" w:line="360" w:lineRule="exact"/>
        <w:ind w:firstLine="720"/>
        <w:rPr>
          <w:rFonts w:cs="Times New Roman"/>
          <w:sz w:val="28"/>
          <w:szCs w:val="28"/>
        </w:rPr>
      </w:pPr>
      <w:r w:rsidRPr="00674314">
        <w:rPr>
          <w:rFonts w:cs="Times New Roman"/>
          <w:sz w:val="28"/>
          <w:szCs w:val="28"/>
        </w:rPr>
        <w:t xml:space="preserve"> </w:t>
      </w:r>
      <w:r w:rsidRPr="009630BA">
        <w:rPr>
          <w:rFonts w:cs="Times New Roman"/>
          <w:sz w:val="28"/>
          <w:szCs w:val="28"/>
        </w:rPr>
        <w:t xml:space="preserve">“1. Tổ chức, cá nhân đã được cấp mã số vùng trồng, mã số cơ sở đóng gói phải thực hiện tự giám sát tối thiểu 01 lần/năm </w:t>
      </w:r>
      <w:r w:rsidR="00674314" w:rsidRPr="00674314">
        <w:rPr>
          <w:rFonts w:cs="Times New Roman"/>
          <w:sz w:val="28"/>
          <w:szCs w:val="28"/>
        </w:rPr>
        <w:t xml:space="preserve">đối với cơ sở đóng gói theo yêu cầu kỹ thuật tại Điều 7, </w:t>
      </w:r>
      <w:r w:rsidR="009C4854" w:rsidRPr="00674314">
        <w:rPr>
          <w:rFonts w:cs="Times New Roman"/>
          <w:sz w:val="28"/>
          <w:szCs w:val="28"/>
        </w:rPr>
        <w:t xml:space="preserve">đối với vùng trồng trước mỗi vụ thu hoạch theo yêu cầu kỹ thuật tại Điều 6 </w:t>
      </w:r>
      <w:r w:rsidRPr="009630BA">
        <w:rPr>
          <w:rFonts w:cs="Times New Roman"/>
          <w:sz w:val="28"/>
          <w:szCs w:val="28"/>
        </w:rPr>
        <w:t>và lưu hồ sơ giám sát”.</w:t>
      </w:r>
    </w:p>
    <w:p w14:paraId="21F86C52" w14:textId="691FD7AC" w:rsidR="000838A6" w:rsidRPr="009630BA" w:rsidRDefault="00B10037" w:rsidP="00C00374">
      <w:pPr>
        <w:spacing w:after="120" w:line="360" w:lineRule="exact"/>
        <w:ind w:firstLine="720"/>
        <w:rPr>
          <w:rFonts w:cs="Times New Roman"/>
          <w:b/>
          <w:bCs/>
          <w:sz w:val="28"/>
          <w:szCs w:val="28"/>
        </w:rPr>
      </w:pPr>
      <w:r w:rsidRPr="009630BA">
        <w:rPr>
          <w:rFonts w:cs="Times New Roman"/>
          <w:b/>
          <w:bCs/>
          <w:sz w:val="28"/>
          <w:szCs w:val="28"/>
        </w:rPr>
        <w:t xml:space="preserve">Điều </w:t>
      </w:r>
      <w:r w:rsidR="0084377A">
        <w:rPr>
          <w:rFonts w:cs="Times New Roman"/>
          <w:b/>
          <w:bCs/>
          <w:sz w:val="28"/>
          <w:szCs w:val="28"/>
        </w:rPr>
        <w:t>6</w:t>
      </w:r>
      <w:r w:rsidRPr="009630BA">
        <w:rPr>
          <w:rFonts w:cs="Times New Roman"/>
          <w:bCs/>
          <w:sz w:val="28"/>
          <w:szCs w:val="28"/>
        </w:rPr>
        <w:t xml:space="preserve">. </w:t>
      </w:r>
      <w:r w:rsidRPr="009630BA">
        <w:rPr>
          <w:rFonts w:cs="Times New Roman"/>
          <w:b/>
          <w:bCs/>
          <w:sz w:val="28"/>
          <w:szCs w:val="28"/>
        </w:rPr>
        <w:t>Sửa đổi, bổ sung khoản 2 Điều 12 như sau:</w:t>
      </w:r>
    </w:p>
    <w:p w14:paraId="1B0410EB" w14:textId="05A1D015" w:rsidR="00B10037" w:rsidRPr="003774B5" w:rsidRDefault="00B10037" w:rsidP="00C00374">
      <w:pPr>
        <w:spacing w:after="120" w:line="360" w:lineRule="exact"/>
        <w:ind w:firstLine="720"/>
        <w:rPr>
          <w:rFonts w:cs="Times New Roman"/>
          <w:bCs/>
          <w:sz w:val="28"/>
          <w:szCs w:val="28"/>
        </w:rPr>
      </w:pPr>
      <w:r w:rsidRPr="009630BA">
        <w:rPr>
          <w:rFonts w:cs="Times New Roman"/>
          <w:bCs/>
          <w:sz w:val="28"/>
          <w:szCs w:val="28"/>
        </w:rPr>
        <w:t xml:space="preserve">“2. </w:t>
      </w:r>
      <w:r w:rsidR="00674314" w:rsidRPr="003774B5">
        <w:rPr>
          <w:rFonts w:cs="Times New Roman"/>
          <w:bCs/>
          <w:sz w:val="28"/>
          <w:szCs w:val="28"/>
        </w:rPr>
        <w:t xml:space="preserve">Chủ tịch Ủy ban nhân dân cấp xã </w:t>
      </w:r>
      <w:r w:rsidRPr="009630BA">
        <w:rPr>
          <w:rFonts w:cs="Times New Roman"/>
          <w:bCs/>
          <w:sz w:val="28"/>
          <w:szCs w:val="28"/>
        </w:rPr>
        <w:t>ban hành Thông báo thu hồi đối với các mã số vùng trồng hoặc mã số cơ sở đóng gói đã cấp theo Phụ lục X ban hành kèm theo Nghị định này.”</w:t>
      </w:r>
      <w:r w:rsidR="004978B1">
        <w:rPr>
          <w:rFonts w:cs="Times New Roman"/>
          <w:bCs/>
          <w:sz w:val="28"/>
          <w:szCs w:val="28"/>
        </w:rPr>
        <w:t>.</w:t>
      </w:r>
    </w:p>
    <w:p w14:paraId="62CF766E" w14:textId="27AA8464" w:rsidR="00BA3EFE" w:rsidRPr="00C00374" w:rsidRDefault="003B573B" w:rsidP="00C00374">
      <w:pPr>
        <w:pStyle w:val="LegalClause"/>
        <w:spacing w:after="120" w:line="360" w:lineRule="exact"/>
        <w:ind w:firstLine="720"/>
        <w:rPr>
          <w:rFonts w:cs="Times New Roman"/>
          <w:b/>
          <w:bCs/>
          <w:sz w:val="28"/>
          <w:szCs w:val="28"/>
        </w:rPr>
      </w:pPr>
      <w:r w:rsidRPr="00C00374">
        <w:rPr>
          <w:rFonts w:cs="Times New Roman"/>
          <w:b/>
          <w:bCs/>
          <w:sz w:val="28"/>
          <w:szCs w:val="28"/>
        </w:rPr>
        <w:t xml:space="preserve">Điều </w:t>
      </w:r>
      <w:r w:rsidR="0084377A">
        <w:rPr>
          <w:rFonts w:cs="Times New Roman"/>
          <w:b/>
          <w:bCs/>
          <w:sz w:val="28"/>
          <w:szCs w:val="28"/>
        </w:rPr>
        <w:t>7</w:t>
      </w:r>
      <w:r w:rsidR="007D649A" w:rsidRPr="00C00374">
        <w:rPr>
          <w:rFonts w:cs="Times New Roman"/>
          <w:b/>
          <w:bCs/>
          <w:sz w:val="28"/>
          <w:szCs w:val="28"/>
        </w:rPr>
        <w:t>. Sửa đổi</w:t>
      </w:r>
      <w:r w:rsidR="001A7721" w:rsidRPr="00C00374">
        <w:rPr>
          <w:rFonts w:cs="Times New Roman"/>
          <w:b/>
          <w:bCs/>
          <w:sz w:val="28"/>
          <w:szCs w:val="28"/>
        </w:rPr>
        <w:t xml:space="preserve">, bổ sung </w:t>
      </w:r>
      <w:r w:rsidR="007D649A" w:rsidRPr="00C00374">
        <w:rPr>
          <w:rFonts w:cs="Times New Roman"/>
          <w:b/>
          <w:bCs/>
          <w:sz w:val="28"/>
          <w:szCs w:val="28"/>
        </w:rPr>
        <w:t>Điều 13 như sau:</w:t>
      </w:r>
    </w:p>
    <w:p w14:paraId="4BFF4FE6" w14:textId="101B483B" w:rsidR="00BA3EFE" w:rsidRDefault="00AE1007" w:rsidP="00C00374">
      <w:pPr>
        <w:spacing w:after="120" w:line="360" w:lineRule="exact"/>
        <w:ind w:firstLine="720"/>
        <w:rPr>
          <w:rFonts w:cs="Times New Roman"/>
          <w:b/>
          <w:sz w:val="28"/>
          <w:szCs w:val="28"/>
        </w:rPr>
      </w:pPr>
      <w:r w:rsidRPr="00C00374">
        <w:rPr>
          <w:rFonts w:cs="Times New Roman"/>
          <w:b/>
          <w:sz w:val="28"/>
          <w:szCs w:val="28"/>
        </w:rPr>
        <w:t>“Điều 13. Trách nhiệm của Bộ Nông nghiệp và Môi trường</w:t>
      </w:r>
    </w:p>
    <w:p w14:paraId="42610F44" w14:textId="7BA65B14" w:rsidR="003B653E" w:rsidRPr="009630BA" w:rsidRDefault="003B653E" w:rsidP="003B653E">
      <w:pPr>
        <w:spacing w:after="120" w:line="360" w:lineRule="exact"/>
        <w:ind w:firstLine="720"/>
        <w:rPr>
          <w:rFonts w:cs="Times New Roman"/>
          <w:sz w:val="28"/>
          <w:szCs w:val="28"/>
        </w:rPr>
      </w:pPr>
      <w:r w:rsidRPr="009630BA">
        <w:rPr>
          <w:rFonts w:cs="Times New Roman"/>
          <w:sz w:val="28"/>
          <w:szCs w:val="28"/>
        </w:rPr>
        <w:t>1</w:t>
      </w:r>
      <w:r w:rsidR="00B92F8B" w:rsidRPr="009630BA">
        <w:rPr>
          <w:rFonts w:cs="Times New Roman"/>
          <w:sz w:val="28"/>
          <w:szCs w:val="28"/>
        </w:rPr>
        <w:t xml:space="preserve">. Xây dựng tài liệu, </w:t>
      </w:r>
      <w:r w:rsidRPr="009630BA">
        <w:rPr>
          <w:rFonts w:cs="Times New Roman"/>
          <w:sz w:val="28"/>
          <w:szCs w:val="28"/>
        </w:rPr>
        <w:t>tổ chức tập huấn</w:t>
      </w:r>
      <w:r w:rsidR="00B92F8B" w:rsidRPr="009630BA">
        <w:rPr>
          <w:rFonts w:cs="Times New Roman"/>
          <w:sz w:val="28"/>
          <w:szCs w:val="28"/>
        </w:rPr>
        <w:t>, hướng dẫn</w:t>
      </w:r>
      <w:r w:rsidRPr="009630BA">
        <w:rPr>
          <w:rFonts w:cs="Times New Roman"/>
          <w:sz w:val="28"/>
          <w:szCs w:val="28"/>
        </w:rPr>
        <w:t xml:space="preserve"> thực hiện việc cấp, quản lý mã số vùng trồng, mã số cơ sở đóng gói.</w:t>
      </w:r>
    </w:p>
    <w:p w14:paraId="4CB4A250" w14:textId="12BFB455" w:rsidR="003B653E" w:rsidRPr="009630BA" w:rsidRDefault="003B653E" w:rsidP="003B653E">
      <w:pPr>
        <w:spacing w:after="120" w:line="360" w:lineRule="exact"/>
        <w:ind w:firstLine="720"/>
        <w:rPr>
          <w:rFonts w:cs="Times New Roman"/>
          <w:sz w:val="28"/>
          <w:szCs w:val="28"/>
        </w:rPr>
      </w:pPr>
      <w:r w:rsidRPr="009630BA">
        <w:rPr>
          <w:rFonts w:cs="Times New Roman"/>
          <w:sz w:val="28"/>
          <w:szCs w:val="28"/>
        </w:rPr>
        <w:t>2. Tổ chức kiểm tra việc thực hiện c</w:t>
      </w:r>
      <w:r w:rsidR="00B92F8B" w:rsidRPr="009630BA">
        <w:rPr>
          <w:rFonts w:cs="Times New Roman"/>
          <w:sz w:val="28"/>
          <w:szCs w:val="28"/>
        </w:rPr>
        <w:t xml:space="preserve">ấp, quản lý mã số vùng trồng, </w:t>
      </w:r>
      <w:r w:rsidRPr="009630BA">
        <w:rPr>
          <w:rFonts w:cs="Times New Roman"/>
          <w:sz w:val="28"/>
          <w:szCs w:val="28"/>
        </w:rPr>
        <w:t>mã số cơ sở đóng gói của địa phương hoặc theo yêu cầu của nước nhập khẩu.</w:t>
      </w:r>
    </w:p>
    <w:p w14:paraId="21EB0C37" w14:textId="53A5ABAC" w:rsidR="007A2604" w:rsidRPr="0084377A" w:rsidRDefault="00762A98" w:rsidP="00C00374">
      <w:pPr>
        <w:pStyle w:val="LegalClause"/>
        <w:spacing w:after="120" w:line="360" w:lineRule="exact"/>
        <w:ind w:firstLine="720"/>
        <w:rPr>
          <w:rFonts w:cs="Times New Roman"/>
          <w:sz w:val="28"/>
          <w:szCs w:val="28"/>
        </w:rPr>
      </w:pPr>
      <w:r w:rsidRPr="0084377A">
        <w:rPr>
          <w:rFonts w:cs="Times New Roman"/>
          <w:sz w:val="28"/>
          <w:szCs w:val="28"/>
        </w:rPr>
        <w:t xml:space="preserve">3. Cập nhật và thông báo cho cơ quan </w:t>
      </w:r>
      <w:r w:rsidRPr="009630BA">
        <w:rPr>
          <w:rFonts w:cs="Times New Roman"/>
          <w:sz w:val="28"/>
          <w:szCs w:val="28"/>
        </w:rPr>
        <w:t xml:space="preserve">chuyên môn </w:t>
      </w:r>
      <w:r w:rsidR="00C14A72" w:rsidRPr="009630BA">
        <w:rPr>
          <w:rFonts w:cs="Times New Roman"/>
          <w:sz w:val="28"/>
          <w:szCs w:val="28"/>
        </w:rPr>
        <w:t>cấp tỉnh</w:t>
      </w:r>
      <w:r w:rsidRPr="009630BA">
        <w:rPr>
          <w:rFonts w:cs="Times New Roman"/>
          <w:sz w:val="28"/>
          <w:szCs w:val="28"/>
        </w:rPr>
        <w:t xml:space="preserve"> </w:t>
      </w:r>
      <w:r w:rsidRPr="0084377A">
        <w:rPr>
          <w:rFonts w:cs="Times New Roman"/>
          <w:sz w:val="28"/>
          <w:szCs w:val="28"/>
        </w:rPr>
        <w:t>về các quy định về kiểm dịch thực vật, an toàn thực phẩm</w:t>
      </w:r>
      <w:r w:rsidR="003774B5" w:rsidRPr="0084377A">
        <w:rPr>
          <w:rFonts w:cs="Times New Roman"/>
          <w:sz w:val="28"/>
          <w:szCs w:val="28"/>
        </w:rPr>
        <w:t>.</w:t>
      </w:r>
    </w:p>
    <w:p w14:paraId="100102A5" w14:textId="6801A829" w:rsidR="00762A98" w:rsidRPr="0084377A" w:rsidRDefault="007A2604" w:rsidP="00C00374">
      <w:pPr>
        <w:pStyle w:val="LegalClause"/>
        <w:spacing w:after="120" w:line="360" w:lineRule="exact"/>
        <w:ind w:firstLine="720"/>
        <w:rPr>
          <w:rFonts w:cs="Times New Roman"/>
          <w:sz w:val="28"/>
          <w:szCs w:val="28"/>
        </w:rPr>
      </w:pPr>
      <w:r w:rsidRPr="0084377A">
        <w:rPr>
          <w:rFonts w:cs="Times New Roman"/>
          <w:sz w:val="28"/>
          <w:szCs w:val="28"/>
        </w:rPr>
        <w:t xml:space="preserve">4. Thông báo cho cơ quan </w:t>
      </w:r>
      <w:r w:rsidRPr="009630BA">
        <w:rPr>
          <w:rFonts w:cs="Times New Roman"/>
          <w:sz w:val="28"/>
          <w:szCs w:val="28"/>
        </w:rPr>
        <w:t xml:space="preserve">chuyên môn cấp tỉnh </w:t>
      </w:r>
      <w:r w:rsidRPr="0084377A">
        <w:rPr>
          <w:rFonts w:cs="Times New Roman"/>
          <w:sz w:val="28"/>
          <w:szCs w:val="28"/>
        </w:rPr>
        <w:t>các vi phạm về mã số vùng trồng, mã số cơ sở đóng gói theo thông tin của nước nhập khẩu, vi phạm khi thực hiện kiểm dịch thực vật hoặc vi phạm an toàn thực phẩm.</w:t>
      </w:r>
    </w:p>
    <w:p w14:paraId="6109ADD9" w14:textId="4D223290" w:rsidR="007A2604" w:rsidRPr="0084377A" w:rsidRDefault="007D488E" w:rsidP="00C00374">
      <w:pPr>
        <w:pStyle w:val="LegalClause"/>
        <w:spacing w:after="120" w:line="360" w:lineRule="exact"/>
        <w:ind w:firstLine="720"/>
        <w:rPr>
          <w:rFonts w:cs="Times New Roman"/>
          <w:sz w:val="28"/>
          <w:szCs w:val="28"/>
        </w:rPr>
      </w:pPr>
      <w:r w:rsidRPr="0084377A">
        <w:rPr>
          <w:rFonts w:cs="Times New Roman"/>
          <w:sz w:val="28"/>
          <w:szCs w:val="28"/>
        </w:rPr>
        <w:t>5. Tiếp nhận</w:t>
      </w:r>
      <w:r w:rsidR="001A7721" w:rsidRPr="0084377A">
        <w:rPr>
          <w:rFonts w:cs="Times New Roman"/>
          <w:sz w:val="28"/>
          <w:szCs w:val="28"/>
        </w:rPr>
        <w:t>, tổng hợp</w:t>
      </w:r>
      <w:r w:rsidRPr="0084377A">
        <w:rPr>
          <w:rFonts w:cs="Times New Roman"/>
          <w:sz w:val="28"/>
          <w:szCs w:val="28"/>
        </w:rPr>
        <w:t xml:space="preserve"> danh sách mã số</w:t>
      </w:r>
      <w:r w:rsidR="001A7721" w:rsidRPr="0084377A">
        <w:rPr>
          <w:rFonts w:cs="Times New Roman"/>
          <w:sz w:val="28"/>
          <w:szCs w:val="28"/>
        </w:rPr>
        <w:t xml:space="preserve"> vùng trồng, mã số cơ sở đóng gói</w:t>
      </w:r>
      <w:r w:rsidRPr="0084377A">
        <w:rPr>
          <w:rFonts w:cs="Times New Roman"/>
          <w:sz w:val="28"/>
          <w:szCs w:val="28"/>
        </w:rPr>
        <w:t xml:space="preserve"> đủ điều kiện từ </w:t>
      </w:r>
      <w:r w:rsidR="001A7721" w:rsidRPr="0084377A">
        <w:rPr>
          <w:rFonts w:cs="Times New Roman"/>
          <w:sz w:val="28"/>
          <w:szCs w:val="28"/>
        </w:rPr>
        <w:t xml:space="preserve">các cơ quan </w:t>
      </w:r>
      <w:r w:rsidR="001A7721" w:rsidRPr="009630BA">
        <w:rPr>
          <w:rFonts w:cs="Times New Roman"/>
          <w:sz w:val="28"/>
          <w:szCs w:val="28"/>
        </w:rPr>
        <w:t>chuyên môn cấp tỉnh</w:t>
      </w:r>
      <w:r w:rsidRPr="009630BA">
        <w:rPr>
          <w:rFonts w:cs="Times New Roman"/>
          <w:sz w:val="28"/>
          <w:szCs w:val="28"/>
        </w:rPr>
        <w:t xml:space="preserve"> </w:t>
      </w:r>
      <w:r w:rsidRPr="0084377A">
        <w:rPr>
          <w:rFonts w:cs="Times New Roman"/>
          <w:sz w:val="28"/>
          <w:szCs w:val="28"/>
        </w:rPr>
        <w:t>để gửi nước nhập khẩu; trao đổi, đàm phán và thực hiện vai trò đầu mối quốc gia.</w:t>
      </w:r>
    </w:p>
    <w:p w14:paraId="05C7D0D4" w14:textId="15B7B9EE" w:rsidR="00C45B04" w:rsidRPr="0084377A" w:rsidRDefault="001A7721" w:rsidP="00C00374">
      <w:pPr>
        <w:pStyle w:val="LegalClause"/>
        <w:spacing w:after="120" w:line="360" w:lineRule="exact"/>
        <w:ind w:firstLine="720"/>
        <w:rPr>
          <w:rFonts w:cs="Times New Roman"/>
          <w:sz w:val="28"/>
          <w:szCs w:val="28"/>
        </w:rPr>
      </w:pPr>
      <w:r w:rsidRPr="0084377A">
        <w:rPr>
          <w:rFonts w:cs="Times New Roman"/>
          <w:sz w:val="28"/>
          <w:szCs w:val="28"/>
        </w:rPr>
        <w:t>6</w:t>
      </w:r>
      <w:r w:rsidR="007A2604" w:rsidRPr="0084377A">
        <w:rPr>
          <w:rFonts w:cs="Times New Roman"/>
          <w:sz w:val="28"/>
          <w:szCs w:val="28"/>
        </w:rPr>
        <w:t>. Thiế</w:t>
      </w:r>
      <w:r w:rsidRPr="0084377A">
        <w:rPr>
          <w:rFonts w:cs="Times New Roman"/>
          <w:sz w:val="28"/>
          <w:szCs w:val="28"/>
        </w:rPr>
        <w:t>t</w:t>
      </w:r>
      <w:r w:rsidR="007A2604" w:rsidRPr="0084377A">
        <w:rPr>
          <w:rFonts w:cs="Times New Roman"/>
          <w:sz w:val="28"/>
          <w:szCs w:val="28"/>
        </w:rPr>
        <w:t xml:space="preserve"> lập </w:t>
      </w:r>
      <w:r w:rsidR="00290CCA" w:rsidRPr="0084377A">
        <w:rPr>
          <w:rFonts w:cs="Times New Roman"/>
          <w:sz w:val="28"/>
          <w:szCs w:val="28"/>
        </w:rPr>
        <w:t>cơ sở dữ liệu</w:t>
      </w:r>
      <w:r w:rsidR="00C45B04" w:rsidRPr="0084377A">
        <w:rPr>
          <w:rFonts w:cs="Times New Roman"/>
          <w:sz w:val="28"/>
          <w:szCs w:val="28"/>
        </w:rPr>
        <w:t xml:space="preserve"> </w:t>
      </w:r>
      <w:r w:rsidR="007A2604" w:rsidRPr="0084377A">
        <w:rPr>
          <w:rFonts w:cs="Times New Roman"/>
          <w:sz w:val="28"/>
          <w:szCs w:val="28"/>
        </w:rPr>
        <w:t>về mã số vùng trồng,</w:t>
      </w:r>
      <w:r w:rsidR="00C45B04" w:rsidRPr="0084377A">
        <w:rPr>
          <w:rFonts w:cs="Times New Roman"/>
          <w:sz w:val="28"/>
          <w:szCs w:val="28"/>
        </w:rPr>
        <w:t xml:space="preserve"> mã số</w:t>
      </w:r>
      <w:r w:rsidR="007A2604" w:rsidRPr="0084377A">
        <w:rPr>
          <w:rFonts w:cs="Times New Roman"/>
          <w:sz w:val="28"/>
          <w:szCs w:val="28"/>
        </w:rPr>
        <w:t xml:space="preserve"> cơ sở đóng gói</w:t>
      </w:r>
      <w:r w:rsidR="00290CCA" w:rsidRPr="0084377A">
        <w:rPr>
          <w:rFonts w:cs="Times New Roman"/>
          <w:sz w:val="28"/>
          <w:szCs w:val="28"/>
        </w:rPr>
        <w:t xml:space="preserve">. </w:t>
      </w:r>
      <w:r w:rsidR="00C45B04" w:rsidRPr="0084377A">
        <w:rPr>
          <w:rFonts w:cs="Times New Roman"/>
          <w:sz w:val="28"/>
          <w:szCs w:val="28"/>
        </w:rPr>
        <w:t>Dữ liệu về mã số vùng trồng và mã số cơ sở đóng gói được quản lý tập trung trên Hệ thống xử lý nghiệp vụ và công khai trên Cổng thông tin điện tử của Bộ Nông nghiệp và Môi trường; được kết nối, chia sẻ với các hệ thống cơ sở dữ liệu khác theo quy định của pháp luật.</w:t>
      </w:r>
    </w:p>
    <w:p w14:paraId="02BC2131" w14:textId="2F743146" w:rsidR="00BA3EFE" w:rsidRPr="00C00374" w:rsidRDefault="003B573B" w:rsidP="00C00374">
      <w:pPr>
        <w:pStyle w:val="LegalClause"/>
        <w:spacing w:after="120" w:line="360" w:lineRule="exact"/>
        <w:ind w:firstLine="720"/>
        <w:rPr>
          <w:rFonts w:cs="Times New Roman"/>
          <w:b/>
          <w:bCs/>
          <w:sz w:val="28"/>
          <w:szCs w:val="28"/>
        </w:rPr>
      </w:pPr>
      <w:r w:rsidRPr="00C00374">
        <w:rPr>
          <w:rFonts w:cs="Times New Roman"/>
          <w:b/>
          <w:bCs/>
          <w:sz w:val="28"/>
          <w:szCs w:val="28"/>
        </w:rPr>
        <w:t xml:space="preserve">Điều </w:t>
      </w:r>
      <w:r w:rsidR="00B10037">
        <w:rPr>
          <w:rFonts w:cs="Times New Roman"/>
          <w:b/>
          <w:bCs/>
          <w:sz w:val="28"/>
          <w:szCs w:val="28"/>
        </w:rPr>
        <w:t>8</w:t>
      </w:r>
      <w:r w:rsidR="001662F7" w:rsidRPr="00C00374">
        <w:rPr>
          <w:rFonts w:cs="Times New Roman"/>
          <w:b/>
          <w:bCs/>
          <w:sz w:val="28"/>
          <w:szCs w:val="28"/>
        </w:rPr>
        <w:t>. Sửa đổi, bổ sung Điều 14 như sau:</w:t>
      </w:r>
    </w:p>
    <w:p w14:paraId="0651FE64" w14:textId="72DCE943" w:rsidR="00BA3EFE" w:rsidRPr="00C00374" w:rsidRDefault="00AE1007" w:rsidP="00C00374">
      <w:pPr>
        <w:spacing w:after="120" w:line="360" w:lineRule="exact"/>
        <w:ind w:firstLine="720"/>
        <w:rPr>
          <w:rFonts w:cs="Times New Roman"/>
          <w:sz w:val="28"/>
          <w:szCs w:val="28"/>
        </w:rPr>
      </w:pPr>
      <w:r w:rsidRPr="00C00374">
        <w:rPr>
          <w:rFonts w:cs="Times New Roman"/>
          <w:b/>
          <w:sz w:val="28"/>
          <w:szCs w:val="28"/>
        </w:rPr>
        <w:t>“Điều 14. Trách nhiệm của Ủy ban nhân dân cấp tỉnh</w:t>
      </w:r>
    </w:p>
    <w:p w14:paraId="1298EE8B" w14:textId="105C0AFF"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 xml:space="preserve">1. Bố trí nhân lực, kinh phí, </w:t>
      </w:r>
      <w:r w:rsidR="00FC2573" w:rsidRPr="00C00374">
        <w:rPr>
          <w:rFonts w:cs="Times New Roman"/>
          <w:sz w:val="28"/>
          <w:szCs w:val="28"/>
        </w:rPr>
        <w:t xml:space="preserve">cơ sở hạ tầng </w:t>
      </w:r>
      <w:r w:rsidRPr="00C00374">
        <w:rPr>
          <w:rFonts w:cs="Times New Roman"/>
          <w:sz w:val="28"/>
          <w:szCs w:val="28"/>
        </w:rPr>
        <w:t>và điều kiện cần thiết để Ủy ban nhân dân cấp xã thực hiện việc cấp, cấp lại, hậu kiểm, tạm dừng, thu hồi</w:t>
      </w:r>
      <w:r w:rsidR="00FC2573" w:rsidRPr="00C00374">
        <w:rPr>
          <w:rFonts w:cs="Times New Roman"/>
          <w:sz w:val="28"/>
          <w:szCs w:val="28"/>
        </w:rPr>
        <w:t xml:space="preserve">, </w:t>
      </w:r>
      <w:r w:rsidRPr="00C00374">
        <w:rPr>
          <w:rFonts w:cs="Times New Roman"/>
          <w:sz w:val="28"/>
          <w:szCs w:val="28"/>
        </w:rPr>
        <w:t>phục hồi</w:t>
      </w:r>
      <w:r w:rsidR="00FC2573" w:rsidRPr="00C00374">
        <w:rPr>
          <w:rFonts w:cs="Times New Roman"/>
          <w:sz w:val="28"/>
          <w:szCs w:val="28"/>
        </w:rPr>
        <w:t xml:space="preserve"> và quản lý</w:t>
      </w:r>
      <w:r w:rsidRPr="00C00374">
        <w:rPr>
          <w:rFonts w:cs="Times New Roman"/>
          <w:sz w:val="28"/>
          <w:szCs w:val="28"/>
        </w:rPr>
        <w:t xml:space="preserve"> mã số.</w:t>
      </w:r>
    </w:p>
    <w:p w14:paraId="1003F50D" w14:textId="45908A60"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 xml:space="preserve">2. Giao cơ quan </w:t>
      </w:r>
      <w:r w:rsidRPr="00D21D19">
        <w:rPr>
          <w:rFonts w:cs="Times New Roman"/>
          <w:sz w:val="28"/>
          <w:szCs w:val="28"/>
        </w:rPr>
        <w:t xml:space="preserve">chuyên môn cấp tỉnh </w:t>
      </w:r>
      <w:r w:rsidRPr="00C00374">
        <w:rPr>
          <w:rFonts w:cs="Times New Roman"/>
          <w:sz w:val="28"/>
          <w:szCs w:val="28"/>
        </w:rPr>
        <w:t>là đầu mối hướng dẫn, hỗ trợ kỹ thuật, kiểm tra, giám sát; tổng hợp danh sách mã số phục vụ xuất khẩu gửi Bộ Nông nghiệp và Môi trường</w:t>
      </w:r>
      <w:r w:rsidR="000D072D" w:rsidRPr="00C00374">
        <w:rPr>
          <w:rFonts w:cs="Times New Roman"/>
          <w:sz w:val="28"/>
          <w:szCs w:val="28"/>
        </w:rPr>
        <w:t xml:space="preserve"> theo quy định tại </w:t>
      </w:r>
      <w:r w:rsidR="0099386C" w:rsidRPr="00C00374">
        <w:rPr>
          <w:rFonts w:cs="Times New Roman"/>
          <w:sz w:val="28"/>
          <w:szCs w:val="28"/>
        </w:rPr>
        <w:t xml:space="preserve">điểm c </w:t>
      </w:r>
      <w:r w:rsidR="000D072D" w:rsidRPr="00C00374">
        <w:rPr>
          <w:rFonts w:cs="Times New Roman"/>
          <w:sz w:val="28"/>
          <w:szCs w:val="28"/>
        </w:rPr>
        <w:t xml:space="preserve">khoản </w:t>
      </w:r>
      <w:r w:rsidR="00290CCA" w:rsidRPr="00C00374">
        <w:rPr>
          <w:rFonts w:cs="Times New Roman"/>
          <w:sz w:val="28"/>
          <w:szCs w:val="28"/>
        </w:rPr>
        <w:t>2</w:t>
      </w:r>
      <w:r w:rsidR="0099386C" w:rsidRPr="00C00374">
        <w:rPr>
          <w:rFonts w:cs="Times New Roman"/>
          <w:sz w:val="28"/>
          <w:szCs w:val="28"/>
        </w:rPr>
        <w:t xml:space="preserve"> </w:t>
      </w:r>
      <w:r w:rsidR="00FC2573" w:rsidRPr="00C00374">
        <w:rPr>
          <w:rFonts w:cs="Times New Roman"/>
          <w:sz w:val="28"/>
          <w:szCs w:val="28"/>
        </w:rPr>
        <w:t>Điều 8 Nghị định này để gửi nước nhập khẩu phê duyệt</w:t>
      </w:r>
      <w:r w:rsidR="00885E0C" w:rsidRPr="00C00374">
        <w:rPr>
          <w:rFonts w:cs="Times New Roman"/>
          <w:sz w:val="28"/>
          <w:szCs w:val="28"/>
        </w:rPr>
        <w:t xml:space="preserve">; thông báo cho </w:t>
      </w:r>
      <w:r w:rsidR="00885E0C" w:rsidRPr="00D21D19">
        <w:rPr>
          <w:rFonts w:cs="Times New Roman"/>
          <w:sz w:val="28"/>
          <w:szCs w:val="28"/>
        </w:rPr>
        <w:t xml:space="preserve">Ủy ban nhân dân cấp xã </w:t>
      </w:r>
      <w:r w:rsidR="00885E0C" w:rsidRPr="00C00374">
        <w:rPr>
          <w:rFonts w:cs="Times New Roman"/>
          <w:sz w:val="28"/>
          <w:szCs w:val="28"/>
        </w:rPr>
        <w:t>kết quả phê duyệt của nước nhập khẩu, các thông báo không tuân thủ và các thông tin liên quan khác để thông tin cho các tổ chức, cá nhân có liên quan</w:t>
      </w:r>
      <w:r w:rsidR="001A03A7">
        <w:rPr>
          <w:rFonts w:cs="Times New Roman"/>
          <w:sz w:val="28"/>
          <w:szCs w:val="28"/>
        </w:rPr>
        <w:t>.</w:t>
      </w:r>
    </w:p>
    <w:p w14:paraId="02DC9E8C" w14:textId="77777777"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3. Chỉ đạo cập nhật, công khai trên Hệ thống xử lý nghiệp vụ các thông tin: mã số, tổ chức/cá nhân hoặc đơn vị đại diện, địa chỉ, sản phẩm, diện tích hoặc công suất, thị trường xuất khẩu và trạng thái mã số.</w:t>
      </w:r>
    </w:p>
    <w:p w14:paraId="64BB2022" w14:textId="4212F2D5"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4. Ban hành</w:t>
      </w:r>
      <w:r w:rsidR="00FC2573" w:rsidRPr="00C00374">
        <w:rPr>
          <w:rFonts w:cs="Times New Roman"/>
          <w:sz w:val="28"/>
          <w:szCs w:val="28"/>
        </w:rPr>
        <w:t xml:space="preserve"> và tổ chức thực hiện</w:t>
      </w:r>
      <w:r w:rsidRPr="00C00374">
        <w:rPr>
          <w:rFonts w:cs="Times New Roman"/>
          <w:sz w:val="28"/>
          <w:szCs w:val="28"/>
        </w:rPr>
        <w:t xml:space="preserve"> kế hoạch quản lý mã số; tổ chức</w:t>
      </w:r>
      <w:r w:rsidR="00476F3C" w:rsidRPr="00C00374">
        <w:rPr>
          <w:rFonts w:cs="Times New Roman"/>
          <w:sz w:val="28"/>
          <w:szCs w:val="28"/>
        </w:rPr>
        <w:t xml:space="preserve"> tuyên truyền, </w:t>
      </w:r>
      <w:r w:rsidRPr="00C00374">
        <w:rPr>
          <w:rFonts w:cs="Times New Roman"/>
          <w:sz w:val="28"/>
          <w:szCs w:val="28"/>
        </w:rPr>
        <w:t>tập huấn; hỗ trợ liên kết sản xuất, vùng nguyên liệu tập trung và cơ sở đóng gói đáp ứng yêu cầu thị trường.</w:t>
      </w:r>
    </w:p>
    <w:p w14:paraId="32DE1236" w14:textId="3F06CAA8" w:rsidR="00C35B26"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5. Tổ chức thanh tra, kiểm tra, giải quyết phản ánh, kiến nghị và xử lý vi phạm theo thẩm quyền</w:t>
      </w:r>
      <w:r w:rsidR="00096E20" w:rsidRPr="00C00374">
        <w:rPr>
          <w:rFonts w:cs="Times New Roman"/>
          <w:sz w:val="28"/>
          <w:szCs w:val="28"/>
        </w:rPr>
        <w:t>; chủ trì, phối hợp tổ chức kiểm tra các vùng trồng, cơ sở đóng gói được cấp mã số theo chương trình của nước nhập khẩu.</w:t>
      </w:r>
    </w:p>
    <w:p w14:paraId="79CCB48B" w14:textId="72BB60AC" w:rsidR="00BA3EFE" w:rsidRPr="00C00374" w:rsidRDefault="00C35B26" w:rsidP="00C00374">
      <w:pPr>
        <w:pStyle w:val="LegalClause"/>
        <w:spacing w:after="120" w:line="360" w:lineRule="exact"/>
        <w:ind w:firstLine="720"/>
        <w:rPr>
          <w:rFonts w:cs="Times New Roman"/>
          <w:sz w:val="28"/>
          <w:szCs w:val="28"/>
        </w:rPr>
      </w:pPr>
      <w:r w:rsidRPr="00C00374">
        <w:rPr>
          <w:rFonts w:cs="Times New Roman"/>
          <w:sz w:val="28"/>
          <w:szCs w:val="28"/>
        </w:rPr>
        <w:t>6. Xây dựng chính sách hỗ trợ</w:t>
      </w:r>
      <w:r w:rsidR="000838A6">
        <w:rPr>
          <w:rFonts w:cs="Times New Roman"/>
          <w:sz w:val="28"/>
          <w:szCs w:val="28"/>
        </w:rPr>
        <w:t>:</w:t>
      </w:r>
      <w:r w:rsidR="00B92F8B">
        <w:rPr>
          <w:rFonts w:cs="Times New Roman"/>
          <w:sz w:val="28"/>
          <w:szCs w:val="28"/>
        </w:rPr>
        <w:t xml:space="preserve"> </w:t>
      </w:r>
      <w:r w:rsidR="000838A6">
        <w:rPr>
          <w:rFonts w:cs="Times New Roman"/>
          <w:sz w:val="28"/>
          <w:szCs w:val="28"/>
        </w:rPr>
        <w:t>P</w:t>
      </w:r>
      <w:r w:rsidR="00B92F8B" w:rsidRPr="00C00374">
        <w:rPr>
          <w:rFonts w:cs="Times New Roman"/>
          <w:sz w:val="28"/>
          <w:szCs w:val="28"/>
        </w:rPr>
        <w:t>hát triển vùng sản xuất tập trung</w:t>
      </w:r>
      <w:r w:rsidR="000838A6">
        <w:rPr>
          <w:rFonts w:cs="Times New Roman"/>
          <w:sz w:val="28"/>
          <w:szCs w:val="28"/>
        </w:rPr>
        <w:t>;</w:t>
      </w:r>
      <w:r w:rsidRPr="00C00374">
        <w:rPr>
          <w:rFonts w:cs="Times New Roman"/>
          <w:sz w:val="28"/>
          <w:szCs w:val="28"/>
        </w:rPr>
        <w:t xml:space="preserve"> hợp tác, liên kết sản xuất</w:t>
      </w:r>
      <w:r w:rsidR="000838A6">
        <w:rPr>
          <w:rFonts w:cs="Times New Roman"/>
          <w:sz w:val="28"/>
          <w:szCs w:val="28"/>
        </w:rPr>
        <w:t>;</w:t>
      </w:r>
      <w:r w:rsidRPr="00C00374">
        <w:rPr>
          <w:rFonts w:cs="Times New Roman"/>
          <w:sz w:val="28"/>
          <w:szCs w:val="28"/>
        </w:rPr>
        <w:t xml:space="preserve"> áp dụng khoa học công nghệ</w:t>
      </w:r>
      <w:r w:rsidR="000838A6">
        <w:rPr>
          <w:rFonts w:cs="Times New Roman"/>
          <w:sz w:val="28"/>
          <w:szCs w:val="28"/>
        </w:rPr>
        <w:t xml:space="preserve"> </w:t>
      </w:r>
      <w:r w:rsidRPr="00C00374">
        <w:rPr>
          <w:rFonts w:cs="Times New Roman"/>
          <w:sz w:val="28"/>
          <w:szCs w:val="28"/>
        </w:rPr>
        <w:t>đáp ứng yêu cầu thị trường xuất khẩu</w:t>
      </w:r>
      <w:r w:rsidR="000838A6">
        <w:rPr>
          <w:rFonts w:cs="Times New Roman"/>
          <w:sz w:val="28"/>
          <w:szCs w:val="28"/>
        </w:rPr>
        <w:t>.</w:t>
      </w:r>
      <w:r w:rsidR="00B92F8B">
        <w:rPr>
          <w:rFonts w:cs="Times New Roman"/>
          <w:sz w:val="28"/>
          <w:szCs w:val="28"/>
        </w:rPr>
        <w:t xml:space="preserve"> </w:t>
      </w:r>
      <w:r w:rsidR="000838A6">
        <w:rPr>
          <w:rFonts w:cs="Times New Roman"/>
          <w:sz w:val="28"/>
          <w:szCs w:val="28"/>
        </w:rPr>
        <w:t>B</w:t>
      </w:r>
      <w:r w:rsidR="00B92F8B">
        <w:rPr>
          <w:rFonts w:cs="Times New Roman"/>
          <w:sz w:val="28"/>
          <w:szCs w:val="28"/>
        </w:rPr>
        <w:t xml:space="preserve">an hành hoặc hướng dẫn quy trình sản xuất </w:t>
      </w:r>
      <w:r w:rsidR="000838A6">
        <w:rPr>
          <w:rFonts w:cs="Times New Roman"/>
          <w:sz w:val="28"/>
          <w:szCs w:val="28"/>
        </w:rPr>
        <w:t xml:space="preserve">cây trồng </w:t>
      </w:r>
      <w:r w:rsidR="00B92F8B">
        <w:rPr>
          <w:rFonts w:cs="Times New Roman"/>
          <w:sz w:val="28"/>
          <w:szCs w:val="28"/>
        </w:rPr>
        <w:t>phù h</w:t>
      </w:r>
      <w:r w:rsidR="000838A6">
        <w:rPr>
          <w:rFonts w:cs="Times New Roman"/>
          <w:sz w:val="28"/>
          <w:szCs w:val="28"/>
        </w:rPr>
        <w:t>ợp với định hướng của địa phương để các tổ chức, cá nhân áp dụng</w:t>
      </w:r>
      <w:r w:rsidRPr="00C00374">
        <w:rPr>
          <w:rFonts w:cs="Times New Roman"/>
          <w:sz w:val="28"/>
          <w:szCs w:val="28"/>
        </w:rPr>
        <w:t>.”</w:t>
      </w:r>
      <w:r w:rsidR="004978B1">
        <w:rPr>
          <w:rFonts w:cs="Times New Roman"/>
          <w:sz w:val="28"/>
          <w:szCs w:val="28"/>
        </w:rPr>
        <w:t>.</w:t>
      </w:r>
    </w:p>
    <w:p w14:paraId="3D373F25" w14:textId="39B38D13" w:rsidR="00BA3EFE" w:rsidRPr="00C00374" w:rsidRDefault="00655603" w:rsidP="00C00374">
      <w:pPr>
        <w:pStyle w:val="LegalClause"/>
        <w:spacing w:after="120" w:line="360" w:lineRule="exact"/>
        <w:ind w:firstLine="720"/>
        <w:rPr>
          <w:rFonts w:cs="Times New Roman"/>
          <w:b/>
          <w:bCs/>
          <w:sz w:val="28"/>
          <w:szCs w:val="28"/>
        </w:rPr>
      </w:pPr>
      <w:r w:rsidRPr="00C00374">
        <w:rPr>
          <w:rFonts w:cs="Times New Roman"/>
          <w:b/>
          <w:bCs/>
          <w:sz w:val="28"/>
          <w:szCs w:val="28"/>
        </w:rPr>
        <w:t xml:space="preserve">Điều </w:t>
      </w:r>
      <w:r w:rsidR="00B10037">
        <w:rPr>
          <w:rFonts w:cs="Times New Roman"/>
          <w:b/>
          <w:bCs/>
          <w:sz w:val="28"/>
          <w:szCs w:val="28"/>
        </w:rPr>
        <w:t>9</w:t>
      </w:r>
      <w:r w:rsidR="001662F7" w:rsidRPr="00C00374">
        <w:rPr>
          <w:rFonts w:cs="Times New Roman"/>
          <w:b/>
          <w:bCs/>
          <w:sz w:val="28"/>
          <w:szCs w:val="28"/>
        </w:rPr>
        <w:t>. Bổ sung Điều 14a sau Điều 14 như sau:</w:t>
      </w:r>
    </w:p>
    <w:p w14:paraId="0B7E31A8" w14:textId="1FED94A5" w:rsidR="00BA3EFE" w:rsidRPr="00C00374" w:rsidRDefault="00AE1007" w:rsidP="00C00374">
      <w:pPr>
        <w:spacing w:after="120" w:line="360" w:lineRule="exact"/>
        <w:ind w:firstLine="720"/>
        <w:rPr>
          <w:rFonts w:cs="Times New Roman"/>
          <w:sz w:val="28"/>
          <w:szCs w:val="28"/>
        </w:rPr>
      </w:pPr>
      <w:r w:rsidRPr="00C00374">
        <w:rPr>
          <w:rFonts w:cs="Times New Roman"/>
          <w:b/>
          <w:sz w:val="28"/>
          <w:szCs w:val="28"/>
        </w:rPr>
        <w:t>“Điều 14a. Trách nhiệm của Ủy ban nhân dân cấp xã</w:t>
      </w:r>
    </w:p>
    <w:p w14:paraId="0343AAE3" w14:textId="77777777" w:rsidR="00BA3EFE" w:rsidRPr="004F2E0D" w:rsidRDefault="00AE1007" w:rsidP="00C00374">
      <w:pPr>
        <w:pStyle w:val="LegalClause"/>
        <w:spacing w:after="120" w:line="360" w:lineRule="exact"/>
        <w:ind w:firstLine="720"/>
        <w:rPr>
          <w:rFonts w:cs="Times New Roman"/>
          <w:sz w:val="28"/>
          <w:szCs w:val="28"/>
        </w:rPr>
      </w:pPr>
      <w:r w:rsidRPr="004F2E0D">
        <w:rPr>
          <w:rFonts w:cs="Times New Roman"/>
          <w:sz w:val="28"/>
          <w:szCs w:val="28"/>
        </w:rPr>
        <w:t>1. Tiếp nhận, giải quyết thủ tục cấp, cấp lại mã số; phê duyệt mã số xuất khẩu khi nước nhập khẩu cho phép Việt Nam tự phê duyệt.</w:t>
      </w:r>
    </w:p>
    <w:p w14:paraId="55FF8A6C" w14:textId="77777777" w:rsidR="00BA3EFE" w:rsidRPr="004F2E0D" w:rsidRDefault="00AE1007" w:rsidP="00C00374">
      <w:pPr>
        <w:pStyle w:val="LegalClause"/>
        <w:spacing w:after="120" w:line="360" w:lineRule="exact"/>
        <w:ind w:firstLine="720"/>
        <w:rPr>
          <w:rFonts w:cs="Times New Roman"/>
          <w:sz w:val="28"/>
          <w:szCs w:val="28"/>
        </w:rPr>
      </w:pPr>
      <w:r w:rsidRPr="004F2E0D">
        <w:rPr>
          <w:rFonts w:cs="Times New Roman"/>
          <w:sz w:val="28"/>
          <w:szCs w:val="28"/>
        </w:rPr>
        <w:t>2. Kiểm tra, hậu kiểm, tạm dừng, thu hồi, phục hồi mã số; cập nhật đầy đủ, kịp thời dữ liệu và trạng thái mã số trên Hệ thống xử lý nghiệp vụ.</w:t>
      </w:r>
    </w:p>
    <w:p w14:paraId="476E47C6" w14:textId="77777777" w:rsidR="00BA3EFE" w:rsidRPr="004F2E0D" w:rsidRDefault="00AE1007" w:rsidP="00C00374">
      <w:pPr>
        <w:pStyle w:val="LegalClause"/>
        <w:spacing w:after="120" w:line="360" w:lineRule="exact"/>
        <w:ind w:firstLine="720"/>
        <w:rPr>
          <w:rFonts w:cs="Times New Roman"/>
          <w:sz w:val="28"/>
          <w:szCs w:val="28"/>
        </w:rPr>
      </w:pPr>
      <w:r w:rsidRPr="004F2E0D">
        <w:rPr>
          <w:rFonts w:cs="Times New Roman"/>
          <w:sz w:val="28"/>
          <w:szCs w:val="28"/>
        </w:rPr>
        <w:t>3. Xác nhận vị trí, diện tích thửa đất trong trường hợp chưa có hoặc chưa khai thác được mã định danh thửa đất.</w:t>
      </w:r>
    </w:p>
    <w:p w14:paraId="6CC44F0B" w14:textId="4464AE23" w:rsidR="00BA3EFE" w:rsidRPr="004F2E0D" w:rsidRDefault="00AE1007" w:rsidP="00C00374">
      <w:pPr>
        <w:pStyle w:val="LegalClause"/>
        <w:spacing w:after="120" w:line="360" w:lineRule="exact"/>
        <w:ind w:firstLine="720"/>
        <w:rPr>
          <w:rFonts w:cs="Times New Roman"/>
          <w:sz w:val="28"/>
          <w:szCs w:val="28"/>
        </w:rPr>
      </w:pPr>
      <w:r w:rsidRPr="004F2E0D">
        <w:rPr>
          <w:rFonts w:cs="Times New Roman"/>
          <w:sz w:val="28"/>
          <w:szCs w:val="28"/>
        </w:rPr>
        <w:t xml:space="preserve">4. Thông báo cơ quan chuyên môn cấp tỉnh về mã số phục vụ xuất khẩu, kết quả kiểm tra, hậu kiểm, tạm dừng, thu hồi và </w:t>
      </w:r>
      <w:r w:rsidRPr="0084377A">
        <w:rPr>
          <w:rFonts w:cs="Times New Roman"/>
          <w:sz w:val="28"/>
          <w:szCs w:val="28"/>
        </w:rPr>
        <w:t>phục hồi.</w:t>
      </w:r>
    </w:p>
    <w:p w14:paraId="42194A37" w14:textId="421AA2C4" w:rsidR="00BA3EFE" w:rsidRPr="00C00374" w:rsidRDefault="00AE1007" w:rsidP="00C00374">
      <w:pPr>
        <w:pStyle w:val="LegalClause"/>
        <w:spacing w:after="120" w:line="360" w:lineRule="exact"/>
        <w:ind w:firstLine="720"/>
        <w:rPr>
          <w:rFonts w:cs="Times New Roman"/>
          <w:sz w:val="28"/>
          <w:szCs w:val="28"/>
        </w:rPr>
      </w:pPr>
      <w:r w:rsidRPr="004F2E0D">
        <w:rPr>
          <w:rFonts w:cs="Times New Roman"/>
          <w:sz w:val="28"/>
          <w:szCs w:val="28"/>
        </w:rPr>
        <w:t xml:space="preserve">5. Tuyên truyền, hướng dẫn tổ chức, cá nhân duy trì điều kiện kỹ thuật, ghi chép, truy xuất nguồn gốc và </w:t>
      </w:r>
      <w:r w:rsidR="00C46573" w:rsidRPr="004F2E0D">
        <w:rPr>
          <w:rFonts w:cs="Times New Roman"/>
          <w:sz w:val="28"/>
          <w:szCs w:val="28"/>
        </w:rPr>
        <w:t>tuân thủ y</w:t>
      </w:r>
      <w:r w:rsidRPr="004F2E0D">
        <w:rPr>
          <w:rFonts w:cs="Times New Roman"/>
          <w:sz w:val="28"/>
          <w:szCs w:val="28"/>
        </w:rPr>
        <w:t>êu cầu của thị trường</w:t>
      </w:r>
      <w:r w:rsidR="00C46573" w:rsidRPr="004F2E0D">
        <w:rPr>
          <w:rFonts w:cs="Times New Roman"/>
          <w:sz w:val="28"/>
          <w:szCs w:val="28"/>
        </w:rPr>
        <w:t xml:space="preserve"> nhập khẩu</w:t>
      </w:r>
      <w:r w:rsidRPr="004F2E0D">
        <w:rPr>
          <w:rFonts w:cs="Times New Roman"/>
          <w:sz w:val="28"/>
          <w:szCs w:val="28"/>
        </w:rPr>
        <w:t>.”</w:t>
      </w:r>
      <w:r w:rsidR="00035936" w:rsidRPr="00EA2BE1">
        <w:rPr>
          <w:rFonts w:cs="Times New Roman"/>
          <w:sz w:val="28"/>
          <w:szCs w:val="28"/>
        </w:rPr>
        <w:t>.</w:t>
      </w:r>
    </w:p>
    <w:p w14:paraId="66D51CFC" w14:textId="47F553E4" w:rsidR="00560960" w:rsidRPr="00EA2BE1" w:rsidRDefault="00655603" w:rsidP="00C00374">
      <w:pPr>
        <w:pStyle w:val="LegalClause"/>
        <w:spacing w:after="120" w:line="360" w:lineRule="exact"/>
        <w:ind w:firstLine="720"/>
        <w:rPr>
          <w:rFonts w:cs="Times New Roman"/>
          <w:b/>
          <w:bCs/>
          <w:sz w:val="28"/>
          <w:szCs w:val="28"/>
        </w:rPr>
      </w:pPr>
      <w:r w:rsidRPr="00EA2BE1">
        <w:rPr>
          <w:rFonts w:cs="Times New Roman"/>
          <w:b/>
          <w:bCs/>
          <w:sz w:val="28"/>
          <w:szCs w:val="28"/>
        </w:rPr>
        <w:t xml:space="preserve">Điều </w:t>
      </w:r>
      <w:r w:rsidR="00B10037" w:rsidRPr="00EA2BE1">
        <w:rPr>
          <w:rFonts w:cs="Times New Roman"/>
          <w:b/>
          <w:bCs/>
          <w:sz w:val="28"/>
          <w:szCs w:val="28"/>
        </w:rPr>
        <w:t>10</w:t>
      </w:r>
      <w:r w:rsidR="00560960" w:rsidRPr="00EA2BE1">
        <w:rPr>
          <w:rFonts w:cs="Times New Roman"/>
          <w:b/>
          <w:bCs/>
          <w:sz w:val="28"/>
          <w:szCs w:val="28"/>
        </w:rPr>
        <w:t xml:space="preserve">. </w:t>
      </w:r>
      <w:r w:rsidR="006E0E06">
        <w:rPr>
          <w:rFonts w:cs="Times New Roman"/>
          <w:b/>
          <w:bCs/>
          <w:sz w:val="28"/>
          <w:szCs w:val="28"/>
        </w:rPr>
        <w:t>Sửa đổi</w:t>
      </w:r>
      <w:r w:rsidR="005A3C44" w:rsidRPr="00EA2BE1">
        <w:rPr>
          <w:rFonts w:cs="Times New Roman"/>
          <w:b/>
          <w:bCs/>
          <w:sz w:val="28"/>
          <w:szCs w:val="28"/>
        </w:rPr>
        <w:t xml:space="preserve"> </w:t>
      </w:r>
      <w:r w:rsidR="006E0E06">
        <w:rPr>
          <w:rFonts w:cs="Times New Roman"/>
          <w:b/>
          <w:bCs/>
          <w:sz w:val="28"/>
          <w:szCs w:val="28"/>
        </w:rPr>
        <w:t>khoản 6 và b</w:t>
      </w:r>
      <w:r w:rsidR="006E0E06" w:rsidRPr="00EA2BE1">
        <w:rPr>
          <w:rFonts w:cs="Times New Roman"/>
          <w:b/>
          <w:bCs/>
          <w:sz w:val="28"/>
          <w:szCs w:val="28"/>
        </w:rPr>
        <w:t xml:space="preserve">ổ sung </w:t>
      </w:r>
      <w:r w:rsidR="00496398" w:rsidRPr="00EA2BE1">
        <w:rPr>
          <w:rFonts w:cs="Times New Roman"/>
          <w:b/>
          <w:bCs/>
          <w:sz w:val="28"/>
          <w:szCs w:val="28"/>
        </w:rPr>
        <w:t xml:space="preserve">khoản 7 </w:t>
      </w:r>
      <w:r w:rsidR="005A3C44" w:rsidRPr="00EA2BE1">
        <w:rPr>
          <w:rFonts w:cs="Times New Roman"/>
          <w:b/>
          <w:bCs/>
          <w:sz w:val="28"/>
          <w:szCs w:val="28"/>
        </w:rPr>
        <w:t>Điều 15</w:t>
      </w:r>
      <w:r w:rsidR="00D035CD" w:rsidRPr="00EA2BE1">
        <w:rPr>
          <w:rFonts w:cs="Times New Roman"/>
          <w:b/>
          <w:bCs/>
          <w:sz w:val="28"/>
          <w:szCs w:val="28"/>
        </w:rPr>
        <w:t xml:space="preserve"> như sau:</w:t>
      </w:r>
    </w:p>
    <w:p w14:paraId="4B7BC541" w14:textId="579020B2" w:rsidR="006E0E06" w:rsidRDefault="00D035CD" w:rsidP="00C00374">
      <w:pPr>
        <w:pStyle w:val="LegalClause"/>
        <w:spacing w:after="120" w:line="360" w:lineRule="exact"/>
        <w:ind w:firstLine="720"/>
        <w:rPr>
          <w:rFonts w:cs="Times New Roman"/>
          <w:sz w:val="28"/>
          <w:szCs w:val="28"/>
        </w:rPr>
      </w:pPr>
      <w:r w:rsidRPr="004F2E0D">
        <w:rPr>
          <w:rFonts w:cs="Times New Roman"/>
          <w:sz w:val="28"/>
          <w:szCs w:val="28"/>
        </w:rPr>
        <w:t>“</w:t>
      </w:r>
      <w:r w:rsidR="006E0E06" w:rsidRPr="006E0E06">
        <w:rPr>
          <w:rFonts w:cs="Times New Roman"/>
          <w:sz w:val="28"/>
          <w:szCs w:val="28"/>
        </w:rPr>
        <w:t>6. Lưu trữ các hồ sơ liên quan đến vùng trồng</w:t>
      </w:r>
      <w:r w:rsidR="006E0E06">
        <w:rPr>
          <w:rFonts w:cs="Times New Roman"/>
          <w:sz w:val="28"/>
          <w:szCs w:val="28"/>
        </w:rPr>
        <w:t xml:space="preserve"> trong vòng 02 năm trừ trường hợp nước nhập khẩu có yêu cầu khác</w:t>
      </w:r>
      <w:r w:rsidR="006E0E06" w:rsidRPr="006E0E06">
        <w:rPr>
          <w:rFonts w:cs="Times New Roman"/>
          <w:sz w:val="28"/>
          <w:szCs w:val="28"/>
        </w:rPr>
        <w:t>.</w:t>
      </w:r>
    </w:p>
    <w:p w14:paraId="1FC3A753" w14:textId="266D55A8" w:rsidR="00D035CD" w:rsidRPr="00EA2BE1" w:rsidRDefault="00D035CD" w:rsidP="00C00374">
      <w:pPr>
        <w:pStyle w:val="LegalClause"/>
        <w:spacing w:after="120" w:line="360" w:lineRule="exact"/>
        <w:ind w:firstLine="720"/>
        <w:rPr>
          <w:rFonts w:cs="Times New Roman"/>
          <w:sz w:val="28"/>
          <w:szCs w:val="28"/>
        </w:rPr>
      </w:pPr>
      <w:r w:rsidRPr="004F2E0D">
        <w:rPr>
          <w:rFonts w:cs="Times New Roman"/>
          <w:sz w:val="28"/>
          <w:szCs w:val="28"/>
        </w:rPr>
        <w:t>7. Chịu trách nhiệm trước pháp luật về tính đầy đủ, chính xác, trung thực của thông tin đã kê khai trong đơn đề nghị cấp mã số vùng trồng</w:t>
      </w:r>
      <w:r w:rsidR="00E94814" w:rsidRPr="004F2E0D">
        <w:rPr>
          <w:rFonts w:cs="Times New Roman"/>
          <w:sz w:val="28"/>
          <w:szCs w:val="28"/>
        </w:rPr>
        <w:t xml:space="preserve"> và các hồ sơ liên quan.</w:t>
      </w:r>
      <w:r w:rsidR="007923D3" w:rsidRPr="004F2E0D">
        <w:rPr>
          <w:rFonts w:cs="Times New Roman"/>
          <w:sz w:val="28"/>
          <w:szCs w:val="28"/>
        </w:rPr>
        <w:t>”</w:t>
      </w:r>
      <w:r w:rsidR="00035936" w:rsidRPr="00EA2BE1">
        <w:rPr>
          <w:rFonts w:cs="Times New Roman"/>
          <w:sz w:val="28"/>
          <w:szCs w:val="28"/>
        </w:rPr>
        <w:t>.</w:t>
      </w:r>
    </w:p>
    <w:p w14:paraId="7C0F9742" w14:textId="1C6B43A5" w:rsidR="007923D3" w:rsidRPr="00EA2BE1" w:rsidRDefault="00655603" w:rsidP="00C00374">
      <w:pPr>
        <w:pStyle w:val="LegalClause"/>
        <w:spacing w:after="120" w:line="360" w:lineRule="exact"/>
        <w:ind w:firstLine="720"/>
        <w:rPr>
          <w:rFonts w:cs="Times New Roman"/>
          <w:b/>
          <w:bCs/>
          <w:sz w:val="28"/>
          <w:szCs w:val="28"/>
        </w:rPr>
      </w:pPr>
      <w:r w:rsidRPr="00EA2BE1">
        <w:rPr>
          <w:rFonts w:cs="Times New Roman"/>
          <w:b/>
          <w:bCs/>
          <w:sz w:val="28"/>
          <w:szCs w:val="28"/>
        </w:rPr>
        <w:t xml:space="preserve">Điều </w:t>
      </w:r>
      <w:r w:rsidR="003B653E" w:rsidRPr="00EA2BE1">
        <w:rPr>
          <w:rFonts w:cs="Times New Roman"/>
          <w:b/>
          <w:bCs/>
          <w:sz w:val="28"/>
          <w:szCs w:val="28"/>
        </w:rPr>
        <w:t>1</w:t>
      </w:r>
      <w:r w:rsidR="00B10037" w:rsidRPr="00EA2BE1">
        <w:rPr>
          <w:rFonts w:cs="Times New Roman"/>
          <w:b/>
          <w:bCs/>
          <w:sz w:val="28"/>
          <w:szCs w:val="28"/>
        </w:rPr>
        <w:t>1</w:t>
      </w:r>
      <w:r w:rsidR="007923D3" w:rsidRPr="00EA2BE1">
        <w:rPr>
          <w:rFonts w:cs="Times New Roman"/>
          <w:b/>
          <w:bCs/>
          <w:sz w:val="28"/>
          <w:szCs w:val="28"/>
        </w:rPr>
        <w:t xml:space="preserve">. </w:t>
      </w:r>
      <w:r w:rsidR="006E0E06">
        <w:rPr>
          <w:rFonts w:cs="Times New Roman"/>
          <w:b/>
          <w:bCs/>
          <w:sz w:val="28"/>
          <w:szCs w:val="28"/>
        </w:rPr>
        <w:t>Sửa đổi</w:t>
      </w:r>
      <w:r w:rsidR="006E0E06" w:rsidRPr="00EA2BE1">
        <w:rPr>
          <w:rFonts w:cs="Times New Roman"/>
          <w:b/>
          <w:bCs/>
          <w:sz w:val="28"/>
          <w:szCs w:val="28"/>
        </w:rPr>
        <w:t xml:space="preserve"> </w:t>
      </w:r>
      <w:r w:rsidR="006E0E06">
        <w:rPr>
          <w:rFonts w:cs="Times New Roman"/>
          <w:b/>
          <w:bCs/>
          <w:sz w:val="28"/>
          <w:szCs w:val="28"/>
        </w:rPr>
        <w:t>khoản 7 và b</w:t>
      </w:r>
      <w:r w:rsidR="007923D3" w:rsidRPr="00EA2BE1">
        <w:rPr>
          <w:rFonts w:cs="Times New Roman"/>
          <w:b/>
          <w:bCs/>
          <w:sz w:val="28"/>
          <w:szCs w:val="28"/>
        </w:rPr>
        <w:t>ổ sung</w:t>
      </w:r>
      <w:r w:rsidR="00496398" w:rsidRPr="00EA2BE1">
        <w:rPr>
          <w:rFonts w:cs="Times New Roman"/>
          <w:b/>
          <w:bCs/>
          <w:sz w:val="28"/>
          <w:szCs w:val="28"/>
        </w:rPr>
        <w:t xml:space="preserve"> khoản 8 </w:t>
      </w:r>
      <w:r w:rsidR="007923D3" w:rsidRPr="00EA2BE1">
        <w:rPr>
          <w:rFonts w:cs="Times New Roman"/>
          <w:b/>
          <w:bCs/>
          <w:sz w:val="28"/>
          <w:szCs w:val="28"/>
        </w:rPr>
        <w:t>Điều 16 như sau:</w:t>
      </w:r>
    </w:p>
    <w:p w14:paraId="4E9DD802" w14:textId="2B585DF6" w:rsidR="006E0E06" w:rsidRDefault="007923D3" w:rsidP="006E0E06">
      <w:pPr>
        <w:pStyle w:val="LegalClause"/>
        <w:spacing w:after="120" w:line="360" w:lineRule="exact"/>
        <w:ind w:firstLine="720"/>
        <w:rPr>
          <w:rFonts w:cs="Times New Roman"/>
          <w:sz w:val="28"/>
          <w:szCs w:val="28"/>
        </w:rPr>
      </w:pPr>
      <w:r w:rsidRPr="004F2E0D">
        <w:rPr>
          <w:rFonts w:cs="Times New Roman"/>
          <w:sz w:val="28"/>
          <w:szCs w:val="28"/>
        </w:rPr>
        <w:t>“</w:t>
      </w:r>
      <w:r w:rsidR="006E0E06">
        <w:rPr>
          <w:rFonts w:cs="Times New Roman"/>
          <w:sz w:val="28"/>
          <w:szCs w:val="28"/>
        </w:rPr>
        <w:t>7</w:t>
      </w:r>
      <w:r w:rsidR="006E0E06" w:rsidRPr="006E0E06">
        <w:rPr>
          <w:rFonts w:cs="Times New Roman"/>
          <w:sz w:val="28"/>
          <w:szCs w:val="28"/>
        </w:rPr>
        <w:t xml:space="preserve">. Lưu trữ các hồ sơ liên quan đến </w:t>
      </w:r>
      <w:r w:rsidR="006E0E06">
        <w:rPr>
          <w:rFonts w:cs="Times New Roman"/>
          <w:sz w:val="28"/>
          <w:szCs w:val="28"/>
        </w:rPr>
        <w:t>cơ sở đóng gói trong vòng 02 năm trừ trường hợp nước nhập khẩu có yêu cầu khác</w:t>
      </w:r>
      <w:r w:rsidR="006E0E06" w:rsidRPr="006E0E06">
        <w:rPr>
          <w:rFonts w:cs="Times New Roman"/>
          <w:sz w:val="28"/>
          <w:szCs w:val="28"/>
        </w:rPr>
        <w:t>.</w:t>
      </w:r>
    </w:p>
    <w:p w14:paraId="6E1F6CB6" w14:textId="4240447F" w:rsidR="007923D3" w:rsidRPr="00C00374" w:rsidRDefault="007923D3" w:rsidP="00C00374">
      <w:pPr>
        <w:pStyle w:val="LegalClause"/>
        <w:spacing w:after="120" w:line="360" w:lineRule="exact"/>
        <w:ind w:firstLine="720"/>
        <w:rPr>
          <w:rFonts w:cs="Times New Roman"/>
          <w:sz w:val="28"/>
          <w:szCs w:val="28"/>
        </w:rPr>
      </w:pPr>
      <w:r w:rsidRPr="004F2E0D">
        <w:rPr>
          <w:rFonts w:cs="Times New Roman"/>
          <w:sz w:val="28"/>
          <w:szCs w:val="28"/>
        </w:rPr>
        <w:t xml:space="preserve">8. Chịu trách nhiệm trước pháp luật về tính đầy đủ, chính xác, trung thực của thông tin đã kê khai trong đơn đề nghị cấp mã số </w:t>
      </w:r>
      <w:r w:rsidR="003E18F6" w:rsidRPr="004F2E0D">
        <w:rPr>
          <w:rFonts w:cs="Times New Roman"/>
          <w:sz w:val="28"/>
          <w:szCs w:val="28"/>
        </w:rPr>
        <w:t>cơ sở đóng gói và các hồ sơ</w:t>
      </w:r>
      <w:r w:rsidR="00E94814" w:rsidRPr="004F2E0D">
        <w:rPr>
          <w:rFonts w:cs="Times New Roman"/>
          <w:sz w:val="28"/>
          <w:szCs w:val="28"/>
        </w:rPr>
        <w:t xml:space="preserve"> liên quan</w:t>
      </w:r>
      <w:r w:rsidRPr="004F2E0D">
        <w:rPr>
          <w:rFonts w:cs="Times New Roman"/>
          <w:sz w:val="28"/>
          <w:szCs w:val="28"/>
        </w:rPr>
        <w:t>.”</w:t>
      </w:r>
      <w:r w:rsidR="00035936" w:rsidRPr="00EA2BE1">
        <w:rPr>
          <w:rFonts w:cs="Times New Roman"/>
          <w:sz w:val="28"/>
          <w:szCs w:val="28"/>
        </w:rPr>
        <w:t>.</w:t>
      </w:r>
    </w:p>
    <w:p w14:paraId="276DB4BD" w14:textId="056EC234" w:rsidR="00BA3EFE" w:rsidRPr="00C00374" w:rsidRDefault="00AE1007" w:rsidP="00C00374">
      <w:pPr>
        <w:keepNext/>
        <w:spacing w:after="120" w:line="360" w:lineRule="exact"/>
        <w:ind w:firstLine="720"/>
        <w:rPr>
          <w:rFonts w:cs="Times New Roman"/>
          <w:sz w:val="28"/>
          <w:szCs w:val="28"/>
        </w:rPr>
      </w:pPr>
      <w:r w:rsidRPr="00C00374">
        <w:rPr>
          <w:rFonts w:cs="Times New Roman"/>
          <w:b/>
          <w:sz w:val="28"/>
          <w:szCs w:val="28"/>
        </w:rPr>
        <w:t xml:space="preserve">Điều </w:t>
      </w:r>
      <w:r w:rsidR="003B653E" w:rsidRPr="00C00374">
        <w:rPr>
          <w:rFonts w:cs="Times New Roman"/>
          <w:b/>
          <w:sz w:val="28"/>
          <w:szCs w:val="28"/>
        </w:rPr>
        <w:t>1</w:t>
      </w:r>
      <w:r w:rsidR="00B10037">
        <w:rPr>
          <w:rFonts w:cs="Times New Roman"/>
          <w:b/>
          <w:sz w:val="28"/>
          <w:szCs w:val="28"/>
        </w:rPr>
        <w:t>2</w:t>
      </w:r>
      <w:r w:rsidRPr="00C00374">
        <w:rPr>
          <w:rFonts w:cs="Times New Roman"/>
          <w:b/>
          <w:sz w:val="28"/>
          <w:szCs w:val="28"/>
        </w:rPr>
        <w:t xml:space="preserve">. </w:t>
      </w:r>
      <w:r w:rsidR="00914475" w:rsidRPr="00C00374">
        <w:rPr>
          <w:rFonts w:cs="Times New Roman"/>
          <w:b/>
          <w:sz w:val="28"/>
          <w:szCs w:val="28"/>
        </w:rPr>
        <w:t>B</w:t>
      </w:r>
      <w:r w:rsidRPr="00C00374">
        <w:rPr>
          <w:rFonts w:cs="Times New Roman"/>
          <w:b/>
          <w:sz w:val="28"/>
          <w:szCs w:val="28"/>
        </w:rPr>
        <w:t>ãi bỏ</w:t>
      </w:r>
      <w:r w:rsidR="00914475" w:rsidRPr="00C00374">
        <w:rPr>
          <w:rFonts w:cs="Times New Roman"/>
          <w:b/>
          <w:sz w:val="28"/>
          <w:szCs w:val="28"/>
        </w:rPr>
        <w:t xml:space="preserve">, thay thế </w:t>
      </w:r>
      <w:r w:rsidRPr="00C00374">
        <w:rPr>
          <w:rFonts w:cs="Times New Roman"/>
          <w:b/>
          <w:sz w:val="28"/>
          <w:szCs w:val="28"/>
        </w:rPr>
        <w:t>phụ lục và quy định liên quan</w:t>
      </w:r>
    </w:p>
    <w:p w14:paraId="1CA0DD54" w14:textId="5A0ECE62" w:rsidR="006E7DC2" w:rsidRPr="003774B5" w:rsidRDefault="00AE1007" w:rsidP="00C00374">
      <w:pPr>
        <w:pStyle w:val="LegalClause"/>
        <w:spacing w:after="120" w:line="360" w:lineRule="exact"/>
        <w:ind w:firstLine="720"/>
        <w:rPr>
          <w:rFonts w:cs="Times New Roman"/>
          <w:sz w:val="28"/>
          <w:szCs w:val="28"/>
        </w:rPr>
      </w:pPr>
      <w:r w:rsidRPr="003774B5">
        <w:rPr>
          <w:rFonts w:cs="Times New Roman"/>
          <w:sz w:val="28"/>
          <w:szCs w:val="28"/>
        </w:rPr>
        <w:t>1.</w:t>
      </w:r>
      <w:bookmarkStart w:id="3" w:name="khoan_7_1"/>
      <w:r w:rsidR="006E7DC2" w:rsidRPr="003774B5">
        <w:rPr>
          <w:rFonts w:cs="Times New Roman"/>
          <w:sz w:val="28"/>
          <w:szCs w:val="28"/>
        </w:rPr>
        <w:t xml:space="preserve"> </w:t>
      </w:r>
      <w:r w:rsidR="00B73FB8" w:rsidRPr="003774B5">
        <w:rPr>
          <w:rFonts w:cs="Times New Roman"/>
          <w:sz w:val="28"/>
          <w:szCs w:val="28"/>
        </w:rPr>
        <w:t>Bãi bỏ khoản 3 Điều 4</w:t>
      </w:r>
      <w:r w:rsidR="003774B5">
        <w:rPr>
          <w:rFonts w:cs="Times New Roman"/>
          <w:sz w:val="28"/>
          <w:szCs w:val="28"/>
        </w:rPr>
        <w:t xml:space="preserve"> và </w:t>
      </w:r>
      <w:r w:rsidR="00B73FB8" w:rsidRPr="003774B5">
        <w:rPr>
          <w:rFonts w:cs="Times New Roman"/>
          <w:sz w:val="28"/>
          <w:szCs w:val="28"/>
        </w:rPr>
        <w:t xml:space="preserve"> </w:t>
      </w:r>
      <w:r w:rsidR="006E7DC2" w:rsidRPr="003774B5">
        <w:rPr>
          <w:rFonts w:cs="Times New Roman"/>
          <w:sz w:val="28"/>
          <w:szCs w:val="28"/>
        </w:rPr>
        <w:t xml:space="preserve">khoản 3 Điều </w:t>
      </w:r>
      <w:r w:rsidR="00A16A12" w:rsidRPr="003774B5">
        <w:rPr>
          <w:rFonts w:cs="Times New Roman"/>
          <w:sz w:val="28"/>
          <w:szCs w:val="28"/>
        </w:rPr>
        <w:t>9</w:t>
      </w:r>
      <w:r w:rsidR="006E7DC2" w:rsidRPr="003774B5">
        <w:rPr>
          <w:rFonts w:cs="Times New Roman"/>
          <w:sz w:val="28"/>
          <w:szCs w:val="28"/>
        </w:rPr>
        <w:t xml:space="preserve"> </w:t>
      </w:r>
      <w:r w:rsidR="00042645" w:rsidRPr="003774B5">
        <w:rPr>
          <w:rFonts w:cs="Times New Roman"/>
          <w:sz w:val="28"/>
          <w:szCs w:val="28"/>
        </w:rPr>
        <w:t>của Nghị định số 38/2026/NĐ-CP</w:t>
      </w:r>
      <w:r w:rsidR="00914475" w:rsidRPr="003774B5">
        <w:rPr>
          <w:rFonts w:cs="Times New Roman"/>
          <w:sz w:val="28"/>
          <w:szCs w:val="28"/>
        </w:rPr>
        <w:t>.</w:t>
      </w:r>
    </w:p>
    <w:p w14:paraId="3250EA46" w14:textId="05107459" w:rsidR="00560960" w:rsidRPr="00C00374" w:rsidRDefault="00451205" w:rsidP="00C00374">
      <w:pPr>
        <w:pStyle w:val="LegalClause"/>
        <w:spacing w:after="120" w:line="360" w:lineRule="exact"/>
        <w:ind w:firstLine="720"/>
        <w:rPr>
          <w:rFonts w:cs="Times New Roman"/>
          <w:sz w:val="28"/>
          <w:szCs w:val="28"/>
        </w:rPr>
      </w:pPr>
      <w:r w:rsidRPr="003774B5">
        <w:rPr>
          <w:rFonts w:cs="Times New Roman"/>
          <w:sz w:val="28"/>
          <w:szCs w:val="28"/>
        </w:rPr>
        <w:t>2</w:t>
      </w:r>
      <w:r w:rsidR="00042645" w:rsidRPr="003774B5">
        <w:rPr>
          <w:rFonts w:cs="Times New Roman"/>
          <w:sz w:val="28"/>
          <w:szCs w:val="28"/>
        </w:rPr>
        <w:t xml:space="preserve">. </w:t>
      </w:r>
      <w:r w:rsidR="005A397E" w:rsidRPr="003774B5">
        <w:rPr>
          <w:rFonts w:cs="Times New Roman"/>
          <w:sz w:val="28"/>
          <w:szCs w:val="28"/>
        </w:rPr>
        <w:t>Thay thế cụm từ </w:t>
      </w:r>
      <w:r w:rsidR="005A397E" w:rsidRPr="003774B5">
        <w:rPr>
          <w:rFonts w:cs="Times New Roman"/>
          <w:i/>
          <w:iCs/>
          <w:sz w:val="28"/>
          <w:szCs w:val="28"/>
        </w:rPr>
        <w:t>“cơ quan chuyên môn được giao” </w:t>
      </w:r>
      <w:r w:rsidR="005A397E" w:rsidRPr="003774B5">
        <w:rPr>
          <w:rFonts w:cs="Times New Roman"/>
          <w:sz w:val="28"/>
          <w:szCs w:val="28"/>
        </w:rPr>
        <w:t>bằng cụm từ </w:t>
      </w:r>
      <w:r w:rsidR="005A397E" w:rsidRPr="003774B5">
        <w:rPr>
          <w:rFonts w:cs="Times New Roman"/>
          <w:i/>
          <w:iCs/>
          <w:sz w:val="28"/>
          <w:szCs w:val="28"/>
        </w:rPr>
        <w:t>“Uỷ ban nhân dân cấp xã” </w:t>
      </w:r>
      <w:r w:rsidR="005A397E" w:rsidRPr="003774B5">
        <w:rPr>
          <w:rFonts w:cs="Times New Roman"/>
          <w:sz w:val="28"/>
          <w:szCs w:val="28"/>
        </w:rPr>
        <w:t>tại</w:t>
      </w:r>
      <w:bookmarkEnd w:id="3"/>
      <w:r w:rsidR="005A397E" w:rsidRPr="003774B5">
        <w:rPr>
          <w:rFonts w:cs="Times New Roman"/>
          <w:sz w:val="28"/>
          <w:szCs w:val="28"/>
        </w:rPr>
        <w:t> </w:t>
      </w:r>
      <w:bookmarkStart w:id="4" w:name="dc_14"/>
      <w:r w:rsidR="00E35321" w:rsidRPr="003774B5">
        <w:rPr>
          <w:rFonts w:cs="Times New Roman"/>
          <w:sz w:val="28"/>
          <w:szCs w:val="28"/>
        </w:rPr>
        <w:t xml:space="preserve">khoản 2, khoản 3 Điều 10, </w:t>
      </w:r>
      <w:r w:rsidR="005A397E" w:rsidRPr="003774B5">
        <w:rPr>
          <w:rFonts w:cs="Times New Roman"/>
          <w:sz w:val="28"/>
          <w:szCs w:val="28"/>
        </w:rPr>
        <w:t>Điều 1</w:t>
      </w:r>
      <w:bookmarkEnd w:id="4"/>
      <w:r w:rsidR="00CA45E7" w:rsidRPr="003774B5">
        <w:rPr>
          <w:rFonts w:cs="Times New Roman"/>
          <w:sz w:val="28"/>
          <w:szCs w:val="28"/>
        </w:rPr>
        <w:t>1, Điều 12</w:t>
      </w:r>
      <w:r w:rsidR="005A397E" w:rsidRPr="003774B5">
        <w:rPr>
          <w:rFonts w:cs="Times New Roman"/>
          <w:sz w:val="28"/>
          <w:szCs w:val="28"/>
        </w:rPr>
        <w:t>.</w:t>
      </w:r>
      <w:r w:rsidR="00560960" w:rsidRPr="003774B5">
        <w:rPr>
          <w:rFonts w:cs="Times New Roman"/>
          <w:sz w:val="28"/>
          <w:szCs w:val="28"/>
        </w:rPr>
        <w:t xml:space="preserve"> Thay cụm từ “</w:t>
      </w:r>
      <w:r w:rsidR="00560960" w:rsidRPr="003774B5">
        <w:rPr>
          <w:rFonts w:cs="Times New Roman"/>
          <w:i/>
          <w:iCs/>
          <w:sz w:val="28"/>
          <w:szCs w:val="28"/>
        </w:rPr>
        <w:t>cơ quan chuyên môn được giao</w:t>
      </w:r>
      <w:r w:rsidR="00560960" w:rsidRPr="003774B5">
        <w:rPr>
          <w:rFonts w:cs="Times New Roman"/>
          <w:sz w:val="28"/>
          <w:szCs w:val="28"/>
        </w:rPr>
        <w:t>” bằng cụm từ “</w:t>
      </w:r>
      <w:r w:rsidR="00560960" w:rsidRPr="003774B5">
        <w:rPr>
          <w:rFonts w:cs="Times New Roman"/>
          <w:i/>
          <w:iCs/>
          <w:sz w:val="28"/>
          <w:szCs w:val="28"/>
        </w:rPr>
        <w:t>Ủy ban nhân dân cấp xã và cơ quan có thẩm quyền kiểm tra</w:t>
      </w:r>
      <w:r w:rsidR="00560960" w:rsidRPr="003774B5">
        <w:rPr>
          <w:rFonts w:cs="Times New Roman"/>
          <w:sz w:val="28"/>
          <w:szCs w:val="28"/>
        </w:rPr>
        <w:t>” tại khoản 3 và khoản 5 Điều 15; khoản 3 và khoản 6 Điều 16.</w:t>
      </w:r>
    </w:p>
    <w:p w14:paraId="1EFD017D" w14:textId="28B3A2EE" w:rsidR="00BA0CDC" w:rsidRPr="00EA2BE1" w:rsidRDefault="00BA0CDC" w:rsidP="00BA0CDC">
      <w:pPr>
        <w:pStyle w:val="LegalClause"/>
        <w:spacing w:after="120" w:line="360" w:lineRule="exact"/>
        <w:ind w:firstLine="720"/>
        <w:rPr>
          <w:rFonts w:cs="Times New Roman"/>
          <w:spacing w:val="-2"/>
          <w:sz w:val="28"/>
          <w:szCs w:val="28"/>
        </w:rPr>
      </w:pPr>
      <w:r w:rsidRPr="004F2E0D">
        <w:rPr>
          <w:rFonts w:cs="Times New Roman"/>
          <w:spacing w:val="-2"/>
          <w:sz w:val="28"/>
          <w:szCs w:val="28"/>
        </w:rPr>
        <w:t xml:space="preserve">Thay thế cụm từ </w:t>
      </w:r>
      <w:r w:rsidRPr="004F2E0D">
        <w:rPr>
          <w:rFonts w:cs="Times New Roman"/>
          <w:i/>
          <w:iCs/>
          <w:spacing w:val="-2"/>
          <w:sz w:val="28"/>
          <w:szCs w:val="28"/>
        </w:rPr>
        <w:t>“Cơ quan chuyên ngành bảo vệ và kiểm dịch thực vật”</w:t>
      </w:r>
      <w:r w:rsidRPr="004F2E0D">
        <w:rPr>
          <w:rFonts w:cs="Times New Roman"/>
          <w:spacing w:val="-2"/>
          <w:sz w:val="28"/>
          <w:szCs w:val="28"/>
        </w:rPr>
        <w:t xml:space="preserve"> bằng cụm từ “</w:t>
      </w:r>
      <w:r w:rsidRPr="004F2E0D">
        <w:rPr>
          <w:rFonts w:cs="Times New Roman"/>
          <w:i/>
          <w:iCs/>
          <w:spacing w:val="-2"/>
          <w:sz w:val="28"/>
          <w:szCs w:val="28"/>
        </w:rPr>
        <w:t>Cơ quan chuyên môn cấp tỉnh</w:t>
      </w:r>
      <w:r w:rsidRPr="004F2E0D">
        <w:rPr>
          <w:rFonts w:cs="Times New Roman"/>
          <w:spacing w:val="-2"/>
          <w:sz w:val="28"/>
          <w:szCs w:val="28"/>
        </w:rPr>
        <w:t xml:space="preserve">” tại điểm c khoản 1 Điều 11. </w:t>
      </w:r>
    </w:p>
    <w:p w14:paraId="69F36CED" w14:textId="77777777" w:rsidR="00C00374" w:rsidRPr="00C00374" w:rsidRDefault="00042645" w:rsidP="00C00374">
      <w:pPr>
        <w:pStyle w:val="LegalClause"/>
        <w:spacing w:after="120" w:line="360" w:lineRule="exact"/>
        <w:ind w:firstLine="720"/>
        <w:rPr>
          <w:rFonts w:cs="Times New Roman"/>
          <w:spacing w:val="-4"/>
          <w:position w:val="2"/>
          <w:sz w:val="28"/>
          <w:szCs w:val="28"/>
        </w:rPr>
      </w:pPr>
      <w:r w:rsidRPr="00EA2BE1">
        <w:rPr>
          <w:rFonts w:cs="Times New Roman"/>
          <w:spacing w:val="-4"/>
          <w:position w:val="2"/>
          <w:sz w:val="28"/>
          <w:szCs w:val="28"/>
        </w:rPr>
        <w:t>3</w:t>
      </w:r>
      <w:r w:rsidR="005A397E" w:rsidRPr="00EA2BE1">
        <w:rPr>
          <w:rFonts w:cs="Times New Roman"/>
          <w:spacing w:val="-4"/>
          <w:position w:val="2"/>
          <w:sz w:val="28"/>
          <w:szCs w:val="28"/>
        </w:rPr>
        <w:t>. Thay thế Phụ lục II đến Phụ lục XII ban hành kèm theo Nghị định số 38/2026/NĐ-CP bằng Phụ lục II đến Phụ lục XI ban hành kèm theo Nghị định này.</w:t>
      </w:r>
    </w:p>
    <w:p w14:paraId="33E0E320" w14:textId="44BB90F3"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b/>
          <w:sz w:val="28"/>
          <w:szCs w:val="28"/>
        </w:rPr>
        <w:t xml:space="preserve">Điều </w:t>
      </w:r>
      <w:r w:rsidR="00B10037" w:rsidRPr="00C00374">
        <w:rPr>
          <w:rFonts w:cs="Times New Roman"/>
          <w:b/>
          <w:sz w:val="28"/>
          <w:szCs w:val="28"/>
        </w:rPr>
        <w:t>1</w:t>
      </w:r>
      <w:r w:rsidR="00B10037">
        <w:rPr>
          <w:rFonts w:cs="Times New Roman"/>
          <w:b/>
          <w:sz w:val="28"/>
          <w:szCs w:val="28"/>
        </w:rPr>
        <w:t>3</w:t>
      </w:r>
      <w:r w:rsidRPr="00C00374">
        <w:rPr>
          <w:rFonts w:cs="Times New Roman"/>
          <w:b/>
          <w:sz w:val="28"/>
          <w:szCs w:val="28"/>
        </w:rPr>
        <w:t>. Điều khoản chuyển tiếp</w:t>
      </w:r>
    </w:p>
    <w:p w14:paraId="55760ADB" w14:textId="17E5439A"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1. Hồ sơ đã tiếp nhận trước ngày Nghị định này có hiệu lực được giải quyết theo quy định tại thời điểm tiếp nhận; trường hợp tổ chức, cá nhân đề nghị áp dụng Nghị định này thì được chuyển đổi hồ sơ, không phải nộp lại thông tin đã có trên hệ thống.</w:t>
      </w:r>
    </w:p>
    <w:p w14:paraId="2C8B514C" w14:textId="1EDC785E"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2. Mã số được cấp</w:t>
      </w:r>
      <w:r w:rsidR="00AC2FA7" w:rsidRPr="00C00374">
        <w:rPr>
          <w:rFonts w:cs="Times New Roman"/>
          <w:sz w:val="28"/>
          <w:szCs w:val="28"/>
        </w:rPr>
        <w:t xml:space="preserve"> hoặc chuyển đổi định dạng trước ngày Nghị định này</w:t>
      </w:r>
      <w:r w:rsidRPr="00C00374">
        <w:rPr>
          <w:rFonts w:cs="Times New Roman"/>
          <w:sz w:val="28"/>
          <w:szCs w:val="28"/>
        </w:rPr>
        <w:t xml:space="preserve"> có hiệu lực tiếp tục có giá trị; thông báo, kết quả kiểm tra, tạm dừng, thu hồi hoặc phục hồi đã ban hành tiếp tục được thực hiện.</w:t>
      </w:r>
    </w:p>
    <w:p w14:paraId="77BA8D00" w14:textId="211853ED"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3. Yêu cầu kỹ thuật, quy trình phê duyệt, duy trì, tạm dừng hoặc phục</w:t>
      </w:r>
      <w:r w:rsidR="0084377A">
        <w:rPr>
          <w:rFonts w:cs="Times New Roman"/>
          <w:sz w:val="28"/>
          <w:szCs w:val="28"/>
        </w:rPr>
        <w:t xml:space="preserve"> hồi</w:t>
      </w:r>
      <w:r w:rsidRPr="00C00374">
        <w:rPr>
          <w:rFonts w:cs="Times New Roman"/>
          <w:sz w:val="28"/>
          <w:szCs w:val="28"/>
        </w:rPr>
        <w:t xml:space="preserve"> mã số phục vụ xuất khẩu tiếp tục thực hiện theo điều ước quốc tế, thỏa thuận, nghị định thư hoặc yêu cầu chính thức của nước nhập khẩu. Các yêu cầu này không làm phát sinh lại thủ tục cấp mã định danh trong nước.</w:t>
      </w:r>
    </w:p>
    <w:p w14:paraId="4AC02246" w14:textId="39134C2D"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4. Trong thời gian Hệ thống xử lý nghiệp vụ chưa đáp ứng đầy đủ yêu cầu liên thông, việc trao đổi hồ sơ giữa Ủy ban nhân dân cấp xã, cơ quan chuyên môn cấp tỉnh và Bộ Nông nghiệp và Môi trường được thực hiện qua hệ thống thông tin hiện có hoặc văn bản điện tử; phải cập nhật lại đầy đủ khi hệ thống hoàn thiện</w:t>
      </w:r>
      <w:r w:rsidR="00914475" w:rsidRPr="00C00374">
        <w:rPr>
          <w:rFonts w:cs="Times New Roman"/>
          <w:sz w:val="28"/>
          <w:szCs w:val="28"/>
        </w:rPr>
        <w:t>.</w:t>
      </w:r>
    </w:p>
    <w:p w14:paraId="47EFB936" w14:textId="2A898CC1" w:rsidR="00BA3EFE" w:rsidRPr="00C00374" w:rsidRDefault="00AE1007" w:rsidP="00C00374">
      <w:pPr>
        <w:keepNext/>
        <w:spacing w:after="120" w:line="360" w:lineRule="exact"/>
        <w:ind w:firstLine="720"/>
        <w:rPr>
          <w:rFonts w:cs="Times New Roman"/>
          <w:sz w:val="28"/>
          <w:szCs w:val="28"/>
        </w:rPr>
      </w:pPr>
      <w:r w:rsidRPr="00C00374">
        <w:rPr>
          <w:rFonts w:cs="Times New Roman"/>
          <w:b/>
          <w:sz w:val="28"/>
          <w:szCs w:val="28"/>
        </w:rPr>
        <w:t xml:space="preserve">Điều </w:t>
      </w:r>
      <w:r w:rsidR="00B10037" w:rsidRPr="00C00374">
        <w:rPr>
          <w:rFonts w:cs="Times New Roman"/>
          <w:b/>
          <w:sz w:val="28"/>
          <w:szCs w:val="28"/>
        </w:rPr>
        <w:t>1</w:t>
      </w:r>
      <w:r w:rsidR="00B10037">
        <w:rPr>
          <w:rFonts w:cs="Times New Roman"/>
          <w:b/>
          <w:sz w:val="28"/>
          <w:szCs w:val="28"/>
        </w:rPr>
        <w:t>4</w:t>
      </w:r>
      <w:r w:rsidRPr="00C00374">
        <w:rPr>
          <w:rFonts w:cs="Times New Roman"/>
          <w:b/>
          <w:sz w:val="28"/>
          <w:szCs w:val="28"/>
        </w:rPr>
        <w:t>. Hiệu lực thi hành</w:t>
      </w:r>
    </w:p>
    <w:p w14:paraId="52A12807" w14:textId="65503741"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 xml:space="preserve">1. Nghị định này có hiệu lực thi hành kể từ ngày </w:t>
      </w:r>
      <w:r w:rsidR="00655603" w:rsidRPr="00C00374">
        <w:rPr>
          <w:rFonts w:cs="Times New Roman"/>
          <w:sz w:val="28"/>
          <w:szCs w:val="28"/>
        </w:rPr>
        <w:t xml:space="preserve">  </w:t>
      </w:r>
      <w:r w:rsidRPr="00C00374">
        <w:rPr>
          <w:rFonts w:cs="Times New Roman"/>
          <w:sz w:val="28"/>
          <w:szCs w:val="28"/>
        </w:rPr>
        <w:t xml:space="preserve">tháng </w:t>
      </w:r>
      <w:r w:rsidR="00655603" w:rsidRPr="00C00374">
        <w:rPr>
          <w:rFonts w:cs="Times New Roman"/>
          <w:sz w:val="28"/>
          <w:szCs w:val="28"/>
        </w:rPr>
        <w:t xml:space="preserve">   </w:t>
      </w:r>
      <w:r w:rsidRPr="00C00374">
        <w:rPr>
          <w:rFonts w:cs="Times New Roman"/>
          <w:sz w:val="28"/>
          <w:szCs w:val="28"/>
        </w:rPr>
        <w:t>năm 2026.</w:t>
      </w:r>
    </w:p>
    <w:p w14:paraId="0B898577" w14:textId="77777777"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2. Nghị quyết số 36/2026/NQ-CP ngày 31 tháng 7 năm 2026 của Chính phủ quy định đơn giản hóa thủ tục hành chính về mã số vùng trồng, mã số cơ sở đóng gói hết hiệu lực kể từ ngày Nghị định này có hiệu lực.</w:t>
      </w:r>
    </w:p>
    <w:p w14:paraId="35D1CF71" w14:textId="1366FA46" w:rsidR="00BA3EFE" w:rsidRPr="00C00374" w:rsidRDefault="00AE1007" w:rsidP="00C00374">
      <w:pPr>
        <w:keepNext/>
        <w:spacing w:after="120" w:line="360" w:lineRule="exact"/>
        <w:ind w:firstLine="720"/>
        <w:rPr>
          <w:rFonts w:cs="Times New Roman"/>
          <w:sz w:val="28"/>
          <w:szCs w:val="28"/>
        </w:rPr>
      </w:pPr>
      <w:r w:rsidRPr="00C00374">
        <w:rPr>
          <w:rFonts w:cs="Times New Roman"/>
          <w:b/>
          <w:sz w:val="28"/>
          <w:szCs w:val="28"/>
        </w:rPr>
        <w:t xml:space="preserve">Điều </w:t>
      </w:r>
      <w:r w:rsidR="00B10037" w:rsidRPr="00C00374">
        <w:rPr>
          <w:rFonts w:cs="Times New Roman"/>
          <w:b/>
          <w:sz w:val="28"/>
          <w:szCs w:val="28"/>
        </w:rPr>
        <w:t>1</w:t>
      </w:r>
      <w:r w:rsidR="00B10037">
        <w:rPr>
          <w:rFonts w:cs="Times New Roman"/>
          <w:b/>
          <w:sz w:val="28"/>
          <w:szCs w:val="28"/>
        </w:rPr>
        <w:t>5</w:t>
      </w:r>
      <w:r w:rsidRPr="00C00374">
        <w:rPr>
          <w:rFonts w:cs="Times New Roman"/>
          <w:b/>
          <w:sz w:val="28"/>
          <w:szCs w:val="28"/>
        </w:rPr>
        <w:t>. Trách nhiệm thi hành</w:t>
      </w:r>
    </w:p>
    <w:p w14:paraId="4D0FF825" w14:textId="77777777" w:rsidR="00BA3EFE" w:rsidRPr="00C00374" w:rsidRDefault="00AE1007" w:rsidP="00C00374">
      <w:pPr>
        <w:pStyle w:val="LegalClause"/>
        <w:spacing w:after="120" w:line="360" w:lineRule="exact"/>
        <w:ind w:firstLine="720"/>
        <w:rPr>
          <w:rFonts w:cs="Times New Roman"/>
          <w:sz w:val="28"/>
          <w:szCs w:val="28"/>
        </w:rPr>
      </w:pPr>
      <w:r w:rsidRPr="00C00374">
        <w:rPr>
          <w:rFonts w:cs="Times New Roman"/>
          <w:sz w:val="28"/>
          <w:szCs w:val="28"/>
        </w:rPr>
        <w:t>Bộ trưởng, Thủ trưởng cơ quan ngang bộ, Chủ tịch Ủy ban nhân dân các tỉnh, thành phố trực thuộc trung ương và cơ quan, tổ chức, cá nhân có liên quan chịu trách nhiệm thi hành Nghị định này./.</w:t>
      </w:r>
    </w:p>
    <w:tbl>
      <w:tblPr>
        <w:tblW w:w="0" w:type="auto"/>
        <w:jc w:val="center"/>
        <w:tblLayout w:type="fixed"/>
        <w:tblLook w:val="04A0" w:firstRow="1" w:lastRow="0" w:firstColumn="1" w:lastColumn="0" w:noHBand="0" w:noVBand="1"/>
      </w:tblPr>
      <w:tblGrid>
        <w:gridCol w:w="5529"/>
        <w:gridCol w:w="3542"/>
      </w:tblGrid>
      <w:tr w:rsidR="00BA3EFE" w:rsidRPr="004C36D5" w14:paraId="7C4B9CFD" w14:textId="77777777" w:rsidTr="00722A82">
        <w:trPr>
          <w:cantSplit/>
          <w:jc w:val="center"/>
        </w:trPr>
        <w:tc>
          <w:tcPr>
            <w:tcW w:w="5529" w:type="dxa"/>
            <w:tcMar>
              <w:top w:w="100" w:type="dxa"/>
              <w:left w:w="100" w:type="dxa"/>
              <w:bottom w:w="100" w:type="dxa"/>
              <w:right w:w="100" w:type="dxa"/>
            </w:tcMar>
          </w:tcPr>
          <w:p w14:paraId="4F3780CD" w14:textId="77777777" w:rsidR="00B66A34" w:rsidRPr="00B66A34" w:rsidRDefault="00AE1007" w:rsidP="00663290">
            <w:pPr>
              <w:spacing w:after="0" w:line="240" w:lineRule="auto"/>
              <w:jc w:val="left"/>
              <w:rPr>
                <w:rFonts w:cs="Times New Roman"/>
                <w:sz w:val="22"/>
              </w:rPr>
            </w:pPr>
            <w:r w:rsidRPr="00195362">
              <w:rPr>
                <w:rFonts w:cs="Times New Roman"/>
                <w:b/>
                <w:bCs/>
                <w:i/>
                <w:iCs/>
                <w:sz w:val="24"/>
                <w:szCs w:val="24"/>
              </w:rPr>
              <w:t>Nơi nhận:</w:t>
            </w:r>
            <w:r w:rsidRPr="004C36D5">
              <w:rPr>
                <w:rFonts w:cs="Times New Roman"/>
                <w:sz w:val="20"/>
                <w:szCs w:val="20"/>
              </w:rPr>
              <w:br/>
            </w:r>
            <w:r w:rsidR="00B66A34" w:rsidRPr="00B66A34">
              <w:rPr>
                <w:rFonts w:cs="Times New Roman"/>
                <w:sz w:val="22"/>
              </w:rPr>
              <w:t>- Ban Bí thư Trung ương Đảng;</w:t>
            </w:r>
          </w:p>
          <w:p w14:paraId="1F55135D" w14:textId="77777777" w:rsidR="00B66A34" w:rsidRPr="00B66A34" w:rsidRDefault="00B66A34" w:rsidP="00663290">
            <w:pPr>
              <w:spacing w:after="0" w:line="240" w:lineRule="auto"/>
              <w:jc w:val="left"/>
              <w:rPr>
                <w:rFonts w:cs="Times New Roman"/>
                <w:sz w:val="22"/>
              </w:rPr>
            </w:pPr>
            <w:r w:rsidRPr="00B66A34">
              <w:rPr>
                <w:rFonts w:cs="Times New Roman"/>
                <w:sz w:val="22"/>
              </w:rPr>
              <w:t>- Thủ tướng, các Phó Thủ tướng Chính phủ;</w:t>
            </w:r>
          </w:p>
          <w:p w14:paraId="1DD496ED" w14:textId="77777777" w:rsidR="00B66A34" w:rsidRPr="00B66A34" w:rsidRDefault="00B66A34" w:rsidP="00663290">
            <w:pPr>
              <w:spacing w:after="0" w:line="240" w:lineRule="auto"/>
              <w:jc w:val="left"/>
              <w:rPr>
                <w:rFonts w:cs="Times New Roman"/>
                <w:sz w:val="22"/>
              </w:rPr>
            </w:pPr>
            <w:r w:rsidRPr="00B66A34">
              <w:rPr>
                <w:rFonts w:cs="Times New Roman"/>
                <w:sz w:val="22"/>
              </w:rPr>
              <w:t>- Các bộ, cơ quan ngang bộ, cơ quan thuộc Chính phủ;</w:t>
            </w:r>
          </w:p>
          <w:p w14:paraId="7FAEC827" w14:textId="77777777" w:rsidR="00B66A34" w:rsidRPr="00B66A34" w:rsidRDefault="00B66A34" w:rsidP="00663290">
            <w:pPr>
              <w:spacing w:after="0" w:line="240" w:lineRule="auto"/>
              <w:jc w:val="left"/>
              <w:rPr>
                <w:rFonts w:cs="Times New Roman"/>
                <w:sz w:val="22"/>
              </w:rPr>
            </w:pPr>
            <w:r w:rsidRPr="00B66A34">
              <w:rPr>
                <w:rFonts w:cs="Times New Roman"/>
                <w:sz w:val="22"/>
              </w:rPr>
              <w:t>- HĐND, UBND các tỉnh, thành phố trực thuộc trung ương;</w:t>
            </w:r>
          </w:p>
          <w:p w14:paraId="6F417A00" w14:textId="77777777" w:rsidR="00B66A34" w:rsidRPr="00B66A34" w:rsidRDefault="00B66A34" w:rsidP="00663290">
            <w:pPr>
              <w:spacing w:after="0" w:line="240" w:lineRule="auto"/>
              <w:jc w:val="left"/>
              <w:rPr>
                <w:rFonts w:cs="Times New Roman"/>
                <w:sz w:val="22"/>
              </w:rPr>
            </w:pPr>
            <w:r w:rsidRPr="00B66A34">
              <w:rPr>
                <w:rFonts w:cs="Times New Roman"/>
                <w:sz w:val="22"/>
              </w:rPr>
              <w:t>- Văn phòng Trung ương và các Ban của Đảng;</w:t>
            </w:r>
          </w:p>
          <w:p w14:paraId="3DF23954" w14:textId="77777777" w:rsidR="00B66A34" w:rsidRPr="00B66A34" w:rsidRDefault="00B66A34" w:rsidP="00663290">
            <w:pPr>
              <w:spacing w:after="0" w:line="240" w:lineRule="auto"/>
              <w:jc w:val="left"/>
              <w:rPr>
                <w:rFonts w:cs="Times New Roman"/>
                <w:sz w:val="22"/>
              </w:rPr>
            </w:pPr>
            <w:r w:rsidRPr="00B66A34">
              <w:rPr>
                <w:rFonts w:cs="Times New Roman"/>
                <w:sz w:val="22"/>
              </w:rPr>
              <w:t>- Văn phòng Tổng Bí thư;</w:t>
            </w:r>
          </w:p>
          <w:p w14:paraId="108E1194" w14:textId="77777777" w:rsidR="00B66A34" w:rsidRPr="00B66A34" w:rsidRDefault="00B66A34" w:rsidP="00663290">
            <w:pPr>
              <w:spacing w:after="0" w:line="240" w:lineRule="auto"/>
              <w:jc w:val="left"/>
              <w:rPr>
                <w:rFonts w:cs="Times New Roman"/>
                <w:sz w:val="22"/>
              </w:rPr>
            </w:pPr>
            <w:r w:rsidRPr="00B66A34">
              <w:rPr>
                <w:rFonts w:cs="Times New Roman"/>
                <w:sz w:val="22"/>
              </w:rPr>
              <w:t>- Văn phòng Chủ tịch nước;</w:t>
            </w:r>
          </w:p>
          <w:p w14:paraId="354507E0" w14:textId="77777777" w:rsidR="00B66A34" w:rsidRPr="00B66A34" w:rsidRDefault="00B66A34" w:rsidP="00663290">
            <w:pPr>
              <w:spacing w:after="0" w:line="240" w:lineRule="auto"/>
              <w:jc w:val="left"/>
              <w:rPr>
                <w:rFonts w:cs="Times New Roman"/>
                <w:sz w:val="22"/>
              </w:rPr>
            </w:pPr>
            <w:r w:rsidRPr="00B66A34">
              <w:rPr>
                <w:rFonts w:cs="Times New Roman"/>
                <w:sz w:val="22"/>
              </w:rPr>
              <w:t>- Hội đồng Dân tộc và các Ủy ban của Quốc hội;</w:t>
            </w:r>
          </w:p>
          <w:p w14:paraId="344BDD30" w14:textId="77777777" w:rsidR="00B66A34" w:rsidRPr="00B66A34" w:rsidRDefault="00B66A34" w:rsidP="00663290">
            <w:pPr>
              <w:spacing w:after="0" w:line="240" w:lineRule="auto"/>
              <w:jc w:val="left"/>
              <w:rPr>
                <w:rFonts w:cs="Times New Roman"/>
                <w:sz w:val="22"/>
              </w:rPr>
            </w:pPr>
            <w:r w:rsidRPr="00B66A34">
              <w:rPr>
                <w:rFonts w:cs="Times New Roman"/>
                <w:sz w:val="22"/>
              </w:rPr>
              <w:t>- Văn phòng Quốc hội;</w:t>
            </w:r>
          </w:p>
          <w:p w14:paraId="5D7158D8" w14:textId="77777777" w:rsidR="00B66A34" w:rsidRPr="00B66A34" w:rsidRDefault="00B66A34" w:rsidP="00663290">
            <w:pPr>
              <w:spacing w:after="0" w:line="240" w:lineRule="auto"/>
              <w:jc w:val="left"/>
              <w:rPr>
                <w:rFonts w:cs="Times New Roman"/>
                <w:sz w:val="22"/>
              </w:rPr>
            </w:pPr>
            <w:r w:rsidRPr="00B66A34">
              <w:rPr>
                <w:rFonts w:cs="Times New Roman"/>
                <w:sz w:val="22"/>
              </w:rPr>
              <w:t>- Tòa án nhân dân tối cao;</w:t>
            </w:r>
          </w:p>
          <w:p w14:paraId="606A5193" w14:textId="77777777" w:rsidR="00B66A34" w:rsidRPr="00B66A34" w:rsidRDefault="00B66A34" w:rsidP="00663290">
            <w:pPr>
              <w:spacing w:after="0" w:line="240" w:lineRule="auto"/>
              <w:jc w:val="left"/>
              <w:rPr>
                <w:rFonts w:cs="Times New Roman"/>
                <w:sz w:val="22"/>
              </w:rPr>
            </w:pPr>
            <w:r w:rsidRPr="00B66A34">
              <w:rPr>
                <w:rFonts w:cs="Times New Roman"/>
                <w:sz w:val="22"/>
              </w:rPr>
              <w:t>- Viện kiểm sát nhân dân tối cao;</w:t>
            </w:r>
          </w:p>
          <w:p w14:paraId="69C85EF3" w14:textId="77777777" w:rsidR="00B66A34" w:rsidRPr="00B66A34" w:rsidRDefault="00B66A34" w:rsidP="00663290">
            <w:pPr>
              <w:spacing w:after="0" w:line="240" w:lineRule="auto"/>
              <w:jc w:val="left"/>
              <w:rPr>
                <w:rFonts w:cs="Times New Roman"/>
                <w:sz w:val="22"/>
              </w:rPr>
            </w:pPr>
            <w:r w:rsidRPr="00B66A34">
              <w:rPr>
                <w:rFonts w:cs="Times New Roman"/>
                <w:sz w:val="22"/>
              </w:rPr>
              <w:t xml:space="preserve">- Kiểm toán nhà nước; </w:t>
            </w:r>
          </w:p>
          <w:p w14:paraId="46EF755B" w14:textId="77777777" w:rsidR="00B66A34" w:rsidRPr="00B66A34" w:rsidRDefault="00B66A34" w:rsidP="00663290">
            <w:pPr>
              <w:spacing w:after="0" w:line="240" w:lineRule="auto"/>
              <w:jc w:val="left"/>
              <w:rPr>
                <w:rFonts w:cs="Times New Roman"/>
                <w:sz w:val="22"/>
              </w:rPr>
            </w:pPr>
            <w:r w:rsidRPr="00B66A34">
              <w:rPr>
                <w:rFonts w:cs="Times New Roman"/>
                <w:sz w:val="22"/>
              </w:rPr>
              <w:t>- Ủy ban Trung ương Mặt trận Tổ quốc Việt Nam;</w:t>
            </w:r>
          </w:p>
          <w:p w14:paraId="6B75FF2B" w14:textId="77777777" w:rsidR="00B66A34" w:rsidRPr="00B66A34" w:rsidRDefault="00B66A34" w:rsidP="00663290">
            <w:pPr>
              <w:spacing w:after="0" w:line="240" w:lineRule="auto"/>
              <w:jc w:val="left"/>
              <w:rPr>
                <w:rFonts w:cs="Times New Roman"/>
                <w:sz w:val="22"/>
              </w:rPr>
            </w:pPr>
            <w:r w:rsidRPr="00B66A34">
              <w:rPr>
                <w:rFonts w:cs="Times New Roman"/>
                <w:sz w:val="22"/>
              </w:rPr>
              <w:t>- Cơ quan trung ương của các đoàn thể;</w:t>
            </w:r>
          </w:p>
          <w:p w14:paraId="28CB1008" w14:textId="77777777" w:rsidR="00B66A34" w:rsidRPr="00B66A34" w:rsidRDefault="00B66A34" w:rsidP="00663290">
            <w:pPr>
              <w:spacing w:after="0" w:line="240" w:lineRule="auto"/>
              <w:jc w:val="left"/>
              <w:rPr>
                <w:rFonts w:cs="Times New Roman"/>
                <w:sz w:val="22"/>
              </w:rPr>
            </w:pPr>
            <w:r w:rsidRPr="00B66A34">
              <w:rPr>
                <w:rFonts w:cs="Times New Roman"/>
                <w:sz w:val="22"/>
              </w:rPr>
              <w:t>- VPCP: BTCN, các PCN, Trợ lý TTg, TGĐ Cổng TTĐT, các Vụ, Cục, đơn vị trực thuộc, Công báo;</w:t>
            </w:r>
          </w:p>
          <w:p w14:paraId="78AF71F7" w14:textId="1132BCAE" w:rsidR="00BA3EFE" w:rsidRPr="004C36D5" w:rsidRDefault="00B66A34" w:rsidP="00663290">
            <w:pPr>
              <w:spacing w:after="0" w:line="240" w:lineRule="auto"/>
              <w:jc w:val="left"/>
              <w:rPr>
                <w:rFonts w:cs="Times New Roman"/>
                <w:sz w:val="20"/>
                <w:szCs w:val="20"/>
              </w:rPr>
            </w:pPr>
            <w:r w:rsidRPr="00B66A34">
              <w:rPr>
                <w:rFonts w:cs="Times New Roman"/>
                <w:sz w:val="22"/>
              </w:rPr>
              <w:t>- Lưu: VT, NN (2b).</w:t>
            </w:r>
          </w:p>
        </w:tc>
        <w:tc>
          <w:tcPr>
            <w:tcW w:w="3542" w:type="dxa"/>
            <w:tcMar>
              <w:top w:w="100" w:type="dxa"/>
              <w:left w:w="100" w:type="dxa"/>
              <w:bottom w:w="100" w:type="dxa"/>
              <w:right w:w="100" w:type="dxa"/>
            </w:tcMar>
          </w:tcPr>
          <w:p w14:paraId="7DB3F85A" w14:textId="7CD3E467" w:rsidR="00BA3EFE" w:rsidRPr="004C36D5" w:rsidRDefault="00AE1007" w:rsidP="00663290">
            <w:pPr>
              <w:spacing w:after="0" w:line="240" w:lineRule="auto"/>
              <w:jc w:val="center"/>
              <w:rPr>
                <w:rFonts w:cs="Times New Roman"/>
                <w:sz w:val="28"/>
                <w:szCs w:val="28"/>
              </w:rPr>
            </w:pPr>
            <w:r w:rsidRPr="004C36D5">
              <w:rPr>
                <w:rFonts w:cs="Times New Roman"/>
                <w:b/>
                <w:sz w:val="28"/>
                <w:szCs w:val="28"/>
              </w:rPr>
              <w:t>TM. CHÍNH PHỦ</w:t>
            </w:r>
            <w:r w:rsidRPr="004C36D5">
              <w:rPr>
                <w:rFonts w:cs="Times New Roman"/>
                <w:b/>
                <w:sz w:val="28"/>
                <w:szCs w:val="28"/>
              </w:rPr>
              <w:br/>
              <w:t>THỦ TƯỚNG</w:t>
            </w:r>
            <w:r w:rsidRPr="004C36D5">
              <w:rPr>
                <w:rFonts w:cs="Times New Roman"/>
                <w:b/>
                <w:sz w:val="28"/>
                <w:szCs w:val="28"/>
              </w:rPr>
              <w:br/>
            </w:r>
            <w:r w:rsidRPr="004C36D5">
              <w:rPr>
                <w:rFonts w:cs="Times New Roman"/>
                <w:b/>
                <w:sz w:val="28"/>
                <w:szCs w:val="28"/>
              </w:rPr>
              <w:br/>
            </w:r>
            <w:r w:rsidRPr="004C36D5">
              <w:rPr>
                <w:rFonts w:cs="Times New Roman"/>
                <w:b/>
                <w:sz w:val="28"/>
                <w:szCs w:val="28"/>
              </w:rPr>
              <w:br/>
            </w:r>
            <w:r w:rsidRPr="004C36D5">
              <w:rPr>
                <w:rFonts w:cs="Times New Roman"/>
                <w:b/>
                <w:sz w:val="28"/>
                <w:szCs w:val="28"/>
              </w:rPr>
              <w:br/>
            </w:r>
            <w:r w:rsidRPr="004C36D5">
              <w:rPr>
                <w:rFonts w:cs="Times New Roman"/>
                <w:b/>
                <w:sz w:val="28"/>
                <w:szCs w:val="28"/>
              </w:rPr>
              <w:br/>
            </w:r>
          </w:p>
        </w:tc>
      </w:tr>
    </w:tbl>
    <w:p w14:paraId="7BD27F55" w14:textId="77777777" w:rsidR="00BA3EFE" w:rsidRPr="004C36D5" w:rsidRDefault="00AE1007">
      <w:pPr>
        <w:rPr>
          <w:rFonts w:cs="Times New Roman"/>
          <w:sz w:val="28"/>
          <w:szCs w:val="28"/>
        </w:rPr>
      </w:pPr>
      <w:r w:rsidRPr="004C36D5">
        <w:rPr>
          <w:rFonts w:cs="Times New Roman"/>
          <w:sz w:val="28"/>
          <w:szCs w:val="28"/>
        </w:rPr>
        <w:br w:type="page"/>
      </w:r>
    </w:p>
    <w:p w14:paraId="4E9BDC76" w14:textId="6297BEEC" w:rsidR="00CD77B2" w:rsidRPr="001B71E3" w:rsidRDefault="00CD77B2" w:rsidP="00CD77B2">
      <w:pPr>
        <w:spacing w:after="0" w:line="240" w:lineRule="auto"/>
        <w:jc w:val="center"/>
        <w:rPr>
          <w:rFonts w:cs="Times New Roman"/>
          <w:b/>
          <w:bCs/>
          <w:sz w:val="28"/>
          <w:szCs w:val="28"/>
        </w:rPr>
      </w:pPr>
      <w:r w:rsidRPr="00CD77B2">
        <w:rPr>
          <w:rFonts w:cs="Times New Roman"/>
          <w:b/>
          <w:bCs/>
          <w:sz w:val="28"/>
          <w:szCs w:val="28"/>
        </w:rPr>
        <w:t>P</w:t>
      </w:r>
      <w:r w:rsidRPr="00CD77B2">
        <w:rPr>
          <w:rFonts w:cs="Times New Roman"/>
          <w:b/>
          <w:bCs/>
          <w:sz w:val="28"/>
          <w:szCs w:val="28"/>
          <w:lang w:val="vi-VN"/>
        </w:rPr>
        <w:t>hụ lục I</w:t>
      </w:r>
      <w:r w:rsidR="001B71E3">
        <w:rPr>
          <w:rFonts w:cs="Times New Roman"/>
          <w:b/>
          <w:bCs/>
          <w:sz w:val="28"/>
          <w:szCs w:val="28"/>
        </w:rPr>
        <w:t>I</w:t>
      </w:r>
    </w:p>
    <w:p w14:paraId="4C6580B2" w14:textId="759A366F" w:rsidR="00CD77B2" w:rsidRPr="00CD77B2" w:rsidRDefault="00CD77B2" w:rsidP="00CD77B2">
      <w:pPr>
        <w:spacing w:after="0" w:line="240" w:lineRule="auto"/>
        <w:jc w:val="center"/>
        <w:rPr>
          <w:rFonts w:cs="Times New Roman"/>
          <w:i/>
          <w:iCs/>
          <w:sz w:val="28"/>
          <w:szCs w:val="28"/>
          <w:lang w:val="vi-VN"/>
        </w:rPr>
      </w:pPr>
      <w:r w:rsidRPr="00CD77B2">
        <w:rPr>
          <w:rFonts w:cs="Times New Roman"/>
          <w:b/>
          <w:bCs/>
          <w:sz w:val="28"/>
          <w:szCs w:val="28"/>
          <w:lang w:val="vi-VN"/>
        </w:rPr>
        <w:t>ĐƠN ĐỀ NGHỊ CẤP MÃ SỐ VÙNG TRỒNG</w:t>
      </w:r>
      <w:r w:rsidRPr="00CD77B2">
        <w:rPr>
          <w:rFonts w:cs="Times New Roman"/>
          <w:sz w:val="28"/>
          <w:szCs w:val="28"/>
          <w:lang w:val="vi-VN"/>
        </w:rPr>
        <w:t xml:space="preserve"> </w:t>
      </w:r>
      <w:r w:rsidRPr="00CD77B2">
        <w:rPr>
          <w:rFonts w:cs="Times New Roman"/>
          <w:sz w:val="28"/>
          <w:szCs w:val="28"/>
          <w:lang w:val="vi-VN"/>
        </w:rPr>
        <w:br/>
      </w:r>
      <w:r w:rsidRPr="00CD77B2">
        <w:rPr>
          <w:rFonts w:cs="Times New Roman"/>
          <w:i/>
          <w:iCs/>
          <w:sz w:val="28"/>
          <w:szCs w:val="28"/>
          <w:lang w:val="vi-VN"/>
        </w:rPr>
        <w:t xml:space="preserve">(Kèm theo Nghị </w:t>
      </w:r>
      <w:r w:rsidRPr="00CD77B2">
        <w:rPr>
          <w:rFonts w:cs="Times New Roman"/>
          <w:i/>
          <w:iCs/>
          <w:sz w:val="28"/>
          <w:szCs w:val="28"/>
        </w:rPr>
        <w:t>định</w:t>
      </w:r>
      <w:r w:rsidRPr="00CD77B2">
        <w:rPr>
          <w:rFonts w:cs="Times New Roman"/>
          <w:i/>
          <w:iCs/>
          <w:sz w:val="28"/>
          <w:szCs w:val="28"/>
          <w:lang w:val="vi-VN"/>
        </w:rPr>
        <w:t xml:space="preserve"> số        /2026/</w:t>
      </w:r>
      <w:r w:rsidR="00FE4008" w:rsidRPr="00CD77B2">
        <w:rPr>
          <w:rFonts w:cs="Times New Roman"/>
          <w:i/>
          <w:iCs/>
          <w:sz w:val="28"/>
          <w:szCs w:val="28"/>
          <w:lang w:val="vi-VN"/>
        </w:rPr>
        <w:t>N</w:t>
      </w:r>
      <w:r w:rsidR="00FE4008">
        <w:rPr>
          <w:rFonts w:cs="Times New Roman"/>
          <w:i/>
          <w:iCs/>
          <w:sz w:val="28"/>
          <w:szCs w:val="28"/>
        </w:rPr>
        <w:t>Đ</w:t>
      </w:r>
      <w:r w:rsidRPr="00CD77B2">
        <w:rPr>
          <w:rFonts w:cs="Times New Roman"/>
          <w:i/>
          <w:iCs/>
          <w:sz w:val="28"/>
          <w:szCs w:val="28"/>
          <w:lang w:val="vi-VN"/>
        </w:rPr>
        <w:t xml:space="preserve">-CP </w:t>
      </w:r>
    </w:p>
    <w:p w14:paraId="6D0700BB" w14:textId="77777777" w:rsidR="00CD77B2" w:rsidRPr="00CD77B2" w:rsidRDefault="00CD77B2" w:rsidP="00CD77B2">
      <w:pPr>
        <w:spacing w:after="0" w:line="240" w:lineRule="auto"/>
        <w:jc w:val="center"/>
        <w:rPr>
          <w:rFonts w:cs="Times New Roman"/>
          <w:i/>
          <w:iCs/>
          <w:sz w:val="28"/>
          <w:szCs w:val="28"/>
          <w:lang w:val="vi-VN"/>
        </w:rPr>
      </w:pPr>
      <w:r w:rsidRPr="00CD77B2">
        <w:rPr>
          <w:rFonts w:cs="Times New Roman"/>
          <w:i/>
          <w:iCs/>
          <w:sz w:val="28"/>
          <w:szCs w:val="28"/>
          <w:lang w:val="vi-VN"/>
        </w:rPr>
        <w:t>ngày       tháng     năm 2026 của Chính phủ)</w:t>
      </w:r>
    </w:p>
    <w:p w14:paraId="40B3FE7E" w14:textId="77777777" w:rsidR="00CD77B2" w:rsidRPr="00CD77B2" w:rsidRDefault="00CD77B2" w:rsidP="00CD77B2">
      <w:pPr>
        <w:spacing w:after="0" w:line="240" w:lineRule="auto"/>
        <w:jc w:val="center"/>
        <w:rPr>
          <w:rFonts w:cs="Times New Roman"/>
          <w:sz w:val="30"/>
          <w:szCs w:val="28"/>
          <w:lang w:val="vi-VN"/>
        </w:rPr>
      </w:pPr>
    </w:p>
    <w:p w14:paraId="54370BA7" w14:textId="77777777" w:rsidR="00CD77B2" w:rsidRPr="00CD77B2" w:rsidRDefault="00CD77B2" w:rsidP="00CD77B2">
      <w:pPr>
        <w:spacing w:after="0" w:line="240" w:lineRule="auto"/>
        <w:jc w:val="center"/>
        <w:rPr>
          <w:rFonts w:cs="Times New Roman"/>
          <w:sz w:val="28"/>
          <w:szCs w:val="28"/>
          <w:vertAlign w:val="superscript"/>
          <w:lang w:val="vi-VN"/>
        </w:rPr>
      </w:pPr>
      <w:r w:rsidRPr="00CD77B2">
        <w:rPr>
          <w:rFonts w:cs="Times New Roman"/>
          <w:b/>
          <w:bCs/>
          <w:szCs w:val="28"/>
          <w:lang w:val="vi-VN"/>
        </w:rPr>
        <w:t>CỘNG HÒA XÃ HỘI CHỦ NGHĨA VIỆT NAM</w:t>
      </w:r>
      <w:r w:rsidRPr="00CD77B2">
        <w:rPr>
          <w:rFonts w:cs="Times New Roman"/>
          <w:b/>
          <w:bCs/>
          <w:sz w:val="28"/>
          <w:szCs w:val="28"/>
          <w:lang w:val="vi-VN"/>
        </w:rPr>
        <w:br/>
        <w:t>Độc lập - Tự do - Hạnh phúc</w:t>
      </w:r>
      <w:r w:rsidRPr="00CD77B2">
        <w:rPr>
          <w:rFonts w:cs="Times New Roman"/>
          <w:sz w:val="28"/>
          <w:szCs w:val="28"/>
          <w:lang w:val="vi-VN"/>
        </w:rPr>
        <w:br/>
      </w:r>
      <w:r w:rsidRPr="00CD77B2">
        <w:rPr>
          <w:rFonts w:cs="Times New Roman"/>
          <w:sz w:val="28"/>
          <w:szCs w:val="28"/>
          <w:vertAlign w:val="superscript"/>
          <w:lang w:val="vi-VN"/>
        </w:rPr>
        <w:t>_______________________________________</w:t>
      </w:r>
    </w:p>
    <w:p w14:paraId="5EC6E460" w14:textId="77777777" w:rsidR="00CD77B2" w:rsidRPr="00CD77B2" w:rsidRDefault="00CD77B2" w:rsidP="00CD77B2">
      <w:pPr>
        <w:spacing w:after="0" w:line="240" w:lineRule="auto"/>
        <w:jc w:val="center"/>
        <w:rPr>
          <w:rFonts w:cs="Times New Roman"/>
          <w:sz w:val="28"/>
          <w:szCs w:val="28"/>
          <w:lang w:val="vi-VN"/>
        </w:rPr>
      </w:pPr>
      <w:r w:rsidRPr="00CD77B2">
        <w:rPr>
          <w:rFonts w:cs="Times New Roman"/>
          <w:i/>
          <w:iCs/>
          <w:sz w:val="28"/>
          <w:szCs w:val="28"/>
          <w:lang w:val="vi-VN"/>
        </w:rPr>
        <w:t>……., ngày … tháng … năm ……</w:t>
      </w:r>
    </w:p>
    <w:p w14:paraId="0F34277F" w14:textId="77777777" w:rsidR="00CD77B2" w:rsidRPr="00CD77B2" w:rsidRDefault="00CD77B2" w:rsidP="00CD77B2">
      <w:pPr>
        <w:spacing w:after="0" w:line="240" w:lineRule="auto"/>
        <w:jc w:val="center"/>
        <w:rPr>
          <w:rFonts w:cs="Times New Roman"/>
          <w:b/>
          <w:bCs/>
          <w:sz w:val="28"/>
          <w:szCs w:val="28"/>
          <w:lang w:val="vi-VN"/>
        </w:rPr>
      </w:pPr>
    </w:p>
    <w:p w14:paraId="5EDBE6D6" w14:textId="77777777" w:rsidR="00CD77B2" w:rsidRPr="00CD77B2" w:rsidRDefault="00CD77B2" w:rsidP="00CD77B2">
      <w:pPr>
        <w:spacing w:after="0" w:line="240" w:lineRule="auto"/>
        <w:jc w:val="center"/>
        <w:rPr>
          <w:rFonts w:cs="Times New Roman"/>
          <w:b/>
          <w:bCs/>
          <w:sz w:val="28"/>
          <w:szCs w:val="28"/>
          <w:lang w:val="vi-VN"/>
        </w:rPr>
      </w:pPr>
      <w:r w:rsidRPr="00CD77B2">
        <w:rPr>
          <w:rFonts w:cs="Times New Roman"/>
          <w:b/>
          <w:bCs/>
          <w:sz w:val="28"/>
          <w:szCs w:val="28"/>
          <w:lang w:val="vi-VN"/>
        </w:rPr>
        <w:t>ĐƠN ĐỀ NGHỊ</w:t>
      </w:r>
      <w:r w:rsidRPr="00CD77B2">
        <w:rPr>
          <w:rFonts w:cs="Times New Roman"/>
          <w:sz w:val="28"/>
          <w:szCs w:val="28"/>
          <w:lang w:val="vi-VN"/>
        </w:rPr>
        <w:br/>
      </w:r>
      <w:r w:rsidRPr="00CD77B2">
        <w:rPr>
          <w:rFonts w:cs="Times New Roman"/>
          <w:b/>
          <w:bCs/>
          <w:sz w:val="28"/>
          <w:szCs w:val="28"/>
          <w:lang w:val="vi-VN"/>
        </w:rPr>
        <w:t>CẤP MÃ SỐ VÙNG TRỒNG</w:t>
      </w:r>
    </w:p>
    <w:p w14:paraId="35338652" w14:textId="77777777" w:rsidR="00CD77B2" w:rsidRPr="00CD77B2" w:rsidRDefault="00CD77B2" w:rsidP="00CD77B2">
      <w:pPr>
        <w:spacing w:after="0" w:line="240" w:lineRule="auto"/>
        <w:jc w:val="center"/>
        <w:rPr>
          <w:rFonts w:cs="Times New Roman"/>
          <w:sz w:val="28"/>
          <w:szCs w:val="28"/>
          <w:lang w:val="vi-VN"/>
        </w:rPr>
      </w:pPr>
    </w:p>
    <w:p w14:paraId="14B4C4D1" w14:textId="77777777" w:rsidR="00CD77B2" w:rsidRPr="00CD77B2" w:rsidRDefault="00CD77B2" w:rsidP="00CD77B2">
      <w:pPr>
        <w:spacing w:after="0" w:line="240" w:lineRule="auto"/>
        <w:jc w:val="center"/>
        <w:rPr>
          <w:rFonts w:cs="Times New Roman"/>
          <w:sz w:val="28"/>
          <w:szCs w:val="28"/>
        </w:rPr>
      </w:pPr>
      <w:r w:rsidRPr="00CD77B2">
        <w:rPr>
          <w:rFonts w:cs="Times New Roman"/>
          <w:sz w:val="28"/>
          <w:szCs w:val="28"/>
          <w:lang w:val="vi-VN"/>
        </w:rPr>
        <w:t xml:space="preserve">Kính gửi: </w:t>
      </w:r>
      <w:r w:rsidRPr="00CD77B2">
        <w:rPr>
          <w:rFonts w:cs="Times New Roman"/>
          <w:sz w:val="28"/>
          <w:szCs w:val="28"/>
        </w:rPr>
        <w:t>…………………..</w:t>
      </w:r>
      <w:r w:rsidRPr="00CD77B2">
        <w:rPr>
          <w:rFonts w:cs="Times New Roman"/>
          <w:sz w:val="28"/>
          <w:szCs w:val="28"/>
          <w:lang w:val="vi-VN"/>
        </w:rPr>
        <w:t>……</w:t>
      </w:r>
    </w:p>
    <w:p w14:paraId="75EF5546" w14:textId="77777777" w:rsidR="00CD77B2" w:rsidRPr="00CD77B2" w:rsidRDefault="00CD77B2" w:rsidP="00CD77B2">
      <w:pPr>
        <w:spacing w:after="0" w:line="240" w:lineRule="auto"/>
        <w:jc w:val="center"/>
        <w:rPr>
          <w:rFonts w:cs="Times New Roman"/>
          <w:sz w:val="28"/>
          <w:szCs w:val="28"/>
        </w:rPr>
      </w:pPr>
    </w:p>
    <w:p w14:paraId="79A745FA" w14:textId="77777777" w:rsidR="00CD77B2" w:rsidRPr="00CD77B2" w:rsidRDefault="00CD77B2" w:rsidP="00CD77B2">
      <w:pPr>
        <w:spacing w:before="100" w:after="100" w:line="320" w:lineRule="atLeast"/>
        <w:ind w:firstLine="567"/>
        <w:rPr>
          <w:rFonts w:cs="Times New Roman"/>
          <w:b/>
          <w:bCs/>
          <w:sz w:val="28"/>
          <w:szCs w:val="28"/>
          <w:lang w:val="vi-VN"/>
        </w:rPr>
      </w:pPr>
      <w:r w:rsidRPr="00CD77B2">
        <w:rPr>
          <w:rFonts w:cs="Times New Roman"/>
          <w:b/>
          <w:bCs/>
          <w:sz w:val="28"/>
          <w:szCs w:val="28"/>
          <w:lang w:val="vi-VN"/>
        </w:rPr>
        <w:t>I. THÔNG TIN CHUNG</w:t>
      </w:r>
    </w:p>
    <w:p w14:paraId="21348939"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1. Đối với trường hợp tổ chức đề nghị cấp mã số:</w:t>
      </w:r>
    </w:p>
    <w:p w14:paraId="77811DDB" w14:textId="36A6D10D"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Tên tổ chức đề n</w:t>
      </w:r>
      <w:r w:rsidR="00C00374">
        <w:rPr>
          <w:rFonts w:cs="Times New Roman"/>
          <w:sz w:val="28"/>
          <w:szCs w:val="28"/>
          <w:lang w:val="vi-VN"/>
        </w:rPr>
        <w:t>ghị cấp mã số: …………………………………………</w:t>
      </w:r>
    </w:p>
    <w:p w14:paraId="2F6345B5"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Địa chỉ: ……………………………………………………………………</w:t>
      </w:r>
    </w:p>
    <w:p w14:paraId="0E760101" w14:textId="23566C5F"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Mã định danh hoặc mã số t</w:t>
      </w:r>
      <w:r w:rsidR="00C00374">
        <w:rPr>
          <w:rFonts w:cs="Times New Roman"/>
          <w:sz w:val="28"/>
          <w:szCs w:val="28"/>
          <w:lang w:val="vi-VN"/>
        </w:rPr>
        <w:t>huế của tổ chức: ………..………………..…</w:t>
      </w:r>
    </w:p>
    <w:p w14:paraId="60114B71"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Người đại diện: ……………………………………………………….......</w:t>
      </w:r>
    </w:p>
    <w:p w14:paraId="12882437"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Điện thoại: …………………………….. Email: …………………………</w:t>
      </w:r>
    </w:p>
    <w:p w14:paraId="0BE2169E" w14:textId="77777777" w:rsidR="00CD77B2" w:rsidRPr="00CD77B2" w:rsidRDefault="00CD77B2" w:rsidP="00CD77B2">
      <w:pPr>
        <w:spacing w:before="100" w:after="100" w:line="320" w:lineRule="atLeast"/>
        <w:ind w:firstLine="567"/>
        <w:rPr>
          <w:rFonts w:cs="Times New Roman"/>
          <w:spacing w:val="4"/>
          <w:sz w:val="28"/>
          <w:szCs w:val="28"/>
          <w:lang w:val="vi-VN"/>
        </w:rPr>
      </w:pPr>
      <w:r w:rsidRPr="00CD77B2">
        <w:rPr>
          <w:rFonts w:cs="Times New Roman"/>
          <w:spacing w:val="4"/>
          <w:sz w:val="28"/>
          <w:szCs w:val="28"/>
          <w:lang w:val="vi-VN"/>
        </w:rPr>
        <w:t>2. Đối với trường hợp cá nhân/hộ gia đình/nhóm hộ gia đình đề nghị cấp mã số:</w:t>
      </w:r>
    </w:p>
    <w:p w14:paraId="7B8A6D8F" w14:textId="18EEC254"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Họ và tên người đại diệ</w:t>
      </w:r>
      <w:r w:rsidR="00C00374">
        <w:rPr>
          <w:rFonts w:cs="Times New Roman"/>
          <w:sz w:val="28"/>
          <w:szCs w:val="28"/>
          <w:lang w:val="vi-VN"/>
        </w:rPr>
        <w:t>n đề nghị cấp mã số:……………………………</w:t>
      </w:r>
    </w:p>
    <w:p w14:paraId="0899EFB4"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Số Căn cước công dân (của người đại diện đề nghị cấp mã số)……... ngày cấp ….. cơ quan cấp …………………………….</w:t>
      </w:r>
    </w:p>
    <w:p w14:paraId="148D7D79"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Điện thoại: ……………………………….. Email: ………………………</w:t>
      </w:r>
    </w:p>
    <w:p w14:paraId="13133D76"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Địa chỉ: ……………………………………………………………………</w:t>
      </w:r>
    </w:p>
    <w:p w14:paraId="64299BAD"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b/>
          <w:bCs/>
          <w:sz w:val="28"/>
          <w:szCs w:val="28"/>
          <w:lang w:val="vi-VN"/>
        </w:rPr>
        <w:t>II.</w:t>
      </w:r>
      <w:r w:rsidRPr="00CD77B2">
        <w:rPr>
          <w:rFonts w:cs="Times New Roman"/>
          <w:sz w:val="28"/>
          <w:szCs w:val="28"/>
          <w:lang w:val="vi-VN"/>
        </w:rPr>
        <w:t xml:space="preserve"> </w:t>
      </w:r>
      <w:r w:rsidRPr="00CD77B2">
        <w:rPr>
          <w:rFonts w:cs="Times New Roman"/>
          <w:b/>
          <w:bCs/>
          <w:sz w:val="28"/>
          <w:szCs w:val="28"/>
          <w:lang w:val="vi-VN"/>
        </w:rPr>
        <w:t>MÔ TẢ VỀ VÙNG TRỒNG</w:t>
      </w:r>
    </w:p>
    <w:p w14:paraId="2B462473"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1. Tên vùng trồng đề nghị cấp mã số:……………………………………….</w:t>
      </w:r>
    </w:p>
    <w:p w14:paraId="3CF11922" w14:textId="5E528581" w:rsidR="00CD77B2" w:rsidRPr="003A778F"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2. Địa chỉ vùng trồng (ghi theo địa chỉ hành chính):</w:t>
      </w:r>
      <w:r w:rsidR="00F14712" w:rsidRPr="003A778F">
        <w:rPr>
          <w:rFonts w:cs="Times New Roman"/>
          <w:sz w:val="28"/>
          <w:szCs w:val="28"/>
          <w:lang w:val="vi-VN"/>
        </w:rPr>
        <w:t>………………………..</w:t>
      </w:r>
    </w:p>
    <w:p w14:paraId="085E0087" w14:textId="7777777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Tổ chức cá nhân kê khai một trong các trường thông tin sau:</w:t>
      </w:r>
    </w:p>
    <w:p w14:paraId="1946DFFC" w14:textId="382724A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 Mã số định danh thửa đất:………………………</w:t>
      </w:r>
      <w:r w:rsidR="007B2DEA" w:rsidRPr="003A778F">
        <w:rPr>
          <w:rFonts w:cs="Times New Roman"/>
          <w:sz w:val="28"/>
          <w:szCs w:val="28"/>
          <w:lang w:val="vi-VN"/>
        </w:rPr>
        <w:t xml:space="preserve">; Diện tích </w:t>
      </w:r>
      <w:r w:rsidRPr="00CD77B2">
        <w:rPr>
          <w:rFonts w:cs="Times New Roman"/>
          <w:sz w:val="28"/>
          <w:szCs w:val="28"/>
          <w:lang w:val="vi-VN"/>
        </w:rPr>
        <w:t>…………….</w:t>
      </w:r>
    </w:p>
    <w:p w14:paraId="4F0B8F14" w14:textId="7777777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w:t>
      </w:r>
      <w:r w:rsidRPr="00CD77B2">
        <w:rPr>
          <w:rFonts w:cs="Times New Roman"/>
          <w:i/>
          <w:iCs/>
          <w:sz w:val="28"/>
          <w:szCs w:val="28"/>
          <w:lang w:val="vi-VN"/>
        </w:rPr>
        <w:t>nếu có nhiều thửa đất thì ghi đầy đủ mã số định danh từng thửa đất kèm diện tích mỗi thửa hoặc nộp kèm theo đơn</w:t>
      </w:r>
      <w:r w:rsidRPr="00CD77B2">
        <w:rPr>
          <w:rFonts w:cs="Times New Roman"/>
          <w:sz w:val="28"/>
          <w:szCs w:val="28"/>
          <w:lang w:val="vi-VN"/>
        </w:rPr>
        <w:t>).</w:t>
      </w:r>
    </w:p>
    <w:p w14:paraId="097CC584" w14:textId="7777777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Hoặc</w:t>
      </w:r>
    </w:p>
    <w:p w14:paraId="12B204DD" w14:textId="70B3E269" w:rsidR="00CD77B2" w:rsidRPr="00CD77B2" w:rsidRDefault="00CD77B2" w:rsidP="00CD77B2">
      <w:pPr>
        <w:shd w:val="clear" w:color="auto" w:fill="FFFFFF"/>
        <w:spacing w:before="100" w:after="100" w:line="320" w:lineRule="atLeast"/>
        <w:ind w:firstLine="567"/>
        <w:rPr>
          <w:rFonts w:cs="Times New Roman"/>
          <w:sz w:val="28"/>
          <w:szCs w:val="28"/>
        </w:rPr>
      </w:pPr>
      <w:r w:rsidRPr="00CD77B2">
        <w:rPr>
          <w:rFonts w:cs="Times New Roman"/>
          <w:sz w:val="28"/>
          <w:szCs w:val="28"/>
          <w:lang w:val="vi-VN"/>
        </w:rPr>
        <w:t>- Số thứ tự thửa đất: …………; Số tờ bản đồ: ………</w:t>
      </w:r>
      <w:r w:rsidR="007B2DEA" w:rsidRPr="003A778F">
        <w:rPr>
          <w:rFonts w:cs="Times New Roman"/>
          <w:color w:val="EE0000"/>
          <w:sz w:val="28"/>
          <w:szCs w:val="28"/>
          <w:lang w:val="vi-VN"/>
        </w:rPr>
        <w:t xml:space="preserve"> </w:t>
      </w:r>
      <w:r w:rsidR="007B2DEA" w:rsidRPr="00CB117A">
        <w:rPr>
          <w:rFonts w:cs="Times New Roman"/>
          <w:sz w:val="28"/>
          <w:szCs w:val="28"/>
        </w:rPr>
        <w:t xml:space="preserve">Diện tích </w:t>
      </w:r>
      <w:r w:rsidRPr="00CD77B2">
        <w:rPr>
          <w:rFonts w:cs="Times New Roman"/>
          <w:sz w:val="28"/>
          <w:szCs w:val="28"/>
          <w:lang w:val="vi-VN"/>
        </w:rPr>
        <w:t>………</w:t>
      </w:r>
    </w:p>
    <w:p w14:paraId="527156B2" w14:textId="7777777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i/>
          <w:iCs/>
          <w:sz w:val="28"/>
          <w:szCs w:val="28"/>
          <w:lang w:val="vi-VN"/>
        </w:rPr>
        <w:t>(Trường hợp không có thông tin mã số định danh thửa đất; nếu có nhiều thửa đất thì ghi đầy đủ số thứ tự từng thửa đất, số tờ bản đồ kèm diện tích mỗi thửa hoặc nộp kèm theo đơn</w:t>
      </w:r>
      <w:r w:rsidRPr="00CD77B2">
        <w:rPr>
          <w:rFonts w:cs="Times New Roman"/>
          <w:sz w:val="28"/>
          <w:szCs w:val="28"/>
          <w:lang w:val="vi-VN"/>
        </w:rPr>
        <w:t>)</w:t>
      </w:r>
    </w:p>
    <w:p w14:paraId="6117BE48" w14:textId="77777777" w:rsidR="00CD77B2" w:rsidRPr="00CD77B2" w:rsidRDefault="00CD77B2" w:rsidP="00CD77B2">
      <w:pPr>
        <w:shd w:val="clear" w:color="auto" w:fill="FFFFFF"/>
        <w:spacing w:before="100" w:after="100" w:line="320" w:lineRule="atLeast"/>
        <w:ind w:firstLine="567"/>
        <w:rPr>
          <w:rFonts w:cs="Times New Roman"/>
          <w:sz w:val="28"/>
          <w:szCs w:val="28"/>
          <w:lang w:val="vi-VN"/>
        </w:rPr>
      </w:pPr>
      <w:r w:rsidRPr="00CD77B2">
        <w:rPr>
          <w:rFonts w:cs="Times New Roman"/>
          <w:sz w:val="28"/>
          <w:szCs w:val="28"/>
          <w:lang w:val="vi-VN"/>
        </w:rPr>
        <w:t xml:space="preserve">Hoặc </w:t>
      </w:r>
    </w:p>
    <w:p w14:paraId="66EBC544" w14:textId="2149A8ED" w:rsidR="00CD77B2" w:rsidRPr="00C00374" w:rsidRDefault="00CD77B2" w:rsidP="00CD77B2">
      <w:pPr>
        <w:shd w:val="clear" w:color="auto" w:fill="FFFFFF"/>
        <w:spacing w:before="100" w:after="100" w:line="320" w:lineRule="atLeast"/>
        <w:ind w:firstLine="567"/>
        <w:rPr>
          <w:rFonts w:cs="Times New Roman"/>
          <w:sz w:val="28"/>
          <w:szCs w:val="28"/>
        </w:rPr>
      </w:pPr>
      <w:r w:rsidRPr="00CB117A">
        <w:rPr>
          <w:rFonts w:cs="Times New Roman"/>
          <w:sz w:val="28"/>
          <w:szCs w:val="28"/>
          <w:lang w:val="vi-VN"/>
        </w:rPr>
        <w:t xml:space="preserve">- </w:t>
      </w:r>
      <w:r w:rsidR="00F14712" w:rsidRPr="003A778F">
        <w:rPr>
          <w:rFonts w:cs="Times New Roman"/>
          <w:sz w:val="28"/>
          <w:szCs w:val="28"/>
          <w:lang w:val="vi-VN"/>
        </w:rPr>
        <w:t xml:space="preserve">Địa chỉ </w:t>
      </w:r>
      <w:r w:rsidRPr="00CB117A">
        <w:rPr>
          <w:rFonts w:cs="Times New Roman"/>
          <w:sz w:val="28"/>
          <w:szCs w:val="28"/>
          <w:lang w:val="vi-VN"/>
        </w:rPr>
        <w:t>thửa đất ………………………</w:t>
      </w:r>
      <w:r w:rsidR="007B2DEA" w:rsidRPr="003A778F">
        <w:rPr>
          <w:rFonts w:cs="Times New Roman"/>
          <w:sz w:val="28"/>
          <w:szCs w:val="28"/>
          <w:lang w:val="vi-VN"/>
        </w:rPr>
        <w:t xml:space="preserve"> </w:t>
      </w:r>
      <w:r w:rsidR="007B2DEA" w:rsidRPr="00CB117A">
        <w:rPr>
          <w:rFonts w:cs="Times New Roman"/>
          <w:sz w:val="28"/>
          <w:szCs w:val="28"/>
        </w:rPr>
        <w:t xml:space="preserve">Diện tích </w:t>
      </w:r>
      <w:r w:rsidRPr="00CD77B2">
        <w:rPr>
          <w:rFonts w:cs="Times New Roman"/>
          <w:sz w:val="28"/>
          <w:szCs w:val="28"/>
          <w:lang w:val="vi-VN"/>
        </w:rPr>
        <w:t>………………………</w:t>
      </w:r>
    </w:p>
    <w:p w14:paraId="7DFBBE3B" w14:textId="77777777" w:rsidR="00CD77B2" w:rsidRPr="00CD77B2" w:rsidRDefault="00CD77B2" w:rsidP="00CD77B2">
      <w:pPr>
        <w:shd w:val="clear" w:color="auto" w:fill="FFFFFF"/>
        <w:spacing w:before="100" w:after="100" w:line="320" w:lineRule="atLeast"/>
        <w:ind w:firstLine="567"/>
        <w:rPr>
          <w:rFonts w:cs="Times New Roman"/>
          <w:i/>
          <w:iCs/>
          <w:sz w:val="28"/>
          <w:szCs w:val="28"/>
          <w:lang w:val="vi-VN"/>
        </w:rPr>
      </w:pPr>
      <w:r w:rsidRPr="00CD77B2">
        <w:rPr>
          <w:rFonts w:cs="Times New Roman"/>
          <w:i/>
          <w:iCs/>
          <w:sz w:val="28"/>
          <w:szCs w:val="28"/>
          <w:lang w:val="vi-VN"/>
        </w:rPr>
        <w:t>(Tổ chức/cá nhân tự kê khai trong trường hợp không có thông tin mã số định danh thửa đất, số thứ tự thửa đất hoặc số tờ bản đồ; nếu có nhiều thửa đất thì kê khai vị trí từng thửa kèm diện tích hoặc nộp kèm theo đơn).</w:t>
      </w:r>
    </w:p>
    <w:p w14:paraId="3DBDD94A" w14:textId="4C6707BF"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3. Tên cây</w:t>
      </w:r>
      <w:r w:rsidR="00C00374">
        <w:rPr>
          <w:rFonts w:cs="Times New Roman"/>
          <w:sz w:val="28"/>
          <w:szCs w:val="28"/>
          <w:lang w:val="vi-VN"/>
        </w:rPr>
        <w:t xml:space="preserve"> trồng: ……………………………………………….…………</w:t>
      </w:r>
    </w:p>
    <w:p w14:paraId="3745CF77" w14:textId="65742A87"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4. Tên giống</w:t>
      </w:r>
      <w:r w:rsidR="00C00374">
        <w:rPr>
          <w:rFonts w:cs="Times New Roman"/>
          <w:sz w:val="28"/>
          <w:szCs w:val="28"/>
          <w:lang w:val="vi-VN"/>
        </w:rPr>
        <w:t xml:space="preserve"> cây trồng:……………………………………………………</w:t>
      </w:r>
    </w:p>
    <w:p w14:paraId="0C34CB12"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5. Tuổi cây (áp dụng với cây lâu năm): ……………………………………..</w:t>
      </w:r>
    </w:p>
    <w:p w14:paraId="605F25EA" w14:textId="22D1B1B6"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 xml:space="preserve">6. Diện tích cây </w:t>
      </w:r>
      <w:r w:rsidR="00C00374">
        <w:rPr>
          <w:rFonts w:cs="Times New Roman"/>
          <w:sz w:val="28"/>
          <w:szCs w:val="28"/>
          <w:lang w:val="vi-VN"/>
        </w:rPr>
        <w:t>trồng (ha):………………………………………………….</w:t>
      </w:r>
    </w:p>
    <w:p w14:paraId="3D3E5A93"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7. Thời gian thu hoạch dự kiến: từ tháng ………. đến tháng…………………</w:t>
      </w:r>
    </w:p>
    <w:p w14:paraId="1C2587B4" w14:textId="20D57A04" w:rsidR="00CD77B2" w:rsidRPr="003A778F"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8. Sản lượng dự kiế</w:t>
      </w:r>
      <w:r w:rsidR="00C00374">
        <w:rPr>
          <w:rFonts w:cs="Times New Roman"/>
          <w:sz w:val="28"/>
          <w:szCs w:val="28"/>
          <w:lang w:val="vi-VN"/>
        </w:rPr>
        <w:t>n (tấn/ha/năm): ………………………………………</w:t>
      </w:r>
    </w:p>
    <w:p w14:paraId="66D3D71C" w14:textId="77777777" w:rsidR="00CD77B2" w:rsidRPr="00CD77B2" w:rsidRDefault="00CD77B2" w:rsidP="00CD77B2">
      <w:pPr>
        <w:spacing w:before="100" w:after="100" w:line="320" w:lineRule="atLeast"/>
        <w:ind w:firstLine="567"/>
        <w:rPr>
          <w:rFonts w:cs="Times New Roman"/>
          <w:sz w:val="28"/>
          <w:szCs w:val="28"/>
          <w:lang w:val="vi-VN"/>
        </w:rPr>
      </w:pPr>
      <w:r w:rsidRPr="00CD77B2">
        <w:rPr>
          <w:rFonts w:cs="Times New Roman"/>
          <w:sz w:val="28"/>
          <w:szCs w:val="28"/>
          <w:lang w:val="vi-VN"/>
        </w:rPr>
        <w:t>9. Số hộ tham gia vùng trồng: ……………………………………………..</w:t>
      </w:r>
    </w:p>
    <w:p w14:paraId="67F03B64" w14:textId="77777777" w:rsidR="00CD77B2" w:rsidRPr="00CD77B2" w:rsidRDefault="00CD77B2" w:rsidP="00CD77B2">
      <w:pPr>
        <w:spacing w:before="120" w:after="120" w:line="320" w:lineRule="atLeast"/>
        <w:ind w:firstLine="567"/>
        <w:rPr>
          <w:rFonts w:cs="Times New Roman"/>
          <w:i/>
          <w:iCs/>
          <w:sz w:val="28"/>
          <w:szCs w:val="28"/>
          <w:lang w:val="vi-VN"/>
        </w:rPr>
      </w:pPr>
      <w:r w:rsidRPr="00CD77B2">
        <w:rPr>
          <w:rFonts w:cs="Times New Roman"/>
          <w:i/>
          <w:iCs/>
          <w:sz w:val="28"/>
          <w:szCs w:val="28"/>
          <w:lang w:val="vi-VN"/>
        </w:rPr>
        <w:t>(Trường hợp có nhiều hộ tham gia thì liệt kê theo danh sách và diện tích của từng hộ tham gia hoặc nộp kèm theo Đơn đề nghị).</w:t>
      </w:r>
    </w:p>
    <w:p w14:paraId="06234C97"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sz w:val="28"/>
          <w:szCs w:val="28"/>
          <w:lang w:val="vi-VN"/>
        </w:rPr>
        <w:t>10. Quy trình sản xuất đang áp dụng (</w:t>
      </w:r>
      <w:r w:rsidRPr="00CD77B2">
        <w:rPr>
          <w:rFonts w:cs="Times New Roman"/>
          <w:i/>
          <w:iCs/>
          <w:sz w:val="28"/>
          <w:szCs w:val="28"/>
          <w:lang w:val="vi-VN"/>
        </w:rPr>
        <w:t>mô tả theo thực tế</w:t>
      </w:r>
      <w:r w:rsidRPr="00CD77B2">
        <w:rPr>
          <w:rFonts w:cs="Times New Roman"/>
          <w:sz w:val="28"/>
          <w:szCs w:val="28"/>
          <w:lang w:val="vi-VN"/>
        </w:rPr>
        <w:t>):…………................</w:t>
      </w:r>
    </w:p>
    <w:p w14:paraId="133DE77E"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sz w:val="28"/>
          <w:szCs w:val="28"/>
          <w:lang w:val="vi-VN"/>
        </w:rPr>
        <w:t>11</w:t>
      </w:r>
      <w:r w:rsidRPr="0084377A">
        <w:rPr>
          <w:rFonts w:cs="Times New Roman"/>
          <w:sz w:val="28"/>
          <w:szCs w:val="28"/>
          <w:lang w:val="vi-VN"/>
        </w:rPr>
        <w:t xml:space="preserve">. </w:t>
      </w:r>
      <w:r w:rsidRPr="009630BA">
        <w:rPr>
          <w:rFonts w:cs="Times New Roman"/>
          <w:sz w:val="28"/>
          <w:szCs w:val="28"/>
          <w:lang w:val="vi-VN"/>
        </w:rPr>
        <w:t>Hồ sơ ghi chép và lưu giữ thông tin liên quan đến quy trình sản xuất</w:t>
      </w:r>
      <w:r w:rsidRPr="0084377A">
        <w:rPr>
          <w:rFonts w:cs="Times New Roman"/>
          <w:sz w:val="28"/>
          <w:szCs w:val="28"/>
          <w:lang w:val="vi-VN"/>
        </w:rPr>
        <w:t>:</w:t>
      </w:r>
      <w:r w:rsidRPr="00CD77B2">
        <w:rPr>
          <w:rFonts w:cs="Times New Roman"/>
          <w:sz w:val="28"/>
          <w:szCs w:val="28"/>
          <w:lang w:val="vi-VN"/>
        </w:rPr>
        <w:t xml:space="preserve"> </w:t>
      </w:r>
    </w:p>
    <w:p w14:paraId="48E68DD0"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noProof/>
          <w:sz w:val="28"/>
          <w:szCs w:val="28"/>
        </w:rPr>
        <mc:AlternateContent>
          <mc:Choice Requires="wps">
            <w:drawing>
              <wp:anchor distT="0" distB="0" distL="114300" distR="114300" simplePos="0" relativeHeight="251666432" behindDoc="0" locked="0" layoutInCell="1" allowOverlap="1" wp14:anchorId="58B74F70" wp14:editId="0B6F73CD">
                <wp:simplePos x="0" y="0"/>
                <wp:positionH relativeFrom="column">
                  <wp:posOffset>5142230</wp:posOffset>
                </wp:positionH>
                <wp:positionV relativeFrom="paragraph">
                  <wp:posOffset>274320</wp:posOffset>
                </wp:positionV>
                <wp:extent cx="325120" cy="193675"/>
                <wp:effectExtent l="12065" t="12065" r="5715" b="13335"/>
                <wp:wrapNone/>
                <wp:docPr id="17270714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7B6B180" id="Rectangle 2" o:spid="_x0000_s1026" style="position:absolute;margin-left:404.9pt;margin-top:21.6pt;width:25.6pt;height: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"/>
            </w:pict>
          </mc:Fallback>
        </mc:AlternateContent>
      </w:r>
      <w:r w:rsidRPr="00CD77B2">
        <w:rPr>
          <w:rFonts w:cs="Times New Roman"/>
          <w:noProof/>
          <w:sz w:val="28"/>
          <w:szCs w:val="28"/>
        </w:rPr>
        <mc:AlternateContent>
          <mc:Choice Requires="wps">
            <w:drawing>
              <wp:anchor distT="0" distB="0" distL="114300" distR="114300" simplePos="0" relativeHeight="251664384" behindDoc="0" locked="0" layoutInCell="1" allowOverlap="1" wp14:anchorId="4DBA3977" wp14:editId="7C3B7AB2">
                <wp:simplePos x="0" y="0"/>
                <wp:positionH relativeFrom="column">
                  <wp:posOffset>2974975</wp:posOffset>
                </wp:positionH>
                <wp:positionV relativeFrom="paragraph">
                  <wp:posOffset>52070</wp:posOffset>
                </wp:positionV>
                <wp:extent cx="325120" cy="193675"/>
                <wp:effectExtent l="10795" t="12065" r="6985" b="13335"/>
                <wp:wrapNone/>
                <wp:docPr id="11822196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289FBB" id="Rectangle 3" o:spid="_x0000_s1026" style="position:absolute;margin-left:234.25pt;margin-top:4.1pt;width:25.6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"/>
            </w:pict>
          </mc:Fallback>
        </mc:AlternateContent>
      </w:r>
      <w:r w:rsidRPr="00CD77B2">
        <w:rPr>
          <w:rFonts w:cs="Times New Roman"/>
          <w:noProof/>
          <w:sz w:val="28"/>
          <w:szCs w:val="28"/>
        </w:rPr>
        <mc:AlternateContent>
          <mc:Choice Requires="wps">
            <w:drawing>
              <wp:anchor distT="0" distB="0" distL="114300" distR="114300" simplePos="0" relativeHeight="251663360" behindDoc="0" locked="0" layoutInCell="1" allowOverlap="1" wp14:anchorId="10DEF128" wp14:editId="53D653FC">
                <wp:simplePos x="0" y="0"/>
                <wp:positionH relativeFrom="column">
                  <wp:posOffset>829310</wp:posOffset>
                </wp:positionH>
                <wp:positionV relativeFrom="paragraph">
                  <wp:posOffset>29210</wp:posOffset>
                </wp:positionV>
                <wp:extent cx="325120" cy="193675"/>
                <wp:effectExtent l="12065" t="12065" r="5715" b="13335"/>
                <wp:wrapNone/>
                <wp:docPr id="17148277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9B5BA4A" id="Rectangle 2" o:spid="_x0000_s1026" style="position:absolute;margin-left:65.3pt;margin-top:2.3pt;width:25.6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"/>
            </w:pict>
          </mc:Fallback>
        </mc:AlternateContent>
      </w:r>
      <w:r w:rsidRPr="00CD77B2">
        <w:rPr>
          <w:rFonts w:cs="Times New Roman"/>
          <w:sz w:val="28"/>
          <w:szCs w:val="28"/>
          <w:lang w:val="vi-VN"/>
        </w:rPr>
        <w:t>Có</w:t>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t xml:space="preserve">Không </w:t>
      </w:r>
    </w:p>
    <w:p w14:paraId="4FDB3183"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noProof/>
          <w:sz w:val="28"/>
          <w:szCs w:val="28"/>
        </w:rPr>
        <mc:AlternateContent>
          <mc:Choice Requires="wps">
            <w:drawing>
              <wp:anchor distT="0" distB="0" distL="114300" distR="114300" simplePos="0" relativeHeight="251667456" behindDoc="0" locked="0" layoutInCell="1" allowOverlap="1" wp14:anchorId="6060DD2F" wp14:editId="7F1250D4">
                <wp:simplePos x="0" y="0"/>
                <wp:positionH relativeFrom="margin">
                  <wp:posOffset>2975610</wp:posOffset>
                </wp:positionH>
                <wp:positionV relativeFrom="paragraph">
                  <wp:posOffset>12700</wp:posOffset>
                </wp:positionV>
                <wp:extent cx="325120" cy="193675"/>
                <wp:effectExtent l="0" t="0" r="17780" b="15875"/>
                <wp:wrapNone/>
                <wp:docPr id="8972121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A0F887F" id="Rectangle 3" o:spid="_x0000_s1026" style="position:absolute;margin-left:234.3pt;margin-top:1pt;width:25.6pt;height:1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">
                <w10:wrap anchorx="margin"/>
              </v:rect>
            </w:pict>
          </mc:Fallback>
        </mc:AlternateContent>
      </w:r>
      <w:r w:rsidRPr="00CD77B2">
        <w:rPr>
          <w:rFonts w:cs="Times New Roman"/>
          <w:sz w:val="28"/>
          <w:szCs w:val="28"/>
          <w:lang w:val="vi-VN"/>
        </w:rPr>
        <w:t>12. Đăng ký tham gia xuất khẩu: Có</w:t>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t xml:space="preserve">Không </w:t>
      </w:r>
    </w:p>
    <w:p w14:paraId="27075D56" w14:textId="77777777" w:rsidR="00CD77B2" w:rsidRPr="00CD77B2" w:rsidRDefault="00CD77B2" w:rsidP="00CD77B2">
      <w:pPr>
        <w:spacing w:before="120" w:after="280" w:afterAutospacing="1" w:line="240" w:lineRule="auto"/>
        <w:ind w:firstLine="567"/>
        <w:rPr>
          <w:rFonts w:cs="Times New Roman"/>
          <w:i/>
          <w:sz w:val="28"/>
          <w:szCs w:val="28"/>
          <w:lang w:val="vi-VN"/>
        </w:rPr>
      </w:pPr>
      <w:r w:rsidRPr="00CD77B2">
        <w:rPr>
          <w:rFonts w:cs="Times New Roman"/>
          <w:noProof/>
          <w:sz w:val="28"/>
          <w:szCs w:val="28"/>
        </w:rPr>
        <mc:AlternateContent>
          <mc:Choice Requires="wps">
            <w:drawing>
              <wp:anchor distT="0" distB="0" distL="114300" distR="114300" simplePos="0" relativeHeight="251665408" behindDoc="0" locked="0" layoutInCell="1" allowOverlap="1" wp14:anchorId="7CB3BF69" wp14:editId="16C31CA7">
                <wp:simplePos x="0" y="0"/>
                <wp:positionH relativeFrom="margin">
                  <wp:posOffset>0</wp:posOffset>
                </wp:positionH>
                <wp:positionV relativeFrom="paragraph">
                  <wp:posOffset>376555</wp:posOffset>
                </wp:positionV>
                <wp:extent cx="325120" cy="193675"/>
                <wp:effectExtent l="0" t="0" r="17780" b="15875"/>
                <wp:wrapNone/>
                <wp:docPr id="6029696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F34E831" id="Rectangle 1" o:spid="_x0000_s1026" style="position:absolute;margin-left:0;margin-top:29.65pt;width:25.6pt;height:1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">
                <w10:wrap anchorx="margin"/>
              </v:rect>
            </w:pict>
          </mc:Fallback>
        </mc:AlternateContent>
      </w:r>
      <w:r w:rsidRPr="00CD77B2">
        <w:rPr>
          <w:rFonts w:cs="Times New Roman"/>
          <w:i/>
          <w:sz w:val="28"/>
          <w:szCs w:val="28"/>
          <w:lang w:val="vi-VN"/>
        </w:rPr>
        <w:t>Trường hợp chọn có thì chọn tiếp các nước đăng ký xuất khẩu cụ thể.</w:t>
      </w:r>
    </w:p>
    <w:p w14:paraId="6094718D"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sz w:val="28"/>
          <w:szCs w:val="28"/>
          <w:lang w:val="vi-VN"/>
        </w:rPr>
        <w:t>Cam kết đã tuân thủ đầy đủ các yêu cầu về kiểm dịch thực vật và an toàn thực phẩm của thị trường xuất khẩu đăng ký cấp mã số vùng trồng.</w:t>
      </w:r>
    </w:p>
    <w:p w14:paraId="39D508BD"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sz w:val="28"/>
          <w:szCs w:val="28"/>
          <w:lang w:val="vi-VN"/>
        </w:rPr>
        <w:t>Chúng tôi xin cam đoan các thông tin trong đơn, tài liệu kèm theo là đúng sự thật và chịu hoàn toàn trách nhiệm trước pháp luật.</w:t>
      </w:r>
    </w:p>
    <w:p w14:paraId="3CBCFE52" w14:textId="77777777" w:rsidR="00CD77B2" w:rsidRPr="00CD77B2" w:rsidRDefault="00CD77B2" w:rsidP="00CD77B2">
      <w:pPr>
        <w:spacing w:before="120" w:after="120" w:line="320" w:lineRule="atLeast"/>
        <w:ind w:firstLine="567"/>
        <w:rPr>
          <w:rFonts w:cs="Times New Roman"/>
          <w:sz w:val="28"/>
          <w:szCs w:val="28"/>
          <w:lang w:val="vi-VN"/>
        </w:rPr>
      </w:pPr>
      <w:r w:rsidRPr="00CD77B2">
        <w:rPr>
          <w:rFonts w:cs="Times New Roman"/>
          <w:sz w:val="28"/>
          <w:szCs w:val="28"/>
          <w:lang w:val="vi-VN"/>
        </w:rPr>
        <w:t>Đề nghị Quý cơ quan cấp mã số cho vùng trồng.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5"/>
        <w:gridCol w:w="5773"/>
      </w:tblGrid>
      <w:tr w:rsidR="00CD77B2" w:rsidRPr="003A778F" w14:paraId="6FF885F9" w14:textId="77777777" w:rsidTr="00B451B1">
        <w:trPr>
          <w:tblCellSpacing w:w="0" w:type="dxa"/>
        </w:trPr>
        <w:tc>
          <w:tcPr>
            <w:tcW w:w="1948" w:type="pct"/>
            <w:shd w:val="clear" w:color="auto" w:fill="FFFFFF"/>
            <w:tcMar>
              <w:top w:w="0" w:type="dxa"/>
              <w:left w:w="108" w:type="dxa"/>
              <w:bottom w:w="0" w:type="dxa"/>
              <w:right w:w="108" w:type="dxa"/>
            </w:tcMar>
            <w:hideMark/>
          </w:tcPr>
          <w:p w14:paraId="39756A74" w14:textId="77777777" w:rsidR="00CD77B2" w:rsidRPr="00CD77B2" w:rsidRDefault="00CD77B2" w:rsidP="00CD77B2">
            <w:pPr>
              <w:spacing w:before="120" w:after="280" w:afterAutospacing="1" w:line="240" w:lineRule="auto"/>
              <w:rPr>
                <w:rFonts w:cs="Times New Roman"/>
                <w:sz w:val="28"/>
                <w:szCs w:val="28"/>
                <w:lang w:val="vi-VN"/>
              </w:rPr>
            </w:pPr>
            <w:r w:rsidRPr="00CD77B2">
              <w:rPr>
                <w:rFonts w:cs="Times New Roman"/>
                <w:sz w:val="28"/>
                <w:szCs w:val="28"/>
                <w:lang w:val="vi-VN"/>
              </w:rPr>
              <w:t>  </w:t>
            </w:r>
          </w:p>
        </w:tc>
        <w:tc>
          <w:tcPr>
            <w:tcW w:w="3052" w:type="pct"/>
            <w:shd w:val="clear" w:color="auto" w:fill="FFFFFF"/>
            <w:tcMar>
              <w:top w:w="0" w:type="dxa"/>
              <w:left w:w="108" w:type="dxa"/>
              <w:bottom w:w="0" w:type="dxa"/>
              <w:right w:w="108" w:type="dxa"/>
            </w:tcMar>
            <w:hideMark/>
          </w:tcPr>
          <w:p w14:paraId="6881B5BC" w14:textId="77777777" w:rsidR="00CD77B2" w:rsidRPr="00CD77B2" w:rsidRDefault="00CD77B2" w:rsidP="00CD77B2">
            <w:pPr>
              <w:spacing w:after="0" w:line="240" w:lineRule="auto"/>
              <w:jc w:val="center"/>
              <w:rPr>
                <w:rFonts w:cs="Times New Roman"/>
                <w:b/>
                <w:bCs/>
                <w:szCs w:val="26"/>
                <w:lang w:val="vi-VN"/>
              </w:rPr>
            </w:pPr>
          </w:p>
          <w:p w14:paraId="5325E615" w14:textId="77777777" w:rsidR="00CD77B2" w:rsidRPr="00CD77B2" w:rsidRDefault="00CD77B2" w:rsidP="00CD77B2">
            <w:pPr>
              <w:spacing w:after="0" w:line="240" w:lineRule="auto"/>
              <w:jc w:val="center"/>
              <w:rPr>
                <w:rFonts w:cs="Times New Roman"/>
                <w:sz w:val="28"/>
                <w:szCs w:val="28"/>
                <w:lang w:val="vi-VN"/>
              </w:rPr>
            </w:pPr>
            <w:r w:rsidRPr="00CD77B2">
              <w:rPr>
                <w:rFonts w:cs="Times New Roman"/>
                <w:b/>
                <w:bCs/>
                <w:szCs w:val="26"/>
                <w:lang w:val="vi-VN"/>
              </w:rPr>
              <w:t>TỔ CHỨC/CÁ NHÂN ĐỀ NGHỊ CẤP MÃ SỐ</w:t>
            </w:r>
            <w:r w:rsidRPr="00CD77B2">
              <w:rPr>
                <w:rFonts w:cs="Times New Roman"/>
                <w:sz w:val="28"/>
                <w:szCs w:val="28"/>
                <w:lang w:val="vi-VN"/>
              </w:rPr>
              <w:br/>
            </w:r>
            <w:r w:rsidRPr="00CD77B2">
              <w:rPr>
                <w:rFonts w:cs="Times New Roman"/>
                <w:i/>
                <w:iCs/>
                <w:sz w:val="28"/>
                <w:szCs w:val="28"/>
                <w:lang w:val="vi-VN"/>
              </w:rPr>
              <w:t>(Ký tên, đóng dấu)</w:t>
            </w:r>
          </w:p>
        </w:tc>
      </w:tr>
    </w:tbl>
    <w:p w14:paraId="2C389333" w14:textId="77777777" w:rsidR="00CD77B2" w:rsidRPr="00CD77B2" w:rsidRDefault="00CD77B2" w:rsidP="00CD77B2">
      <w:pPr>
        <w:spacing w:after="0" w:line="240" w:lineRule="auto"/>
        <w:jc w:val="center"/>
        <w:rPr>
          <w:rFonts w:cs="Times New Roman"/>
          <w:b/>
          <w:bCs/>
          <w:sz w:val="28"/>
          <w:szCs w:val="28"/>
          <w:lang w:val="vi-VN"/>
        </w:rPr>
      </w:pPr>
    </w:p>
    <w:p w14:paraId="1173DB2E" w14:textId="601ACAAE" w:rsidR="00CD77B2" w:rsidRPr="003A778F" w:rsidRDefault="00CD77B2" w:rsidP="00CD77B2">
      <w:pPr>
        <w:spacing w:after="0" w:line="240" w:lineRule="auto"/>
        <w:jc w:val="center"/>
        <w:rPr>
          <w:rFonts w:cs="Times New Roman"/>
          <w:sz w:val="28"/>
          <w:szCs w:val="28"/>
          <w:lang w:val="vi-VN"/>
        </w:rPr>
      </w:pPr>
      <w:r w:rsidRPr="00CD77B2">
        <w:rPr>
          <w:rFonts w:cs="Times New Roman"/>
          <w:b/>
          <w:bCs/>
          <w:sz w:val="28"/>
          <w:szCs w:val="28"/>
          <w:lang w:val="vi-VN"/>
        </w:rPr>
        <w:br w:type="page"/>
        <w:t>Phụ lục II</w:t>
      </w:r>
      <w:r w:rsidR="001B71E3" w:rsidRPr="003A778F">
        <w:rPr>
          <w:rFonts w:cs="Times New Roman"/>
          <w:b/>
          <w:bCs/>
          <w:sz w:val="28"/>
          <w:szCs w:val="28"/>
          <w:lang w:val="vi-VN"/>
        </w:rPr>
        <w:t>I</w:t>
      </w:r>
    </w:p>
    <w:p w14:paraId="24AC2A69" w14:textId="77777777" w:rsidR="00CD77B2" w:rsidRPr="00CD77B2" w:rsidRDefault="00CD77B2" w:rsidP="00CD77B2">
      <w:pPr>
        <w:spacing w:after="0" w:line="240" w:lineRule="auto"/>
        <w:jc w:val="center"/>
        <w:rPr>
          <w:rFonts w:cs="Times New Roman"/>
          <w:b/>
          <w:bCs/>
          <w:sz w:val="28"/>
          <w:szCs w:val="28"/>
          <w:lang w:val="vi-VN"/>
        </w:rPr>
      </w:pPr>
      <w:r w:rsidRPr="00CD77B2">
        <w:rPr>
          <w:rFonts w:cs="Times New Roman"/>
          <w:b/>
          <w:bCs/>
          <w:sz w:val="28"/>
          <w:szCs w:val="28"/>
          <w:lang w:val="vi-VN"/>
        </w:rPr>
        <w:t>ĐƠN ĐỀ NGHỊ CẤP MÃ SỐ CƠ SỞ ĐÓNG GÓI</w:t>
      </w:r>
    </w:p>
    <w:p w14:paraId="7BE3C88C" w14:textId="21E25408" w:rsidR="00CD77B2" w:rsidRPr="00CD77B2" w:rsidRDefault="00CD77B2" w:rsidP="00CD77B2">
      <w:pPr>
        <w:spacing w:after="0" w:line="240" w:lineRule="auto"/>
        <w:jc w:val="center"/>
        <w:rPr>
          <w:rFonts w:cs="Times New Roman"/>
          <w:i/>
          <w:iCs/>
          <w:sz w:val="28"/>
          <w:szCs w:val="28"/>
          <w:lang w:val="vi-VN"/>
        </w:rPr>
      </w:pPr>
      <w:r w:rsidRPr="00CD77B2">
        <w:rPr>
          <w:rFonts w:cs="Times New Roman"/>
          <w:i/>
          <w:iCs/>
          <w:sz w:val="28"/>
          <w:szCs w:val="28"/>
          <w:lang w:val="vi-VN"/>
        </w:rPr>
        <w:t xml:space="preserve">(Kèm theo Nghị </w:t>
      </w:r>
      <w:r w:rsidRPr="003A778F">
        <w:rPr>
          <w:rFonts w:cs="Times New Roman"/>
          <w:i/>
          <w:iCs/>
          <w:sz w:val="28"/>
          <w:szCs w:val="28"/>
          <w:lang w:val="vi-VN"/>
        </w:rPr>
        <w:t>định</w:t>
      </w:r>
      <w:r w:rsidRPr="00CD77B2">
        <w:rPr>
          <w:rFonts w:cs="Times New Roman"/>
          <w:i/>
          <w:iCs/>
          <w:sz w:val="28"/>
          <w:szCs w:val="28"/>
          <w:lang w:val="vi-VN"/>
        </w:rPr>
        <w:t xml:space="preserve"> số        /2026/</w:t>
      </w:r>
      <w:r w:rsidR="00FE4008" w:rsidRPr="00CD77B2">
        <w:rPr>
          <w:rFonts w:cs="Times New Roman"/>
          <w:i/>
          <w:iCs/>
          <w:sz w:val="28"/>
          <w:szCs w:val="28"/>
          <w:lang w:val="vi-VN"/>
        </w:rPr>
        <w:t>N</w:t>
      </w:r>
      <w:r w:rsidR="00FE4008" w:rsidRPr="003A778F">
        <w:rPr>
          <w:rFonts w:cs="Times New Roman"/>
          <w:i/>
          <w:iCs/>
          <w:sz w:val="28"/>
          <w:szCs w:val="28"/>
          <w:lang w:val="vi-VN"/>
        </w:rPr>
        <w:t>Đ</w:t>
      </w:r>
      <w:r w:rsidRPr="00CD77B2">
        <w:rPr>
          <w:rFonts w:cs="Times New Roman"/>
          <w:i/>
          <w:iCs/>
          <w:sz w:val="28"/>
          <w:szCs w:val="28"/>
          <w:lang w:val="vi-VN"/>
        </w:rPr>
        <w:t xml:space="preserve">-CP </w:t>
      </w:r>
    </w:p>
    <w:p w14:paraId="6C918ADC" w14:textId="77777777" w:rsidR="00CD77B2" w:rsidRPr="00CD77B2" w:rsidRDefault="00CD77B2" w:rsidP="00CD77B2">
      <w:pPr>
        <w:spacing w:after="0" w:line="240" w:lineRule="auto"/>
        <w:jc w:val="center"/>
        <w:rPr>
          <w:rFonts w:cs="Times New Roman"/>
          <w:i/>
          <w:iCs/>
          <w:sz w:val="28"/>
          <w:szCs w:val="28"/>
          <w:lang w:val="vi-VN"/>
        </w:rPr>
      </w:pPr>
      <w:r w:rsidRPr="00CD77B2">
        <w:rPr>
          <w:rFonts w:cs="Times New Roman"/>
          <w:i/>
          <w:iCs/>
          <w:sz w:val="28"/>
          <w:szCs w:val="28"/>
          <w:lang w:val="vi-VN"/>
        </w:rPr>
        <w:t>ngày     tháng     năm 2026 của Chính phủ)</w:t>
      </w:r>
    </w:p>
    <w:p w14:paraId="2688F842" w14:textId="77777777" w:rsidR="00CD77B2" w:rsidRPr="00CD77B2" w:rsidRDefault="00CD77B2" w:rsidP="00CD77B2">
      <w:pPr>
        <w:spacing w:after="0" w:line="240" w:lineRule="auto"/>
        <w:jc w:val="center"/>
        <w:rPr>
          <w:rFonts w:cs="Times New Roman"/>
          <w:b/>
          <w:bCs/>
          <w:sz w:val="36"/>
          <w:szCs w:val="28"/>
          <w:lang w:val="vi-VN"/>
        </w:rPr>
      </w:pPr>
    </w:p>
    <w:p w14:paraId="6FA8C9D3" w14:textId="77777777" w:rsidR="00CD77B2" w:rsidRPr="00CD77B2" w:rsidRDefault="00CD77B2" w:rsidP="00CD77B2">
      <w:pPr>
        <w:spacing w:after="0" w:line="240" w:lineRule="auto"/>
        <w:jc w:val="center"/>
        <w:rPr>
          <w:rFonts w:cs="Times New Roman"/>
          <w:b/>
          <w:bCs/>
          <w:szCs w:val="28"/>
          <w:lang w:val="vi-VN"/>
        </w:rPr>
      </w:pPr>
      <w:r w:rsidRPr="00CD77B2">
        <w:rPr>
          <w:rFonts w:cs="Times New Roman"/>
          <w:b/>
          <w:bCs/>
          <w:szCs w:val="28"/>
          <w:lang w:val="vi-VN"/>
        </w:rPr>
        <w:t>CỘNG HÒA XÃ HỘI CHỦ NGHĨA VIỆT NAM</w:t>
      </w:r>
    </w:p>
    <w:p w14:paraId="3953994A" w14:textId="77777777" w:rsidR="00CD77B2" w:rsidRPr="00CD77B2" w:rsidRDefault="00CD77B2" w:rsidP="00CD77B2">
      <w:pPr>
        <w:spacing w:after="0" w:line="240" w:lineRule="auto"/>
        <w:jc w:val="center"/>
        <w:rPr>
          <w:rFonts w:cs="Times New Roman"/>
          <w:b/>
          <w:bCs/>
          <w:sz w:val="28"/>
          <w:szCs w:val="28"/>
          <w:lang w:val="vi-VN"/>
        </w:rPr>
      </w:pPr>
      <w:r w:rsidRPr="00CD77B2">
        <w:rPr>
          <w:rFonts w:cs="Times New Roman"/>
          <w:b/>
          <w:bCs/>
          <w:sz w:val="28"/>
          <w:szCs w:val="28"/>
          <w:lang w:val="vi-VN"/>
        </w:rPr>
        <w:t>Độc lập - Tự do - Hạnh phúc</w:t>
      </w:r>
    </w:p>
    <w:p w14:paraId="572C8C9D" w14:textId="77777777" w:rsidR="00CD77B2" w:rsidRPr="00CD77B2" w:rsidRDefault="00CD77B2" w:rsidP="00CD77B2">
      <w:pPr>
        <w:spacing w:after="0" w:line="240" w:lineRule="auto"/>
        <w:jc w:val="center"/>
        <w:rPr>
          <w:rFonts w:cs="Times New Roman"/>
          <w:sz w:val="28"/>
          <w:szCs w:val="28"/>
          <w:vertAlign w:val="superscript"/>
          <w:lang w:val="vi-VN"/>
        </w:rPr>
      </w:pPr>
      <w:r w:rsidRPr="00CD77B2">
        <w:rPr>
          <w:rFonts w:cs="Times New Roman"/>
          <w:sz w:val="28"/>
          <w:szCs w:val="28"/>
          <w:vertAlign w:val="superscript"/>
          <w:lang w:val="vi-VN"/>
        </w:rPr>
        <w:t>_____________________________________</w:t>
      </w:r>
    </w:p>
    <w:p w14:paraId="631B4FFB" w14:textId="77777777" w:rsidR="00CD77B2" w:rsidRPr="00CD77B2" w:rsidRDefault="00CD77B2" w:rsidP="00CD77B2">
      <w:pPr>
        <w:spacing w:after="0" w:line="240" w:lineRule="auto"/>
        <w:jc w:val="center"/>
        <w:rPr>
          <w:rFonts w:cs="Times New Roman"/>
          <w:i/>
          <w:iCs/>
          <w:sz w:val="28"/>
          <w:szCs w:val="28"/>
          <w:lang w:val="vi-VN"/>
        </w:rPr>
      </w:pPr>
      <w:r w:rsidRPr="00CD77B2">
        <w:rPr>
          <w:rFonts w:cs="Times New Roman"/>
          <w:i/>
          <w:iCs/>
          <w:sz w:val="28"/>
          <w:szCs w:val="28"/>
          <w:lang w:val="vi-VN"/>
        </w:rPr>
        <w:t>……, ngày … tháng … năm ……</w:t>
      </w:r>
    </w:p>
    <w:p w14:paraId="29D82E12" w14:textId="77777777" w:rsidR="00CD77B2" w:rsidRPr="00CD77B2" w:rsidRDefault="00CD77B2" w:rsidP="00CD77B2">
      <w:pPr>
        <w:spacing w:after="0" w:line="240" w:lineRule="auto"/>
        <w:jc w:val="center"/>
        <w:rPr>
          <w:rFonts w:cs="Times New Roman"/>
          <w:i/>
          <w:iCs/>
          <w:sz w:val="28"/>
          <w:szCs w:val="28"/>
          <w:lang w:val="vi-VN"/>
        </w:rPr>
      </w:pPr>
    </w:p>
    <w:p w14:paraId="656C32DE" w14:textId="77777777" w:rsidR="00CD77B2" w:rsidRPr="00CD77B2" w:rsidRDefault="00CD77B2" w:rsidP="00CD77B2">
      <w:pPr>
        <w:spacing w:after="0" w:line="240" w:lineRule="auto"/>
        <w:jc w:val="center"/>
        <w:rPr>
          <w:rFonts w:cs="Times New Roman"/>
          <w:b/>
          <w:bCs/>
          <w:sz w:val="28"/>
          <w:szCs w:val="28"/>
          <w:lang w:val="vi-VN"/>
        </w:rPr>
      </w:pPr>
      <w:r w:rsidRPr="00CD77B2">
        <w:rPr>
          <w:rFonts w:cs="Times New Roman"/>
          <w:b/>
          <w:bCs/>
          <w:sz w:val="28"/>
          <w:szCs w:val="28"/>
          <w:lang w:val="vi-VN"/>
        </w:rPr>
        <w:t>ĐƠN ĐỀ NGHỊ</w:t>
      </w:r>
    </w:p>
    <w:p w14:paraId="02E84FAF" w14:textId="77777777" w:rsidR="00CD77B2" w:rsidRPr="00CD77B2" w:rsidRDefault="00CD77B2" w:rsidP="00CD77B2">
      <w:pPr>
        <w:spacing w:after="0" w:line="240" w:lineRule="auto"/>
        <w:jc w:val="center"/>
        <w:rPr>
          <w:rFonts w:cs="Times New Roman"/>
          <w:b/>
          <w:bCs/>
          <w:sz w:val="28"/>
          <w:szCs w:val="28"/>
          <w:lang w:val="vi-VN"/>
        </w:rPr>
      </w:pPr>
      <w:r w:rsidRPr="00CD77B2">
        <w:rPr>
          <w:rFonts w:cs="Times New Roman"/>
          <w:b/>
          <w:bCs/>
          <w:sz w:val="28"/>
          <w:szCs w:val="28"/>
          <w:lang w:val="vi-VN"/>
        </w:rPr>
        <w:t>CẤP MÃ SỐ CƠ SỞ ĐÓNG GÓI</w:t>
      </w:r>
    </w:p>
    <w:p w14:paraId="2545A8AB" w14:textId="77777777" w:rsidR="00CD77B2" w:rsidRPr="00CD77B2" w:rsidRDefault="00CD77B2" w:rsidP="00CD77B2">
      <w:pPr>
        <w:spacing w:after="0" w:line="240" w:lineRule="auto"/>
        <w:jc w:val="center"/>
        <w:rPr>
          <w:rFonts w:cs="Times New Roman"/>
          <w:b/>
          <w:bCs/>
          <w:sz w:val="28"/>
          <w:szCs w:val="28"/>
          <w:lang w:val="vi-VN"/>
        </w:rPr>
      </w:pPr>
    </w:p>
    <w:p w14:paraId="7C647585" w14:textId="77777777" w:rsidR="00CD77B2" w:rsidRPr="00CD77B2" w:rsidRDefault="00CD77B2" w:rsidP="00CD77B2">
      <w:pPr>
        <w:spacing w:after="0" w:line="240" w:lineRule="auto"/>
        <w:jc w:val="center"/>
        <w:rPr>
          <w:rFonts w:cs="Times New Roman"/>
          <w:sz w:val="28"/>
          <w:szCs w:val="28"/>
        </w:rPr>
      </w:pPr>
      <w:r w:rsidRPr="00CD77B2">
        <w:rPr>
          <w:rFonts w:cs="Times New Roman"/>
          <w:sz w:val="28"/>
          <w:szCs w:val="28"/>
          <w:lang w:val="vi-VN"/>
        </w:rPr>
        <w:t xml:space="preserve">Kính gửi: </w:t>
      </w:r>
      <w:r w:rsidRPr="00CD77B2">
        <w:rPr>
          <w:rFonts w:cs="Times New Roman"/>
          <w:sz w:val="28"/>
          <w:szCs w:val="28"/>
        </w:rPr>
        <w:t>……….</w:t>
      </w:r>
      <w:r w:rsidRPr="00CD77B2">
        <w:rPr>
          <w:rFonts w:cs="Times New Roman"/>
          <w:sz w:val="28"/>
          <w:szCs w:val="28"/>
          <w:lang w:val="vi-VN"/>
        </w:rPr>
        <w:t xml:space="preserve">…… </w:t>
      </w:r>
    </w:p>
    <w:p w14:paraId="34FD7883" w14:textId="77777777" w:rsidR="00CD77B2" w:rsidRPr="00CD77B2" w:rsidRDefault="00CD77B2" w:rsidP="00CD77B2">
      <w:pPr>
        <w:spacing w:after="0" w:line="240" w:lineRule="auto"/>
        <w:jc w:val="center"/>
        <w:rPr>
          <w:rFonts w:cs="Times New Roman"/>
          <w:sz w:val="28"/>
          <w:szCs w:val="28"/>
        </w:rPr>
      </w:pPr>
    </w:p>
    <w:p w14:paraId="7B05038A" w14:textId="77777777" w:rsidR="00CD77B2" w:rsidRPr="00CD77B2" w:rsidRDefault="00CD77B2" w:rsidP="00CD77B2">
      <w:pPr>
        <w:spacing w:before="120" w:after="0" w:line="240" w:lineRule="auto"/>
        <w:ind w:firstLine="567"/>
        <w:rPr>
          <w:rFonts w:cs="Times New Roman"/>
          <w:b/>
          <w:bCs/>
          <w:sz w:val="28"/>
          <w:szCs w:val="28"/>
          <w:lang w:val="vi-VN"/>
        </w:rPr>
      </w:pPr>
      <w:r w:rsidRPr="00CD77B2">
        <w:rPr>
          <w:rFonts w:cs="Times New Roman"/>
          <w:b/>
          <w:bCs/>
          <w:sz w:val="28"/>
          <w:szCs w:val="28"/>
          <w:lang w:val="vi-VN"/>
        </w:rPr>
        <w:t>I. THÔNG TIN CHUNG</w:t>
      </w:r>
    </w:p>
    <w:p w14:paraId="0A65D00E"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1. Đối với trường hợp tổ chức đề nghị cấp mã số:</w:t>
      </w:r>
    </w:p>
    <w:p w14:paraId="7EEB5391" w14:textId="551512EE"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Tên tổ chức đề n</w:t>
      </w:r>
      <w:r w:rsidR="00C00374">
        <w:rPr>
          <w:rFonts w:cs="Times New Roman"/>
          <w:sz w:val="28"/>
          <w:szCs w:val="28"/>
          <w:lang w:val="vi-VN"/>
        </w:rPr>
        <w:t>ghị cấp mã số: …………………………………………</w:t>
      </w:r>
    </w:p>
    <w:p w14:paraId="24F1E181"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Địa chỉ: ……………………………………………………………………</w:t>
      </w:r>
    </w:p>
    <w:p w14:paraId="6E64E734" w14:textId="77E0A041"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Mã định danh hoặc mã số thuế của</w:t>
      </w:r>
      <w:r w:rsidR="00C00374">
        <w:rPr>
          <w:rFonts w:cs="Times New Roman"/>
          <w:sz w:val="28"/>
          <w:szCs w:val="28"/>
          <w:lang w:val="vi-VN"/>
        </w:rPr>
        <w:t xml:space="preserve"> tổ chức: ………..………………..…</w:t>
      </w:r>
    </w:p>
    <w:p w14:paraId="3006B1D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Người đại diện: ……………………………………………………….......</w:t>
      </w:r>
    </w:p>
    <w:p w14:paraId="0BE0AFEA"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45C969B1" w14:textId="77777777" w:rsidR="00CD77B2" w:rsidRPr="00CD77B2" w:rsidRDefault="00CD77B2" w:rsidP="00CD77B2">
      <w:pPr>
        <w:spacing w:before="120" w:after="0" w:line="240" w:lineRule="auto"/>
        <w:ind w:firstLine="567"/>
        <w:rPr>
          <w:rFonts w:cs="Times New Roman"/>
          <w:spacing w:val="4"/>
          <w:sz w:val="28"/>
          <w:szCs w:val="28"/>
          <w:lang w:val="vi-VN"/>
        </w:rPr>
      </w:pPr>
      <w:r w:rsidRPr="00CD77B2">
        <w:rPr>
          <w:rFonts w:cs="Times New Roman"/>
          <w:spacing w:val="4"/>
          <w:sz w:val="28"/>
          <w:szCs w:val="28"/>
          <w:lang w:val="vi-VN"/>
        </w:rPr>
        <w:t>2. Đối với trường hợp cá nhân/hộ gia đình/nhóm hộ gia đình đề nghị cấp mã số:</w:t>
      </w:r>
    </w:p>
    <w:p w14:paraId="5AE8824B" w14:textId="28B54431"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Họ và tên người đại diệ</w:t>
      </w:r>
      <w:r w:rsidR="00C00374">
        <w:rPr>
          <w:rFonts w:cs="Times New Roman"/>
          <w:sz w:val="28"/>
          <w:szCs w:val="28"/>
          <w:lang w:val="vi-VN"/>
        </w:rPr>
        <w:t>n đề nghị cấp mã số:……………………………</w:t>
      </w:r>
    </w:p>
    <w:p w14:paraId="24DB4CAB"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Số Căn cước công dân (của người đại diện đề nghị cấp mã số)……... ngày cấp ….. cơ quan cấp …………………………….</w:t>
      </w:r>
    </w:p>
    <w:p w14:paraId="0C18F24C"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34140D99"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Địa chỉ: ……………………………………………………………………</w:t>
      </w:r>
    </w:p>
    <w:p w14:paraId="005A8512" w14:textId="77777777" w:rsidR="00CD77B2" w:rsidRPr="00CD77B2" w:rsidRDefault="00CD77B2" w:rsidP="00CD77B2">
      <w:pPr>
        <w:spacing w:before="120" w:after="0" w:line="240" w:lineRule="auto"/>
        <w:ind w:firstLine="567"/>
        <w:rPr>
          <w:rFonts w:cs="Times New Roman"/>
          <w:b/>
          <w:bCs/>
          <w:sz w:val="28"/>
          <w:szCs w:val="28"/>
          <w:lang w:val="vi-VN"/>
        </w:rPr>
      </w:pPr>
      <w:r w:rsidRPr="00CD77B2">
        <w:rPr>
          <w:rFonts w:cs="Times New Roman"/>
          <w:b/>
          <w:bCs/>
          <w:sz w:val="28"/>
          <w:szCs w:val="28"/>
          <w:lang w:val="vi-VN"/>
        </w:rPr>
        <w:t>II. MÔ TẢ VỀ CƠ SỞ ĐÓNG GÓI</w:t>
      </w:r>
    </w:p>
    <w:p w14:paraId="2BAFB8E4" w14:textId="11C77577"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1. Tên cơ sở đóng gói đề nghị cấp mã số:…………………………………</w:t>
      </w:r>
    </w:p>
    <w:p w14:paraId="0F54C2E6" w14:textId="5DE6E112" w:rsidR="00CD77B2" w:rsidRPr="00CD77B2" w:rsidRDefault="00CD77B2" w:rsidP="00CD77B2">
      <w:pPr>
        <w:shd w:val="clear" w:color="auto" w:fill="FFFFFF"/>
        <w:spacing w:before="120" w:after="0" w:line="240" w:lineRule="auto"/>
        <w:ind w:firstLine="567"/>
        <w:rPr>
          <w:rFonts w:cs="Times New Roman"/>
          <w:sz w:val="28"/>
          <w:szCs w:val="28"/>
          <w:lang w:val="vi-VN"/>
        </w:rPr>
      </w:pPr>
      <w:r w:rsidRPr="00CD77B2">
        <w:rPr>
          <w:rFonts w:cs="Times New Roman"/>
          <w:sz w:val="28"/>
          <w:szCs w:val="28"/>
          <w:lang w:val="vi-VN"/>
        </w:rPr>
        <w:t>2.  Địa chỉ cơ sở đóng gói: ………………………………………………..</w:t>
      </w:r>
    </w:p>
    <w:p w14:paraId="41C598AB" w14:textId="1167CC6B"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3. Tổng diện tích cơ sở đóng gói (m</w:t>
      </w:r>
      <w:r w:rsidRPr="00CD77B2">
        <w:rPr>
          <w:rFonts w:cs="Times New Roman"/>
          <w:sz w:val="28"/>
          <w:szCs w:val="28"/>
          <w:vertAlign w:val="superscript"/>
          <w:lang w:val="vi-VN"/>
        </w:rPr>
        <w:t>2</w:t>
      </w:r>
      <w:r w:rsidRPr="00CD77B2">
        <w:rPr>
          <w:rFonts w:cs="Times New Roman"/>
          <w:sz w:val="28"/>
          <w:szCs w:val="28"/>
          <w:lang w:val="vi-VN"/>
        </w:rPr>
        <w:t>): ……………………………………</w:t>
      </w:r>
    </w:p>
    <w:p w14:paraId="547EAAEA"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w:drawing>
          <wp:inline distT="0" distB="0" distL="0" distR="0" wp14:anchorId="562EEFBC" wp14:editId="61AFDA8F">
            <wp:extent cx="228600" cy="190500"/>
            <wp:effectExtent l="0" t="0" r="0" b="0"/>
            <wp:docPr id="830278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CD77B2">
        <w:rPr>
          <w:rFonts w:cs="Times New Roman"/>
          <w:sz w:val="28"/>
          <w:szCs w:val="28"/>
          <w:lang w:val="vi-VN"/>
        </w:rPr>
        <w:t xml:space="preserve"> Các phân khu chức năng riêng biệt được bố trí theo nguyên tắc một chiều, đảm bảo không lây nhiễm chéo.</w:t>
      </w:r>
    </w:p>
    <w:p w14:paraId="1A6FC83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w:drawing>
          <wp:inline distT="0" distB="0" distL="0" distR="0" wp14:anchorId="326082EE" wp14:editId="3B8BBC47">
            <wp:extent cx="228600" cy="190500"/>
            <wp:effectExtent l="0" t="0" r="0" b="0"/>
            <wp:docPr id="1770987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CD77B2">
        <w:rPr>
          <w:rFonts w:cs="Times New Roman"/>
          <w:sz w:val="28"/>
          <w:szCs w:val="28"/>
          <w:lang w:val="vi-VN"/>
        </w:rPr>
        <w:t xml:space="preserve"> Có nguồn điện, nước sạch, hệ thống thoát nước.</w:t>
      </w:r>
    </w:p>
    <w:p w14:paraId="4D60034D"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w:drawing>
          <wp:inline distT="0" distB="0" distL="0" distR="0" wp14:anchorId="7AC2C522" wp14:editId="1D11A549">
            <wp:extent cx="228600" cy="190500"/>
            <wp:effectExtent l="0" t="0" r="0" b="0"/>
            <wp:docPr id="5503535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CD77B2">
        <w:rPr>
          <w:rFonts w:cs="Times New Roman"/>
          <w:sz w:val="28"/>
          <w:szCs w:val="28"/>
          <w:lang w:val="vi-VN"/>
        </w:rPr>
        <w:t xml:space="preserve"> Có trang thiết bị, dụng cụ phục vụ tiếp nhận, phân loại, sơ chế, đóng gói và bảo quản sản phẩm.</w:t>
      </w:r>
    </w:p>
    <w:p w14:paraId="776B7257"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w:drawing>
          <wp:inline distT="0" distB="0" distL="0" distR="0" wp14:anchorId="48FEA5C7" wp14:editId="6C2AAF56">
            <wp:extent cx="228600" cy="190500"/>
            <wp:effectExtent l="0" t="0" r="0" b="0"/>
            <wp:docPr id="1975521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CD77B2">
        <w:rPr>
          <w:rFonts w:cs="Times New Roman"/>
          <w:sz w:val="28"/>
          <w:szCs w:val="28"/>
          <w:lang w:val="vi-VN"/>
        </w:rPr>
        <w:t xml:space="preserve"> Có biện pháp kiểm soát sinh vật gây hại.</w:t>
      </w:r>
    </w:p>
    <w:p w14:paraId="700E7DD8"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4. Công suất đóng gói (tấn/ngày): …………………………………………</w:t>
      </w:r>
    </w:p>
    <w:p w14:paraId="76FECC9D" w14:textId="77C51DAA"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5. Sản phẩm đăng ký mã số cơ sở đóng gói: ………………………………</w:t>
      </w:r>
    </w:p>
    <w:p w14:paraId="27FC9AB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mc:AlternateContent>
          <mc:Choice Requires="wps">
            <w:drawing>
              <wp:anchor distT="0" distB="0" distL="114300" distR="114300" simplePos="0" relativeHeight="251668480" behindDoc="0" locked="0" layoutInCell="1" allowOverlap="1" wp14:anchorId="3C957399" wp14:editId="4C808A13">
                <wp:simplePos x="0" y="0"/>
                <wp:positionH relativeFrom="column">
                  <wp:posOffset>5165090</wp:posOffset>
                </wp:positionH>
                <wp:positionV relativeFrom="paragraph">
                  <wp:posOffset>92710</wp:posOffset>
                </wp:positionV>
                <wp:extent cx="325120" cy="193675"/>
                <wp:effectExtent l="12065" t="12065" r="5715" b="13335"/>
                <wp:wrapNone/>
                <wp:docPr id="16333221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82555E3" id="Rectangle 2" o:spid="_x0000_s1026" style="position:absolute;margin-left:406.7pt;margin-top:7.3pt;width:25.6pt;height: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"/>
            </w:pict>
          </mc:Fallback>
        </mc:AlternateContent>
      </w:r>
      <w:r w:rsidRPr="00CD77B2">
        <w:rPr>
          <w:rFonts w:cs="Times New Roman"/>
          <w:noProof/>
          <w:sz w:val="28"/>
          <w:szCs w:val="28"/>
        </w:rPr>
        <mc:AlternateContent>
          <mc:Choice Requires="wps">
            <w:drawing>
              <wp:anchor distT="0" distB="0" distL="114300" distR="114300" simplePos="0" relativeHeight="251669504" behindDoc="0" locked="0" layoutInCell="1" allowOverlap="1" wp14:anchorId="7A3DDE67" wp14:editId="328A1E03">
                <wp:simplePos x="0" y="0"/>
                <wp:positionH relativeFrom="margin">
                  <wp:posOffset>2899410</wp:posOffset>
                </wp:positionH>
                <wp:positionV relativeFrom="paragraph">
                  <wp:posOffset>96520</wp:posOffset>
                </wp:positionV>
                <wp:extent cx="325120" cy="193675"/>
                <wp:effectExtent l="0" t="0" r="17780" b="15875"/>
                <wp:wrapNone/>
                <wp:docPr id="8830828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23CF552" id="Rectangle 3" o:spid="_x0000_s1026" style="position:absolute;margin-left:228.3pt;margin-top:7.6pt;width:25.6pt;height:1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">
                <w10:wrap anchorx="margin"/>
              </v:rect>
            </w:pict>
          </mc:Fallback>
        </mc:AlternateContent>
      </w:r>
      <w:r w:rsidRPr="00CD77B2">
        <w:rPr>
          <w:rFonts w:cs="Times New Roman"/>
          <w:sz w:val="28"/>
          <w:szCs w:val="28"/>
          <w:lang w:val="vi-VN"/>
        </w:rPr>
        <w:t>6. Đăng ký tham gia xuất khẩu: Có</w:t>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t xml:space="preserve">Không </w:t>
      </w:r>
    </w:p>
    <w:p w14:paraId="20C77BA7" w14:textId="77777777" w:rsidR="00CD77B2" w:rsidRPr="00CD77B2" w:rsidRDefault="00CD77B2" w:rsidP="00CD77B2">
      <w:pPr>
        <w:spacing w:before="120" w:after="0" w:line="240" w:lineRule="auto"/>
        <w:ind w:firstLine="567"/>
        <w:rPr>
          <w:rFonts w:cs="Times New Roman"/>
          <w:i/>
          <w:sz w:val="28"/>
          <w:szCs w:val="28"/>
          <w:lang w:val="vi-VN"/>
        </w:rPr>
      </w:pPr>
      <w:r w:rsidRPr="00CD77B2">
        <w:rPr>
          <w:rFonts w:cs="Times New Roman"/>
          <w:i/>
          <w:sz w:val="28"/>
          <w:szCs w:val="28"/>
          <w:lang w:val="vi-VN"/>
        </w:rPr>
        <w:t>Trường hợp chọn có thì chọn tiếp các nước đăng ký xuất khẩu cụ thể.</w:t>
      </w:r>
    </w:p>
    <w:p w14:paraId="1FDF791B"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mc:AlternateContent>
          <mc:Choice Requires="wps">
            <w:drawing>
              <wp:anchor distT="0" distB="0" distL="114300" distR="114300" simplePos="0" relativeHeight="251670528" behindDoc="0" locked="0" layoutInCell="1" allowOverlap="1" wp14:anchorId="77AE3805" wp14:editId="71A81D56">
                <wp:simplePos x="0" y="0"/>
                <wp:positionH relativeFrom="margin">
                  <wp:posOffset>2265045</wp:posOffset>
                </wp:positionH>
                <wp:positionV relativeFrom="paragraph">
                  <wp:posOffset>105410</wp:posOffset>
                </wp:positionV>
                <wp:extent cx="325120" cy="193675"/>
                <wp:effectExtent l="0" t="0" r="17780" b="15875"/>
                <wp:wrapNone/>
                <wp:docPr id="10463963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99AA28" id="Rectangle 3" o:spid="_x0000_s1026" style="position:absolute;margin-left:178.35pt;margin-top:8.3pt;width:25.6pt;height:15.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">
                <w10:wrap anchorx="margin"/>
              </v:rect>
            </w:pict>
          </mc:Fallback>
        </mc:AlternateContent>
      </w:r>
      <w:r w:rsidRPr="00CD77B2">
        <w:rPr>
          <w:rFonts w:cs="Times New Roman"/>
          <w:noProof/>
          <w:sz w:val="28"/>
          <w:szCs w:val="28"/>
        </w:rPr>
        <mc:AlternateContent>
          <mc:Choice Requires="wps">
            <w:drawing>
              <wp:anchor distT="0" distB="0" distL="114300" distR="114300" simplePos="0" relativeHeight="251671552" behindDoc="0" locked="0" layoutInCell="1" allowOverlap="1" wp14:anchorId="597A6074" wp14:editId="46D337DA">
                <wp:simplePos x="0" y="0"/>
                <wp:positionH relativeFrom="margin">
                  <wp:posOffset>3861435</wp:posOffset>
                </wp:positionH>
                <wp:positionV relativeFrom="paragraph">
                  <wp:posOffset>100965</wp:posOffset>
                </wp:positionV>
                <wp:extent cx="325120" cy="193675"/>
                <wp:effectExtent l="0" t="0" r="17780" b="15875"/>
                <wp:wrapNone/>
                <wp:docPr id="15124653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F4AAF85" id="Rectangle 3" o:spid="_x0000_s1026" style="position:absolute;margin-left:304.05pt;margin-top:7.95pt;width:25.6pt;height:15.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">
                <w10:wrap anchorx="margin"/>
              </v:rect>
            </w:pict>
          </mc:Fallback>
        </mc:AlternateContent>
      </w:r>
      <w:r w:rsidRPr="00CD77B2">
        <w:rPr>
          <w:rFonts w:cs="Times New Roman"/>
          <w:sz w:val="28"/>
          <w:szCs w:val="28"/>
          <w:lang w:val="vi-VN"/>
        </w:rPr>
        <w:t xml:space="preserve">7. Quy trình đóng gói: Có </w:t>
      </w:r>
      <w:r w:rsidRPr="00CD77B2">
        <w:rPr>
          <w:rFonts w:cs="Times New Roman"/>
          <w:sz w:val="32"/>
          <w:szCs w:val="32"/>
          <w:lang w:val="vi-VN"/>
        </w:rPr>
        <w:t xml:space="preserve"> </w:t>
      </w:r>
      <w:r w:rsidRPr="00CD77B2">
        <w:rPr>
          <w:rFonts w:cs="Times New Roman"/>
          <w:sz w:val="28"/>
          <w:szCs w:val="28"/>
          <w:lang w:val="vi-VN"/>
        </w:rPr>
        <w:t xml:space="preserve">                    Không   </w:t>
      </w:r>
    </w:p>
    <w:p w14:paraId="5B35C691"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noProof/>
          <w:sz w:val="28"/>
          <w:szCs w:val="28"/>
        </w:rPr>
        <mc:AlternateContent>
          <mc:Choice Requires="wps">
            <w:drawing>
              <wp:anchor distT="0" distB="0" distL="114300" distR="114300" simplePos="0" relativeHeight="251673600" behindDoc="0" locked="0" layoutInCell="1" allowOverlap="1" wp14:anchorId="30128DBF" wp14:editId="52D4B346">
                <wp:simplePos x="0" y="0"/>
                <wp:positionH relativeFrom="margin">
                  <wp:posOffset>4975860</wp:posOffset>
                </wp:positionH>
                <wp:positionV relativeFrom="paragraph">
                  <wp:posOffset>696595</wp:posOffset>
                </wp:positionV>
                <wp:extent cx="325120" cy="193675"/>
                <wp:effectExtent l="0" t="0" r="17780" b="15875"/>
                <wp:wrapNone/>
                <wp:docPr id="12323896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DDB6D1D" id="Rectangle 3" o:spid="_x0000_s1026" style="position:absolute;margin-left:391.8pt;margin-top:54.85pt;width:25.6pt;height:1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">
                <w10:wrap anchorx="margin"/>
              </v:rect>
            </w:pict>
          </mc:Fallback>
        </mc:AlternateContent>
      </w:r>
      <w:r w:rsidRPr="00CD77B2">
        <w:rPr>
          <w:rFonts w:cs="Times New Roman"/>
          <w:noProof/>
          <w:sz w:val="28"/>
          <w:szCs w:val="28"/>
        </w:rPr>
        <mc:AlternateContent>
          <mc:Choice Requires="wps">
            <w:drawing>
              <wp:anchor distT="0" distB="0" distL="114300" distR="114300" simplePos="0" relativeHeight="251672576" behindDoc="0" locked="0" layoutInCell="1" allowOverlap="1" wp14:anchorId="44EE6AEE" wp14:editId="098918E3">
                <wp:simplePos x="0" y="0"/>
                <wp:positionH relativeFrom="margin">
                  <wp:posOffset>3465195</wp:posOffset>
                </wp:positionH>
                <wp:positionV relativeFrom="paragraph">
                  <wp:posOffset>704215</wp:posOffset>
                </wp:positionV>
                <wp:extent cx="325120" cy="193675"/>
                <wp:effectExtent l="0" t="0" r="17780" b="15875"/>
                <wp:wrapNone/>
                <wp:docPr id="15730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3F37AD7" id="Rectangle 3" o:spid="_x0000_s1026" style="position:absolute;margin-left:272.85pt;margin-top:55.45pt;width:25.6pt;height:15.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">
                <w10:wrap anchorx="margin"/>
              </v:rect>
            </w:pict>
          </mc:Fallback>
        </mc:AlternateContent>
      </w:r>
      <w:r w:rsidRPr="00CD77B2">
        <w:rPr>
          <w:rFonts w:cs="Times New Roman"/>
          <w:sz w:val="28"/>
          <w:szCs w:val="28"/>
          <w:lang w:val="vi-VN"/>
        </w:rPr>
        <w:t xml:space="preserve">8. Hồ sơ ghi chép và lưu trữ các thông tin liên quan đến nguồn gốc sản phẩm cây trồng, quá trình thực hiện đóng gói, xuất khẩu hoặc tiêu thụ sản phẩm; hồ sơ kiểm soát sinh vật gây hại, hồ sơ theo dõi vệ sinh cơ sở đóng gói, hồ sơ về nhân sự, tập huấn nội bộ, hồ sơ sử dụng hóa chất: Có </w:t>
      </w:r>
      <w:r w:rsidRPr="00CD77B2">
        <w:rPr>
          <w:rFonts w:cs="Times New Roman"/>
          <w:sz w:val="32"/>
          <w:szCs w:val="32"/>
          <w:lang w:val="vi-VN"/>
        </w:rPr>
        <w:t xml:space="preserve">  </w:t>
      </w:r>
      <w:r w:rsidRPr="00CD77B2">
        <w:rPr>
          <w:rFonts w:cs="Times New Roman"/>
          <w:sz w:val="28"/>
          <w:szCs w:val="28"/>
          <w:lang w:val="vi-VN"/>
        </w:rPr>
        <w:t xml:space="preserve">                  Không  </w:t>
      </w:r>
    </w:p>
    <w:p w14:paraId="390F86A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Chúng tôi xin cam đoan các thông tin trong đơn, tài liệu kèm theo là đúng sự thật và chịu hoàn toàn trách nhiệm trước pháp luật.</w:t>
      </w:r>
    </w:p>
    <w:p w14:paraId="23ACEC84"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Đề nghị Quý cơ quan cấp mã số cho cơ sở đóng gói.</w:t>
      </w:r>
    </w:p>
    <w:p w14:paraId="3BFA3A80" w14:textId="77777777" w:rsidR="00CD77B2" w:rsidRPr="00CD77B2" w:rsidRDefault="00CD77B2" w:rsidP="00CD77B2">
      <w:pPr>
        <w:spacing w:before="120" w:after="0" w:line="240" w:lineRule="auto"/>
        <w:ind w:firstLine="567"/>
        <w:rPr>
          <w:rFonts w:cs="Times New Roman"/>
          <w:sz w:val="28"/>
          <w:szCs w:val="28"/>
          <w:lang w:val="vi-VN"/>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9"/>
      </w:tblGrid>
      <w:tr w:rsidR="00CD77B2" w:rsidRPr="00CD77B2" w14:paraId="57DAC501" w14:textId="77777777" w:rsidTr="00B451B1">
        <w:trPr>
          <w:jc w:val="center"/>
        </w:trPr>
        <w:tc>
          <w:tcPr>
            <w:tcW w:w="2835" w:type="dxa"/>
          </w:tcPr>
          <w:p w14:paraId="09A32356" w14:textId="77777777" w:rsidR="00CD77B2" w:rsidRPr="00CD77B2" w:rsidRDefault="00CD77B2" w:rsidP="00CD77B2">
            <w:pPr>
              <w:widowControl w:val="0"/>
              <w:spacing w:before="120" w:after="100" w:afterAutospacing="1"/>
              <w:jc w:val="right"/>
              <w:rPr>
                <w:rFonts w:ascii="Courier New" w:eastAsia="Courier New" w:hAnsi="Courier New" w:cs="Courier New"/>
                <w:sz w:val="28"/>
                <w:szCs w:val="28"/>
                <w:lang w:val="vi-VN"/>
              </w:rPr>
            </w:pPr>
          </w:p>
        </w:tc>
        <w:tc>
          <w:tcPr>
            <w:tcW w:w="6379" w:type="dxa"/>
          </w:tcPr>
          <w:p w14:paraId="528F3DC2" w14:textId="77777777" w:rsidR="00CD77B2" w:rsidRPr="001B71E3" w:rsidRDefault="00CD77B2" w:rsidP="00CD77B2">
            <w:pPr>
              <w:widowControl w:val="0"/>
              <w:spacing w:after="0"/>
              <w:jc w:val="center"/>
              <w:rPr>
                <w:rFonts w:eastAsia="Courier New"/>
                <w:b/>
                <w:bCs/>
                <w:sz w:val="28"/>
                <w:szCs w:val="28"/>
                <w:lang w:val="vi-VN"/>
              </w:rPr>
            </w:pPr>
            <w:r w:rsidRPr="001B71E3">
              <w:rPr>
                <w:rFonts w:eastAsia="Courier New"/>
                <w:b/>
                <w:bCs/>
                <w:sz w:val="28"/>
                <w:szCs w:val="28"/>
                <w:lang w:val="vi-VN"/>
              </w:rPr>
              <w:t>TỔ CHỨC/CÁ NHÂN ĐỀ NGHỊ CẤP MÃ SỐ</w:t>
            </w:r>
          </w:p>
          <w:p w14:paraId="5C411910" w14:textId="77777777" w:rsidR="00CD77B2" w:rsidRPr="001B71E3" w:rsidRDefault="00CD77B2" w:rsidP="00CD77B2">
            <w:pPr>
              <w:widowControl w:val="0"/>
              <w:spacing w:after="0"/>
              <w:jc w:val="center"/>
              <w:rPr>
                <w:rFonts w:eastAsia="Courier New"/>
                <w:i/>
                <w:iCs/>
                <w:sz w:val="28"/>
                <w:szCs w:val="28"/>
                <w:lang w:val="vi-VN"/>
              </w:rPr>
            </w:pPr>
            <w:r w:rsidRPr="001B71E3">
              <w:rPr>
                <w:rFonts w:eastAsia="Courier New"/>
                <w:i/>
                <w:iCs/>
                <w:sz w:val="28"/>
                <w:szCs w:val="28"/>
                <w:lang w:val="vi-VN"/>
              </w:rPr>
              <w:t>(Ký tên, đóng dấu)</w:t>
            </w:r>
          </w:p>
          <w:p w14:paraId="486B4FA2" w14:textId="77777777" w:rsidR="00CD77B2" w:rsidRPr="001B71E3" w:rsidRDefault="00CD77B2" w:rsidP="00CD77B2">
            <w:pPr>
              <w:widowControl w:val="0"/>
              <w:spacing w:before="120" w:after="280" w:afterAutospacing="1"/>
              <w:jc w:val="right"/>
              <w:rPr>
                <w:rFonts w:eastAsia="Courier New"/>
                <w:sz w:val="28"/>
                <w:szCs w:val="28"/>
                <w:lang w:val="vi-VN"/>
              </w:rPr>
            </w:pPr>
          </w:p>
        </w:tc>
      </w:tr>
    </w:tbl>
    <w:p w14:paraId="7EC49851" w14:textId="77777777" w:rsidR="00CD77B2" w:rsidRPr="00CD77B2" w:rsidRDefault="00CD77B2" w:rsidP="00CD77B2">
      <w:pPr>
        <w:spacing w:before="120" w:after="280" w:afterAutospacing="1" w:line="240" w:lineRule="auto"/>
        <w:jc w:val="right"/>
        <w:rPr>
          <w:rFonts w:cs="Times New Roman"/>
          <w:sz w:val="28"/>
          <w:szCs w:val="28"/>
          <w:lang w:val="vi-VN"/>
        </w:rPr>
      </w:pPr>
    </w:p>
    <w:p w14:paraId="57145D47" w14:textId="762F8990" w:rsidR="00CD77B2" w:rsidRPr="00CD77B2" w:rsidRDefault="00CD77B2" w:rsidP="00CD77B2">
      <w:pPr>
        <w:spacing w:after="0" w:line="240" w:lineRule="auto"/>
        <w:jc w:val="center"/>
        <w:rPr>
          <w:rFonts w:cs="Times New Roman"/>
          <w:sz w:val="28"/>
          <w:szCs w:val="28"/>
        </w:rPr>
      </w:pPr>
      <w:r w:rsidRPr="00CD77B2">
        <w:rPr>
          <w:rFonts w:cs="Times New Roman"/>
          <w:sz w:val="28"/>
          <w:szCs w:val="28"/>
          <w:lang w:val="vi-VN"/>
        </w:rPr>
        <w:br w:type="page"/>
      </w:r>
      <w:bookmarkStart w:id="5" w:name="chuong_pl_7"/>
      <w:r w:rsidRPr="00CD77B2">
        <w:rPr>
          <w:rFonts w:cs="Times New Roman"/>
          <w:b/>
          <w:bCs/>
          <w:sz w:val="28"/>
          <w:szCs w:val="28"/>
        </w:rPr>
        <w:t>Phụ lục I</w:t>
      </w:r>
      <w:bookmarkEnd w:id="5"/>
      <w:r w:rsidR="001B71E3">
        <w:rPr>
          <w:rFonts w:cs="Times New Roman"/>
          <w:b/>
          <w:bCs/>
          <w:sz w:val="28"/>
          <w:szCs w:val="28"/>
        </w:rPr>
        <w:t>V</w:t>
      </w:r>
    </w:p>
    <w:p w14:paraId="434B3E64" w14:textId="02BE78C6" w:rsidR="00CD77B2" w:rsidRPr="00CD77B2" w:rsidRDefault="00CD77B2" w:rsidP="00CD77B2">
      <w:pPr>
        <w:shd w:val="clear" w:color="auto" w:fill="FFFFFF"/>
        <w:spacing w:after="0" w:line="240" w:lineRule="auto"/>
        <w:jc w:val="center"/>
        <w:rPr>
          <w:rFonts w:cs="Times New Roman"/>
          <w:i/>
          <w:iCs/>
          <w:sz w:val="28"/>
          <w:szCs w:val="28"/>
        </w:rPr>
      </w:pPr>
      <w:bookmarkStart w:id="6" w:name="chuong_pl_7_name"/>
      <w:r w:rsidRPr="00CD77B2">
        <w:rPr>
          <w:rFonts w:cs="Times New Roman"/>
          <w:b/>
          <w:bCs/>
          <w:sz w:val="28"/>
          <w:szCs w:val="28"/>
        </w:rPr>
        <w:t>THÔNG BÁO CẤP/CẤP LẠI MÃ SỐ VÙNG TRỒNG</w:t>
      </w:r>
      <w:bookmarkEnd w:id="6"/>
      <w:r w:rsidRPr="00CD77B2">
        <w:rPr>
          <w:rFonts w:cs="Times New Roman"/>
          <w:sz w:val="28"/>
          <w:szCs w:val="28"/>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 xml:space="preserve">-CP </w:t>
      </w:r>
    </w:p>
    <w:p w14:paraId="38A554C0" w14:textId="77777777" w:rsidR="00CD77B2" w:rsidRPr="00CD77B2" w:rsidRDefault="00CD77B2" w:rsidP="00CD77B2">
      <w:pPr>
        <w:shd w:val="clear" w:color="auto" w:fill="FFFFFF"/>
        <w:spacing w:after="0" w:line="240" w:lineRule="auto"/>
        <w:jc w:val="center"/>
        <w:rPr>
          <w:rFonts w:cs="Times New Roman"/>
          <w:i/>
          <w:iCs/>
          <w:sz w:val="28"/>
          <w:szCs w:val="28"/>
        </w:rPr>
      </w:pPr>
      <w:r w:rsidRPr="00CD77B2">
        <w:rPr>
          <w:rFonts w:cs="Times New Roman"/>
          <w:i/>
          <w:iCs/>
          <w:sz w:val="28"/>
          <w:szCs w:val="28"/>
        </w:rPr>
        <w:t>ngày      tháng      năm 2026 của Chính phủ)</w:t>
      </w:r>
    </w:p>
    <w:p w14:paraId="39B11C19" w14:textId="77777777" w:rsidR="00CD77B2" w:rsidRPr="00CD77B2" w:rsidRDefault="00CD77B2" w:rsidP="00CD77B2">
      <w:pPr>
        <w:shd w:val="clear" w:color="auto" w:fill="FFFFFF"/>
        <w:spacing w:after="0" w:line="240" w:lineRule="auto"/>
        <w:jc w:val="center"/>
        <w:rPr>
          <w:rFonts w:cs="Times New Roman"/>
          <w:b/>
          <w:bCs/>
          <w:sz w:val="8"/>
          <w:szCs w:val="28"/>
        </w:rPr>
      </w:pPr>
    </w:p>
    <w:p w14:paraId="5A8FB675" w14:textId="77777777" w:rsidR="00CD77B2" w:rsidRPr="00CD77B2" w:rsidRDefault="00CD77B2" w:rsidP="00CD77B2">
      <w:pPr>
        <w:shd w:val="clear" w:color="auto" w:fill="FFFFFF"/>
        <w:spacing w:after="0" w:line="234" w:lineRule="atLeast"/>
        <w:jc w:val="center"/>
        <w:rPr>
          <w:rFonts w:cs="Times New Roman"/>
          <w:sz w:val="28"/>
          <w:szCs w:val="28"/>
        </w:rPr>
      </w:pPr>
    </w:p>
    <w:tbl>
      <w:tblPr>
        <w:tblW w:w="5137" w:type="pct"/>
        <w:tblCellSpacing w:w="0" w:type="dxa"/>
        <w:shd w:val="clear" w:color="auto" w:fill="FFFFFF"/>
        <w:tblCellMar>
          <w:left w:w="0" w:type="dxa"/>
          <w:right w:w="0" w:type="dxa"/>
        </w:tblCellMar>
        <w:tblLook w:val="04A0" w:firstRow="1" w:lastRow="0" w:firstColumn="1" w:lastColumn="0" w:noHBand="0" w:noVBand="1"/>
      </w:tblPr>
      <w:tblGrid>
        <w:gridCol w:w="9758"/>
      </w:tblGrid>
      <w:tr w:rsidR="00CD77B2" w:rsidRPr="00CD77B2" w14:paraId="70FE6447" w14:textId="77777777" w:rsidTr="00CB117A">
        <w:trPr>
          <w:tblCellSpacing w:w="0" w:type="dxa"/>
        </w:trPr>
        <w:tc>
          <w:tcPr>
            <w:tcW w:w="97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366" w:type="dxa"/>
              <w:tblCellSpacing w:w="0" w:type="dxa"/>
              <w:tblCellMar>
                <w:left w:w="0" w:type="dxa"/>
                <w:right w:w="0" w:type="dxa"/>
              </w:tblCellMar>
              <w:tblLook w:val="04A0" w:firstRow="1" w:lastRow="0" w:firstColumn="1" w:lastColumn="0" w:noHBand="0" w:noVBand="1"/>
            </w:tblPr>
            <w:tblGrid>
              <w:gridCol w:w="3833"/>
              <w:gridCol w:w="5533"/>
            </w:tblGrid>
            <w:tr w:rsidR="00CD77B2" w:rsidRPr="00CD77B2" w14:paraId="7865026A" w14:textId="77777777" w:rsidTr="00B451B1">
              <w:trPr>
                <w:trHeight w:val="1316"/>
                <w:tblCellSpacing w:w="0" w:type="dxa"/>
              </w:trPr>
              <w:tc>
                <w:tcPr>
                  <w:tcW w:w="2046" w:type="pct"/>
                  <w:tcMar>
                    <w:top w:w="0" w:type="dxa"/>
                    <w:left w:w="108" w:type="dxa"/>
                    <w:bottom w:w="0" w:type="dxa"/>
                    <w:right w:w="108" w:type="dxa"/>
                  </w:tcMar>
                  <w:hideMark/>
                </w:tcPr>
                <w:p w14:paraId="56579C5D" w14:textId="77777777" w:rsidR="00CD77B2" w:rsidRPr="00CD77B2" w:rsidRDefault="00CD77B2" w:rsidP="00CD77B2">
                  <w:pPr>
                    <w:snapToGrid w:val="0"/>
                    <w:spacing w:after="0" w:line="240" w:lineRule="auto"/>
                    <w:ind w:left="-98"/>
                    <w:jc w:val="center"/>
                    <w:rPr>
                      <w:rFonts w:cs="Times New Roman"/>
                      <w:sz w:val="28"/>
                      <w:szCs w:val="28"/>
                      <w:vertAlign w:val="superscript"/>
                    </w:rPr>
                  </w:pPr>
                  <w:r w:rsidRPr="006C0432">
                    <w:rPr>
                      <w:rFonts w:cs="Times New Roman"/>
                      <w:szCs w:val="26"/>
                    </w:rPr>
                    <w:t> </w:t>
                  </w:r>
                  <w:r w:rsidRPr="006C0432">
                    <w:rPr>
                      <w:rFonts w:cs="Times New Roman"/>
                      <w:b/>
                      <w:bCs/>
                      <w:spacing w:val="-18"/>
                      <w:szCs w:val="26"/>
                    </w:rPr>
                    <w:t>ỦY BAN NHÂN DÂN CẤP XÃ</w:t>
                  </w:r>
                  <w:r w:rsidRPr="00CD77B2">
                    <w:rPr>
                      <w:rFonts w:cs="Times New Roman"/>
                      <w:sz w:val="28"/>
                      <w:szCs w:val="28"/>
                    </w:rPr>
                    <w:br/>
                  </w:r>
                  <w:r w:rsidRPr="00CD77B2">
                    <w:rPr>
                      <w:rFonts w:cs="Times New Roman"/>
                      <w:sz w:val="28"/>
                      <w:szCs w:val="28"/>
                      <w:vertAlign w:val="superscript"/>
                    </w:rPr>
                    <w:t>_____________</w:t>
                  </w:r>
                </w:p>
                <w:p w14:paraId="7A169145" w14:textId="77777777" w:rsidR="00CD77B2" w:rsidRPr="00CD77B2" w:rsidRDefault="00CD77B2" w:rsidP="00CD77B2">
                  <w:pPr>
                    <w:snapToGrid w:val="0"/>
                    <w:spacing w:after="0" w:line="240" w:lineRule="auto"/>
                    <w:ind w:left="-98"/>
                    <w:jc w:val="center"/>
                    <w:rPr>
                      <w:rFonts w:cs="Times New Roman"/>
                      <w:sz w:val="28"/>
                      <w:szCs w:val="28"/>
                      <w:vertAlign w:val="superscript"/>
                    </w:rPr>
                  </w:pPr>
                  <w:r w:rsidRPr="00CD77B2">
                    <w:rPr>
                      <w:rFonts w:cs="Times New Roman"/>
                      <w:sz w:val="28"/>
                      <w:szCs w:val="28"/>
                    </w:rPr>
                    <w:t>Số: …./TB-…</w:t>
                  </w:r>
                </w:p>
              </w:tc>
              <w:tc>
                <w:tcPr>
                  <w:tcW w:w="2954" w:type="pct"/>
                  <w:tcMar>
                    <w:top w:w="0" w:type="dxa"/>
                    <w:left w:w="108" w:type="dxa"/>
                    <w:bottom w:w="0" w:type="dxa"/>
                    <w:right w:w="108" w:type="dxa"/>
                  </w:tcMar>
                  <w:hideMark/>
                </w:tcPr>
                <w:p w14:paraId="4ECFFD13" w14:textId="77777777" w:rsidR="00CD77B2" w:rsidRPr="00CD77B2" w:rsidRDefault="00CD77B2" w:rsidP="00CD77B2">
                  <w:pPr>
                    <w:snapToGrid w:val="0"/>
                    <w:spacing w:after="0" w:line="240" w:lineRule="auto"/>
                    <w:jc w:val="center"/>
                    <w:rPr>
                      <w:rFonts w:cs="Times New Roman"/>
                      <w:sz w:val="28"/>
                      <w:szCs w:val="28"/>
                      <w:vertAlign w:val="superscript"/>
                    </w:rPr>
                  </w:pPr>
                  <w:r w:rsidRPr="00CD77B2">
                    <w:rPr>
                      <w:rFonts w:cs="Times New Roman"/>
                      <w:b/>
                      <w:bCs/>
                      <w:spacing w:val="-12"/>
                      <w:szCs w:val="28"/>
                    </w:rPr>
                    <w:t>CỘNG HÒA XÃ HỘI CHỦ NGHĨA VIỆT NAM</w:t>
                  </w:r>
                  <w:r w:rsidRPr="00CD77B2">
                    <w:rPr>
                      <w:rFonts w:cs="Times New Roman"/>
                      <w:b/>
                      <w:bCs/>
                      <w:szCs w:val="28"/>
                    </w:rPr>
                    <w:br/>
                  </w:r>
                  <w:r w:rsidRPr="00CD77B2">
                    <w:rPr>
                      <w:rFonts w:cs="Times New Roman"/>
                      <w:b/>
                      <w:bCs/>
                      <w:sz w:val="28"/>
                      <w:szCs w:val="28"/>
                    </w:rPr>
                    <w:t>Độc lập - Tự do - Hạnh phúc</w:t>
                  </w:r>
                  <w:r w:rsidRPr="00CD77B2">
                    <w:rPr>
                      <w:rFonts w:cs="Times New Roman"/>
                      <w:sz w:val="28"/>
                      <w:szCs w:val="28"/>
                    </w:rPr>
                    <w:br/>
                  </w:r>
                  <w:r w:rsidRPr="00CD77B2">
                    <w:rPr>
                      <w:rFonts w:cs="Times New Roman"/>
                      <w:sz w:val="28"/>
                      <w:szCs w:val="28"/>
                      <w:vertAlign w:val="superscript"/>
                    </w:rPr>
                    <w:t>_______________________________________</w:t>
                  </w:r>
                </w:p>
                <w:p w14:paraId="1C2CA93B" w14:textId="77777777" w:rsidR="00CD77B2" w:rsidRPr="00CD77B2" w:rsidRDefault="00CD77B2" w:rsidP="00CD77B2">
                  <w:pPr>
                    <w:snapToGrid w:val="0"/>
                    <w:spacing w:after="0" w:line="240" w:lineRule="auto"/>
                    <w:jc w:val="center"/>
                    <w:rPr>
                      <w:rFonts w:cs="Times New Roman"/>
                      <w:sz w:val="28"/>
                      <w:szCs w:val="28"/>
                      <w:vertAlign w:val="superscript"/>
                    </w:rPr>
                  </w:pPr>
                  <w:r w:rsidRPr="00CD77B2">
                    <w:rPr>
                      <w:rFonts w:cs="Times New Roman"/>
                      <w:i/>
                      <w:iCs/>
                      <w:sz w:val="28"/>
                      <w:szCs w:val="28"/>
                    </w:rPr>
                    <w:t>……., ngày … tháng … năm ……</w:t>
                  </w:r>
                </w:p>
              </w:tc>
            </w:tr>
          </w:tbl>
          <w:p w14:paraId="561A8F5F" w14:textId="77777777" w:rsidR="00CD77B2" w:rsidRPr="00CD77B2" w:rsidRDefault="00CD77B2" w:rsidP="00CD77B2">
            <w:pPr>
              <w:snapToGrid w:val="0"/>
              <w:spacing w:after="0" w:line="240" w:lineRule="auto"/>
              <w:jc w:val="left"/>
              <w:rPr>
                <w:rFonts w:cs="Times New Roman"/>
                <w:sz w:val="28"/>
                <w:szCs w:val="28"/>
              </w:rPr>
            </w:pPr>
            <w:r w:rsidRPr="00CD77B2">
              <w:rPr>
                <w:rFonts w:cs="Times New Roman"/>
                <w:sz w:val="28"/>
                <w:szCs w:val="28"/>
              </w:rPr>
              <w:t> </w:t>
            </w:r>
          </w:p>
          <w:p w14:paraId="53FB1AE2"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THÔNG BÁO</w:t>
            </w:r>
          </w:p>
          <w:p w14:paraId="6343351A" w14:textId="77777777" w:rsidR="00CD77B2" w:rsidRPr="00CD77B2" w:rsidRDefault="00CD77B2" w:rsidP="00CD77B2">
            <w:pPr>
              <w:snapToGrid w:val="0"/>
              <w:spacing w:after="0" w:line="240" w:lineRule="auto"/>
              <w:jc w:val="center"/>
              <w:rPr>
                <w:rFonts w:cs="Times New Roman"/>
                <w:b/>
                <w:bCs/>
                <w:sz w:val="28"/>
                <w:szCs w:val="28"/>
              </w:rPr>
            </w:pPr>
            <w:r w:rsidRPr="00CD77B2">
              <w:rPr>
                <w:rFonts w:cs="Times New Roman"/>
                <w:b/>
                <w:bCs/>
                <w:sz w:val="28"/>
                <w:szCs w:val="28"/>
              </w:rPr>
              <w:t>Về việc cấp/cấp lại mã số vùng trồng</w:t>
            </w:r>
          </w:p>
          <w:p w14:paraId="245920F5" w14:textId="77777777" w:rsidR="00CD77B2" w:rsidRPr="00CD77B2" w:rsidRDefault="00CD77B2" w:rsidP="00CD77B2">
            <w:pPr>
              <w:snapToGrid w:val="0"/>
              <w:spacing w:after="0" w:line="240" w:lineRule="auto"/>
              <w:jc w:val="center"/>
              <w:rPr>
                <w:rFonts w:cs="Times New Roman"/>
                <w:sz w:val="28"/>
                <w:szCs w:val="28"/>
              </w:rPr>
            </w:pPr>
          </w:p>
          <w:p w14:paraId="0A5209CF" w14:textId="602BEA71"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i/>
                <w:iCs/>
                <w:sz w:val="28"/>
                <w:szCs w:val="28"/>
              </w:rPr>
              <w:t>Căn cứ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-CP ngày   tháng   năm      của Chính phủ quy định …..;</w:t>
            </w:r>
          </w:p>
          <w:p w14:paraId="084F0386"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i/>
                <w:iCs/>
                <w:sz w:val="28"/>
                <w:szCs w:val="28"/>
              </w:rPr>
              <w:t>Theo đề nghị của ............................(1).</w:t>
            </w:r>
          </w:p>
          <w:p w14:paraId="5A46DD6E"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Cs/>
                <w:sz w:val="28"/>
                <w:szCs w:val="28"/>
              </w:rPr>
              <w:t>1. </w:t>
            </w:r>
            <w:r w:rsidRPr="00CD77B2">
              <w:rPr>
                <w:rFonts w:cs="Times New Roman"/>
                <w:sz w:val="28"/>
                <w:szCs w:val="28"/>
              </w:rPr>
              <w:t>Cấp/cấp lại mã số vùng trồng như sau:</w:t>
            </w:r>
          </w:p>
          <w:p w14:paraId="6BA9B62D"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Tên tổ chức/cá nhân: …………………………………………..........................</w:t>
            </w:r>
          </w:p>
          <w:p w14:paraId="68BEC7CB"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Tên vùng trồng: ………………………………………….................................</w:t>
            </w:r>
          </w:p>
          <w:p w14:paraId="7A03A2DD"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Địa chỉ vùng trồng: …………………………………………............................</w:t>
            </w:r>
          </w:p>
          <w:p w14:paraId="788BFC9B"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Tên cây trồng: ………………………………………………............................</w:t>
            </w:r>
          </w:p>
          <w:p w14:paraId="2D66BE1F"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Diện tích: ……………………………………....……………………………...</w:t>
            </w:r>
          </w:p>
          <w:p w14:paraId="59986FD2"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Mã số vùng trồng (2): ……………………………………................................</w:t>
            </w:r>
          </w:p>
          <w:p w14:paraId="4806ACD8"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sz w:val="28"/>
                <w:szCs w:val="28"/>
                <w:lang w:val="pt-BR"/>
              </w:rPr>
              <w:t>- Thị trường xuất khẩu đã được phê duyệt: ..........................................................</w:t>
            </w:r>
          </w:p>
          <w:p w14:paraId="4321C757" w14:textId="4C3863D8"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bCs/>
                <w:sz w:val="28"/>
                <w:szCs w:val="28"/>
                <w:lang w:val="pt-BR"/>
              </w:rPr>
              <w:t>2.</w:t>
            </w:r>
            <w:r w:rsidRPr="00CD77B2">
              <w:rPr>
                <w:rFonts w:cs="Times New Roman"/>
                <w:b/>
                <w:bCs/>
                <w:sz w:val="28"/>
                <w:szCs w:val="28"/>
                <w:lang w:val="pt-BR"/>
              </w:rPr>
              <w:t> </w:t>
            </w:r>
            <w:r w:rsidRPr="00CD77B2">
              <w:rPr>
                <w:rFonts w:cs="Times New Roman"/>
                <w:sz w:val="28"/>
                <w:szCs w:val="28"/>
                <w:lang w:val="pt-BR"/>
              </w:rPr>
              <w:t>………(Tên tổ chức, cá nhân)…….. có trách nhiệm thực hiện các quy định Điều 15 Nghị định số 38/2026/NĐ-CP ngày 24 tháng 01 năm 2026 của Chính phủ quy định về nhập khẩu cây mang theo bầu đất và mã số vùng trồng, mã số cơ sở đóng gói và</w:t>
            </w:r>
            <w:r w:rsidR="00526C74">
              <w:rPr>
                <w:rFonts w:cs="Times New Roman"/>
                <w:color w:val="EE0000"/>
                <w:sz w:val="28"/>
                <w:szCs w:val="28"/>
                <w:lang w:val="pt-BR"/>
              </w:rPr>
              <w:t xml:space="preserve"> </w:t>
            </w:r>
            <w:r w:rsidR="00526C74" w:rsidRPr="00CB117A">
              <w:rPr>
                <w:rFonts w:cs="Times New Roman"/>
                <w:sz w:val="28"/>
                <w:szCs w:val="28"/>
                <w:lang w:val="pt-BR"/>
              </w:rPr>
              <w:t xml:space="preserve">khoản 7 Điều 8 </w:t>
            </w:r>
            <w:r w:rsidRPr="00CB117A">
              <w:rPr>
                <w:rFonts w:cs="Times New Roman"/>
                <w:sz w:val="28"/>
                <w:szCs w:val="28"/>
                <w:lang w:val="pt-BR"/>
              </w:rPr>
              <w:t>Nghị định số ... /2026/</w:t>
            </w:r>
            <w:r w:rsidR="00FE4008" w:rsidRPr="00CB117A">
              <w:rPr>
                <w:rFonts w:cs="Times New Roman"/>
                <w:sz w:val="28"/>
                <w:szCs w:val="28"/>
                <w:lang w:val="pt-BR"/>
              </w:rPr>
              <w:t>NĐ</w:t>
            </w:r>
            <w:r w:rsidRPr="00CB117A">
              <w:rPr>
                <w:rFonts w:cs="Times New Roman"/>
                <w:sz w:val="28"/>
                <w:szCs w:val="28"/>
                <w:lang w:val="pt-BR"/>
              </w:rPr>
              <w:t xml:space="preserve">-CP </w:t>
            </w:r>
            <w:r w:rsidRPr="00CD77B2">
              <w:rPr>
                <w:rFonts w:cs="Times New Roman"/>
                <w:sz w:val="28"/>
                <w:szCs w:val="28"/>
                <w:lang w:val="pt-BR"/>
              </w:rPr>
              <w:t>ngày ……  tháng ……năm …… của Chính phủ quy định ……</w:t>
            </w:r>
          </w:p>
          <w:p w14:paraId="01E92B87" w14:textId="77777777" w:rsidR="00CD77B2" w:rsidRPr="00CD77B2" w:rsidRDefault="00CD77B2" w:rsidP="00CD77B2">
            <w:pPr>
              <w:snapToGrid w:val="0"/>
              <w:spacing w:before="120" w:after="0" w:line="240" w:lineRule="auto"/>
              <w:ind w:firstLine="567"/>
              <w:rPr>
                <w:rFonts w:cs="Times New Roman"/>
                <w:sz w:val="28"/>
                <w:szCs w:val="28"/>
                <w:lang w:val="pt-BR"/>
              </w:rPr>
            </w:pPr>
            <w:r w:rsidRPr="00CD77B2">
              <w:rPr>
                <w:rFonts w:cs="Times New Roman"/>
                <w:bCs/>
                <w:sz w:val="28"/>
                <w:szCs w:val="28"/>
                <w:lang w:val="pt-BR"/>
              </w:rPr>
              <w:t>3.</w:t>
            </w:r>
            <w:r w:rsidRPr="00CD77B2">
              <w:rPr>
                <w:rFonts w:cs="Times New Roman"/>
                <w:sz w:val="28"/>
                <w:szCs w:val="28"/>
                <w:lang w:val="pt-BR"/>
              </w:rPr>
              <w:t> Mã số vùng trồng này có hiệu lực kể từ ngày ký.</w:t>
            </w:r>
          </w:p>
          <w:p w14:paraId="69378221" w14:textId="77777777" w:rsidR="00CD77B2" w:rsidRPr="00CD77B2" w:rsidRDefault="00CD77B2" w:rsidP="00CD77B2">
            <w:pPr>
              <w:snapToGrid w:val="0"/>
              <w:spacing w:before="120" w:after="0" w:line="240" w:lineRule="auto"/>
              <w:ind w:firstLine="567"/>
              <w:rPr>
                <w:rFonts w:cs="Times New Roman"/>
                <w:sz w:val="14"/>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799"/>
              <w:gridCol w:w="4703"/>
            </w:tblGrid>
            <w:tr w:rsidR="00CD77B2" w:rsidRPr="00CD77B2" w14:paraId="3994C0AD" w14:textId="77777777" w:rsidTr="00B451B1">
              <w:trPr>
                <w:tblCellSpacing w:w="0" w:type="dxa"/>
              </w:trPr>
              <w:tc>
                <w:tcPr>
                  <w:tcW w:w="2525" w:type="pct"/>
                  <w:tcMar>
                    <w:top w:w="0" w:type="dxa"/>
                    <w:left w:w="108" w:type="dxa"/>
                    <w:bottom w:w="0" w:type="dxa"/>
                    <w:right w:w="108" w:type="dxa"/>
                  </w:tcMar>
                  <w:hideMark/>
                </w:tcPr>
                <w:p w14:paraId="11880CA7" w14:textId="77777777" w:rsidR="00CD77B2" w:rsidRPr="00CD77B2" w:rsidRDefault="00CD77B2" w:rsidP="00CD77B2">
                  <w:pPr>
                    <w:snapToGrid w:val="0"/>
                    <w:spacing w:after="0" w:line="240" w:lineRule="auto"/>
                    <w:jc w:val="left"/>
                    <w:rPr>
                      <w:rFonts w:cs="Times New Roman"/>
                      <w:sz w:val="28"/>
                      <w:szCs w:val="28"/>
                    </w:rPr>
                  </w:pPr>
                  <w:r w:rsidRPr="00CD77B2">
                    <w:rPr>
                      <w:rFonts w:cs="Times New Roman"/>
                      <w:b/>
                      <w:bCs/>
                      <w:i/>
                      <w:iCs/>
                      <w:sz w:val="24"/>
                      <w:szCs w:val="24"/>
                    </w:rPr>
                    <w:t>Nơi nhận:</w:t>
                  </w:r>
                  <w:r w:rsidRPr="00CD77B2">
                    <w:rPr>
                      <w:rFonts w:cs="Times New Roman"/>
                      <w:sz w:val="28"/>
                      <w:szCs w:val="28"/>
                    </w:rPr>
                    <w:br/>
                  </w:r>
                  <w:r w:rsidRPr="00CD77B2">
                    <w:rPr>
                      <w:rFonts w:cs="Times New Roman"/>
                      <w:sz w:val="22"/>
                    </w:rPr>
                    <w:t>- …………….;</w:t>
                  </w:r>
                  <w:r w:rsidRPr="00CD77B2">
                    <w:rPr>
                      <w:rFonts w:cs="Times New Roman"/>
                      <w:sz w:val="22"/>
                    </w:rPr>
                    <w:br/>
                    <w:t>- ……………;</w:t>
                  </w:r>
                  <w:r w:rsidRPr="00CD77B2">
                    <w:rPr>
                      <w:rFonts w:cs="Times New Roman"/>
                      <w:sz w:val="22"/>
                    </w:rPr>
                    <w:br/>
                    <w:t>- Lưu: VT, ……</w:t>
                  </w:r>
                </w:p>
              </w:tc>
              <w:tc>
                <w:tcPr>
                  <w:tcW w:w="2475" w:type="pct"/>
                  <w:tcMar>
                    <w:top w:w="0" w:type="dxa"/>
                    <w:left w:w="108" w:type="dxa"/>
                    <w:bottom w:w="0" w:type="dxa"/>
                    <w:right w:w="108" w:type="dxa"/>
                  </w:tcMar>
                  <w:hideMark/>
                </w:tcPr>
                <w:p w14:paraId="2B5A12EC"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THỦ TRƯỞNG CƠ QUAN</w:t>
                  </w:r>
                  <w:r w:rsidRPr="00CD77B2">
                    <w:rPr>
                      <w:rFonts w:cs="Times New Roman"/>
                      <w:sz w:val="28"/>
                      <w:szCs w:val="28"/>
                    </w:rPr>
                    <w:br/>
                  </w:r>
                  <w:r w:rsidRPr="00CD77B2">
                    <w:rPr>
                      <w:rFonts w:cs="Times New Roman"/>
                      <w:i/>
                      <w:iCs/>
                      <w:sz w:val="28"/>
                      <w:szCs w:val="28"/>
                    </w:rPr>
                    <w:t>(Ký, đóng dấu)</w:t>
                  </w:r>
                </w:p>
              </w:tc>
            </w:tr>
          </w:tbl>
          <w:p w14:paraId="1AB077A1" w14:textId="77777777" w:rsidR="00CD77B2" w:rsidRPr="00CD77B2" w:rsidRDefault="00CD77B2" w:rsidP="00CD77B2">
            <w:pPr>
              <w:snapToGrid w:val="0"/>
              <w:spacing w:after="0" w:line="240" w:lineRule="auto"/>
              <w:ind w:left="565"/>
              <w:jc w:val="left"/>
              <w:rPr>
                <w:rFonts w:cs="Times New Roman"/>
                <w:i/>
                <w:iCs/>
                <w:sz w:val="28"/>
                <w:szCs w:val="28"/>
              </w:rPr>
            </w:pPr>
          </w:p>
          <w:p w14:paraId="7EEA199A" w14:textId="77777777" w:rsidR="00CD77B2" w:rsidRPr="00CD77B2" w:rsidRDefault="00CD77B2" w:rsidP="00CD77B2">
            <w:pPr>
              <w:snapToGrid w:val="0"/>
              <w:spacing w:after="0" w:line="240" w:lineRule="auto"/>
              <w:ind w:left="565"/>
              <w:jc w:val="left"/>
              <w:rPr>
                <w:rFonts w:cs="Times New Roman"/>
                <w:iCs/>
                <w:sz w:val="28"/>
                <w:szCs w:val="28"/>
              </w:rPr>
            </w:pPr>
            <w:r w:rsidRPr="00CD77B2">
              <w:rPr>
                <w:rFonts w:cs="Times New Roman"/>
                <w:iCs/>
                <w:sz w:val="28"/>
                <w:szCs w:val="28"/>
              </w:rPr>
              <w:t>(1) Tổ chức, cá nhân đề nghị cấp mã số vùng trồng.</w:t>
            </w:r>
          </w:p>
          <w:p w14:paraId="75E51909" w14:textId="77777777" w:rsidR="00CD77B2" w:rsidRPr="00CD77B2" w:rsidRDefault="00CD77B2" w:rsidP="00CD77B2">
            <w:pPr>
              <w:snapToGrid w:val="0"/>
              <w:spacing w:after="0" w:line="240" w:lineRule="auto"/>
              <w:ind w:left="-2" w:firstLine="567"/>
              <w:rPr>
                <w:rFonts w:cs="Times New Roman"/>
                <w:i/>
                <w:iCs/>
                <w:sz w:val="28"/>
                <w:szCs w:val="28"/>
              </w:rPr>
            </w:pPr>
            <w:r w:rsidRPr="00CD77B2">
              <w:rPr>
                <w:rFonts w:cs="Times New Roman"/>
                <w:iCs/>
                <w:sz w:val="28"/>
                <w:szCs w:val="28"/>
              </w:rPr>
              <w:t>(2) Mã số vùng trồng chỉ được sử dụng để xuất khẩu kể từ ngày được phê duyệt bởi cơ quan có thẩm quyền.</w:t>
            </w:r>
          </w:p>
        </w:tc>
      </w:tr>
    </w:tbl>
    <w:p w14:paraId="6A59FB4A" w14:textId="77777777" w:rsidR="00CD77B2" w:rsidRPr="00CD77B2" w:rsidRDefault="00CD77B2" w:rsidP="00CD77B2">
      <w:pPr>
        <w:spacing w:after="0" w:line="240" w:lineRule="auto"/>
        <w:jc w:val="center"/>
        <w:rPr>
          <w:rFonts w:cs="Times New Roman"/>
          <w:b/>
          <w:bCs/>
          <w:sz w:val="28"/>
          <w:szCs w:val="28"/>
        </w:rPr>
      </w:pPr>
      <w:bookmarkStart w:id="7" w:name="chuong_pl_8"/>
    </w:p>
    <w:p w14:paraId="0E3F7E65" w14:textId="566AD492" w:rsidR="00CD77B2" w:rsidRPr="00CD77B2" w:rsidRDefault="00CD77B2" w:rsidP="00526C74">
      <w:pPr>
        <w:spacing w:after="0" w:line="240" w:lineRule="auto"/>
        <w:jc w:val="center"/>
        <w:rPr>
          <w:rFonts w:cs="Times New Roman"/>
          <w:sz w:val="28"/>
          <w:szCs w:val="28"/>
        </w:rPr>
      </w:pPr>
      <w:r w:rsidRPr="00CD77B2">
        <w:rPr>
          <w:rFonts w:cs="Times New Roman"/>
          <w:b/>
          <w:bCs/>
          <w:sz w:val="28"/>
          <w:szCs w:val="28"/>
        </w:rPr>
        <w:br w:type="page"/>
        <w:t>Phụ lục V</w:t>
      </w:r>
    </w:p>
    <w:p w14:paraId="34E0B352" w14:textId="23EA95DA" w:rsidR="00CD77B2" w:rsidRPr="00CD77B2" w:rsidRDefault="00CD77B2" w:rsidP="00CD77B2">
      <w:pPr>
        <w:shd w:val="clear" w:color="auto" w:fill="FFFFFF"/>
        <w:spacing w:after="0" w:line="240" w:lineRule="auto"/>
        <w:jc w:val="center"/>
        <w:rPr>
          <w:rFonts w:cs="Times New Roman"/>
          <w:i/>
          <w:iCs/>
          <w:sz w:val="28"/>
          <w:szCs w:val="28"/>
        </w:rPr>
      </w:pPr>
      <w:r w:rsidRPr="00CD77B2">
        <w:rPr>
          <w:rFonts w:cs="Times New Roman"/>
          <w:b/>
          <w:bCs/>
          <w:sz w:val="28"/>
          <w:szCs w:val="28"/>
        </w:rPr>
        <w:t>THÔNG BÁO CẤP/CẤP LẠI MÃ SỐ CƠ SỞ ĐÓNG GÓI</w:t>
      </w:r>
      <w:r w:rsidRPr="00CD77B2">
        <w:rPr>
          <w:rFonts w:cs="Times New Roman"/>
          <w:sz w:val="28"/>
          <w:szCs w:val="28"/>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 xml:space="preserve">-CP </w:t>
      </w:r>
    </w:p>
    <w:p w14:paraId="2B4C2755" w14:textId="77777777" w:rsidR="00CD77B2" w:rsidRPr="00CD77B2" w:rsidRDefault="00CD77B2" w:rsidP="00CD77B2">
      <w:pPr>
        <w:shd w:val="clear" w:color="auto" w:fill="FFFFFF"/>
        <w:spacing w:after="0" w:line="240" w:lineRule="auto"/>
        <w:jc w:val="center"/>
        <w:rPr>
          <w:rFonts w:cs="Times New Roman"/>
          <w:b/>
          <w:bCs/>
          <w:sz w:val="28"/>
          <w:szCs w:val="28"/>
        </w:rPr>
      </w:pPr>
      <w:r w:rsidRPr="00CD77B2">
        <w:rPr>
          <w:rFonts w:cs="Times New Roman"/>
          <w:i/>
          <w:iCs/>
          <w:sz w:val="28"/>
          <w:szCs w:val="28"/>
        </w:rPr>
        <w:t>ngày      tháng      năm 2026 của Chính phủ)</w:t>
      </w:r>
    </w:p>
    <w:p w14:paraId="238DB9DA" w14:textId="77777777" w:rsidR="00CD77B2" w:rsidRPr="00CD77B2" w:rsidRDefault="00CD77B2" w:rsidP="00CD77B2">
      <w:pPr>
        <w:shd w:val="clear" w:color="auto" w:fill="FFFFFF"/>
        <w:spacing w:after="0" w:line="234" w:lineRule="atLeast"/>
        <w:jc w:val="center"/>
        <w:rPr>
          <w:rFonts w:cs="Times New Roman"/>
          <w:sz w:val="28"/>
          <w:szCs w:val="28"/>
        </w:rPr>
      </w:pPr>
    </w:p>
    <w:tbl>
      <w:tblPr>
        <w:tblW w:w="5241" w:type="pct"/>
        <w:tblCellSpacing w:w="0" w:type="dxa"/>
        <w:shd w:val="clear" w:color="auto" w:fill="FFFFFF"/>
        <w:tblCellMar>
          <w:left w:w="0" w:type="dxa"/>
          <w:right w:w="0" w:type="dxa"/>
        </w:tblCellMar>
        <w:tblLook w:val="04A0" w:firstRow="1" w:lastRow="0" w:firstColumn="1" w:lastColumn="0" w:noHBand="0" w:noVBand="1"/>
      </w:tblPr>
      <w:tblGrid>
        <w:gridCol w:w="9956"/>
      </w:tblGrid>
      <w:tr w:rsidR="00CD77B2" w:rsidRPr="00CD77B2" w14:paraId="3A335E1D" w14:textId="77777777" w:rsidTr="00B451B1">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CellMar>
                <w:left w:w="0" w:type="dxa"/>
                <w:right w:w="0" w:type="dxa"/>
              </w:tblCellMar>
              <w:tblLook w:val="04A0" w:firstRow="1" w:lastRow="0" w:firstColumn="1" w:lastColumn="0" w:noHBand="0" w:noVBand="1"/>
            </w:tblPr>
            <w:tblGrid>
              <w:gridCol w:w="3832"/>
              <w:gridCol w:w="5681"/>
            </w:tblGrid>
            <w:tr w:rsidR="00CD77B2" w:rsidRPr="00CD77B2" w14:paraId="12F9FB2D" w14:textId="77777777" w:rsidTr="00B451B1">
              <w:trPr>
                <w:trHeight w:val="1197"/>
                <w:tblCellSpacing w:w="0" w:type="dxa"/>
              </w:trPr>
              <w:tc>
                <w:tcPr>
                  <w:tcW w:w="2014" w:type="pct"/>
                  <w:tcMar>
                    <w:top w:w="0" w:type="dxa"/>
                    <w:left w:w="108" w:type="dxa"/>
                    <w:bottom w:w="0" w:type="dxa"/>
                    <w:right w:w="108" w:type="dxa"/>
                  </w:tcMar>
                  <w:hideMark/>
                </w:tcPr>
                <w:p w14:paraId="0F1FAF19" w14:textId="77777777"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8"/>
                      <w:szCs w:val="26"/>
                    </w:rPr>
                    <w:t>ỦY BAN NHÂN DÂN CẤP XÃ</w:t>
                  </w:r>
                  <w:r w:rsidRPr="00CD77B2">
                    <w:rPr>
                      <w:rFonts w:cs="Times New Roman"/>
                      <w:sz w:val="28"/>
                      <w:szCs w:val="28"/>
                    </w:rPr>
                    <w:br/>
                  </w:r>
                  <w:r w:rsidRPr="00CD77B2">
                    <w:rPr>
                      <w:rFonts w:cs="Times New Roman"/>
                      <w:sz w:val="28"/>
                      <w:szCs w:val="28"/>
                      <w:vertAlign w:val="superscript"/>
                    </w:rPr>
                    <w:t>___________</w:t>
                  </w:r>
                </w:p>
                <w:p w14:paraId="4D8D0FD3"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sz w:val="28"/>
                      <w:szCs w:val="28"/>
                    </w:rPr>
                    <w:t>Số: …./TB-…</w:t>
                  </w:r>
                </w:p>
              </w:tc>
              <w:tc>
                <w:tcPr>
                  <w:tcW w:w="2986" w:type="pct"/>
                  <w:tcMar>
                    <w:top w:w="0" w:type="dxa"/>
                    <w:left w:w="108" w:type="dxa"/>
                    <w:bottom w:w="0" w:type="dxa"/>
                    <w:right w:w="108" w:type="dxa"/>
                  </w:tcMar>
                  <w:hideMark/>
                </w:tcPr>
                <w:p w14:paraId="37A4DEE7" w14:textId="77777777"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2"/>
                      <w:szCs w:val="26"/>
                    </w:rPr>
                    <w:t>CỘNG HÒA XÃ HỘI CHỦ NGHĨA VIỆT NAM</w:t>
                  </w:r>
                  <w:r w:rsidRPr="00CD77B2">
                    <w:rPr>
                      <w:rFonts w:cs="Times New Roman"/>
                      <w:b/>
                      <w:bCs/>
                      <w:sz w:val="28"/>
                      <w:szCs w:val="28"/>
                    </w:rPr>
                    <w:br/>
                    <w:t>Độc lập - Tự do - Hạnh phúc</w:t>
                  </w:r>
                  <w:r w:rsidRPr="00CD77B2">
                    <w:rPr>
                      <w:rFonts w:cs="Times New Roman"/>
                      <w:sz w:val="28"/>
                      <w:szCs w:val="28"/>
                    </w:rPr>
                    <w:br/>
                  </w:r>
                  <w:r w:rsidRPr="00CD77B2">
                    <w:rPr>
                      <w:rFonts w:cs="Times New Roman"/>
                      <w:sz w:val="28"/>
                      <w:szCs w:val="28"/>
                      <w:vertAlign w:val="superscript"/>
                    </w:rPr>
                    <w:t>_____________________________________</w:t>
                  </w:r>
                </w:p>
                <w:p w14:paraId="4B08282C"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i/>
                      <w:iCs/>
                      <w:sz w:val="28"/>
                      <w:szCs w:val="28"/>
                    </w:rPr>
                    <w:t>……., ngày … tháng … năm ……</w:t>
                  </w:r>
                </w:p>
              </w:tc>
            </w:tr>
          </w:tbl>
          <w:p w14:paraId="1B25A300" w14:textId="77777777" w:rsidR="00CD77B2" w:rsidRPr="00CD77B2" w:rsidRDefault="00CD77B2" w:rsidP="00CD77B2">
            <w:pPr>
              <w:spacing w:after="0" w:line="240" w:lineRule="auto"/>
              <w:jc w:val="left"/>
              <w:rPr>
                <w:rFonts w:cs="Times New Roman"/>
                <w:sz w:val="16"/>
                <w:szCs w:val="28"/>
              </w:rPr>
            </w:pPr>
            <w:r w:rsidRPr="00CD77B2">
              <w:rPr>
                <w:rFonts w:cs="Times New Roman"/>
                <w:sz w:val="28"/>
                <w:szCs w:val="28"/>
              </w:rPr>
              <w:t> </w:t>
            </w:r>
          </w:p>
          <w:p w14:paraId="0DEAEC94" w14:textId="77777777" w:rsidR="00CD77B2" w:rsidRPr="00CD77B2" w:rsidRDefault="00CD77B2" w:rsidP="00CD77B2">
            <w:pPr>
              <w:spacing w:after="0" w:line="240" w:lineRule="auto"/>
              <w:jc w:val="left"/>
              <w:rPr>
                <w:rFonts w:cs="Times New Roman"/>
                <w:sz w:val="16"/>
                <w:szCs w:val="28"/>
              </w:rPr>
            </w:pPr>
          </w:p>
          <w:p w14:paraId="08829860" w14:textId="77777777" w:rsidR="00CD77B2" w:rsidRPr="00CD77B2" w:rsidRDefault="00CD77B2" w:rsidP="00CD77B2">
            <w:pPr>
              <w:spacing w:after="0" w:line="234" w:lineRule="atLeast"/>
              <w:jc w:val="center"/>
              <w:rPr>
                <w:rFonts w:cs="Times New Roman"/>
                <w:sz w:val="28"/>
                <w:szCs w:val="28"/>
              </w:rPr>
            </w:pPr>
            <w:r w:rsidRPr="00CD77B2">
              <w:rPr>
                <w:rFonts w:cs="Times New Roman"/>
                <w:b/>
                <w:bCs/>
                <w:sz w:val="28"/>
                <w:szCs w:val="28"/>
              </w:rPr>
              <w:t>THÔNG BÁO</w:t>
            </w:r>
          </w:p>
          <w:p w14:paraId="151C4D9B" w14:textId="77777777" w:rsidR="00CD77B2" w:rsidRPr="00CD77B2" w:rsidRDefault="00CD77B2" w:rsidP="00CD77B2">
            <w:pPr>
              <w:spacing w:after="0" w:line="234" w:lineRule="atLeast"/>
              <w:jc w:val="center"/>
              <w:rPr>
                <w:rFonts w:cs="Times New Roman"/>
                <w:b/>
                <w:bCs/>
                <w:sz w:val="28"/>
                <w:szCs w:val="28"/>
              </w:rPr>
            </w:pPr>
            <w:r w:rsidRPr="00CD77B2">
              <w:rPr>
                <w:rFonts w:cs="Times New Roman"/>
                <w:b/>
                <w:bCs/>
                <w:sz w:val="28"/>
                <w:szCs w:val="28"/>
              </w:rPr>
              <w:t>Về việc cấp/cấp lại mã số cơ sở đóng gói</w:t>
            </w:r>
          </w:p>
          <w:p w14:paraId="79D9E5A8" w14:textId="77777777" w:rsidR="00CD77B2" w:rsidRPr="00CD77B2" w:rsidRDefault="00CD77B2" w:rsidP="00CD77B2">
            <w:pPr>
              <w:spacing w:after="0" w:line="234" w:lineRule="atLeast"/>
              <w:jc w:val="center"/>
              <w:rPr>
                <w:rFonts w:cs="Times New Roman"/>
                <w:sz w:val="28"/>
                <w:szCs w:val="28"/>
              </w:rPr>
            </w:pPr>
          </w:p>
          <w:p w14:paraId="374C60A2" w14:textId="79839433" w:rsidR="00CD77B2" w:rsidRPr="00CD77B2" w:rsidRDefault="00CD77B2" w:rsidP="00CD77B2">
            <w:pPr>
              <w:spacing w:before="120" w:after="0" w:line="240" w:lineRule="auto"/>
              <w:ind w:firstLine="567"/>
              <w:rPr>
                <w:rFonts w:cs="Times New Roman"/>
                <w:sz w:val="28"/>
                <w:szCs w:val="28"/>
              </w:rPr>
            </w:pPr>
            <w:r w:rsidRPr="00CD77B2">
              <w:rPr>
                <w:rFonts w:cs="Times New Roman"/>
                <w:i/>
                <w:iCs/>
                <w:sz w:val="28"/>
                <w:szCs w:val="28"/>
              </w:rPr>
              <w:t>Căn cứ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-CP ngày   tháng   năm      của Chính phủ quy định …..;</w:t>
            </w:r>
          </w:p>
          <w:p w14:paraId="0823F169" w14:textId="77777777" w:rsidR="00CD77B2" w:rsidRPr="00CD77B2" w:rsidRDefault="00CD77B2" w:rsidP="00CD77B2">
            <w:pPr>
              <w:spacing w:before="120" w:after="0" w:line="240" w:lineRule="auto"/>
              <w:ind w:firstLine="567"/>
              <w:rPr>
                <w:rFonts w:cs="Times New Roman"/>
                <w:i/>
                <w:iCs/>
                <w:sz w:val="28"/>
                <w:szCs w:val="28"/>
              </w:rPr>
            </w:pPr>
            <w:r w:rsidRPr="00CD77B2">
              <w:rPr>
                <w:rFonts w:cs="Times New Roman"/>
                <w:i/>
                <w:iCs/>
                <w:sz w:val="28"/>
                <w:szCs w:val="28"/>
              </w:rPr>
              <w:t>Theo đề nghị của ............................(1).</w:t>
            </w:r>
          </w:p>
          <w:p w14:paraId="65F0F25A" w14:textId="77777777" w:rsidR="00CD77B2" w:rsidRPr="00CD77B2" w:rsidRDefault="00CD77B2" w:rsidP="00CD77B2">
            <w:pPr>
              <w:spacing w:before="120" w:after="0" w:line="240" w:lineRule="auto"/>
              <w:ind w:firstLine="567"/>
              <w:rPr>
                <w:rFonts w:cs="Times New Roman"/>
                <w:sz w:val="28"/>
                <w:szCs w:val="28"/>
              </w:rPr>
            </w:pPr>
            <w:r w:rsidRPr="00CD77B2">
              <w:rPr>
                <w:rFonts w:cs="Times New Roman"/>
                <w:bCs/>
                <w:sz w:val="28"/>
                <w:szCs w:val="28"/>
              </w:rPr>
              <w:t>1.</w:t>
            </w:r>
            <w:r w:rsidRPr="00CD77B2">
              <w:rPr>
                <w:rFonts w:cs="Times New Roman"/>
                <w:b/>
                <w:bCs/>
                <w:sz w:val="28"/>
                <w:szCs w:val="28"/>
              </w:rPr>
              <w:t> </w:t>
            </w:r>
            <w:r w:rsidRPr="00CD77B2">
              <w:rPr>
                <w:rFonts w:cs="Times New Roman"/>
                <w:sz w:val="28"/>
                <w:szCs w:val="28"/>
              </w:rPr>
              <w:t>Cấp/cấp lại mã số cơ sở đóng gói như sau:</w:t>
            </w:r>
          </w:p>
          <w:p w14:paraId="678E6326"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Tên tổ chức/cá nhân: …………………………………………..........................</w:t>
            </w:r>
          </w:p>
          <w:p w14:paraId="5C7E9DB1"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Tên cơ sở đóng gói: …………………………………………….............</w:t>
            </w:r>
          </w:p>
          <w:p w14:paraId="007476EE"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Địa chỉ cơ sở đóng gói: …………………………………………...........</w:t>
            </w:r>
          </w:p>
          <w:p w14:paraId="0F0343F5"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Tên sản phẩm cây trồng: ………………………………………………...</w:t>
            </w:r>
          </w:p>
          <w:p w14:paraId="0B52CA07"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Diện tích: ……………………………………………………………………...</w:t>
            </w:r>
          </w:p>
          <w:p w14:paraId="021D1A1E"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Mã số cơ sở đóng gói (2): ……………………………………......................</w:t>
            </w:r>
          </w:p>
          <w:p w14:paraId="317FA922"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sz w:val="28"/>
                <w:szCs w:val="28"/>
                <w:lang w:val="pt-BR"/>
              </w:rPr>
              <w:t>- Thị trường xuất khẩu đã được phê duyệt: .............................................................</w:t>
            </w:r>
          </w:p>
          <w:p w14:paraId="09885057" w14:textId="086C0D4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bCs/>
                <w:sz w:val="28"/>
                <w:szCs w:val="28"/>
                <w:lang w:val="pt-BR"/>
              </w:rPr>
              <w:t>2. </w:t>
            </w:r>
            <w:r w:rsidRPr="00CD77B2">
              <w:rPr>
                <w:rFonts w:cs="Times New Roman"/>
                <w:sz w:val="28"/>
                <w:szCs w:val="28"/>
                <w:lang w:val="pt-BR"/>
              </w:rPr>
              <w:t xml:space="preserve">………(Tên tổ chức, cá nhân)…….. có trách nhiệm thực hiện các quy định Điều 16 Nghị định số 38/2026/NĐ-CP ngày 24 tháng 01 năm 2026 của Chính phủ quy định về nhập khẩu cây mang theo bầu đất và mã số vùng trồng, mã số cơ sở đóng gói và khoản 8 Điều </w:t>
            </w:r>
            <w:r w:rsidR="00526C74">
              <w:rPr>
                <w:rFonts w:cs="Times New Roman"/>
                <w:sz w:val="28"/>
                <w:szCs w:val="28"/>
                <w:lang w:val="pt-BR"/>
              </w:rPr>
              <w:t>9</w:t>
            </w:r>
            <w:r w:rsidRPr="00CD77B2">
              <w:rPr>
                <w:rFonts w:cs="Times New Roman"/>
                <w:sz w:val="28"/>
                <w:szCs w:val="28"/>
                <w:lang w:val="pt-BR"/>
              </w:rPr>
              <w:t xml:space="preserve"> Nghị định số .../2026/</w:t>
            </w:r>
            <w:r w:rsidR="00FE4008" w:rsidRPr="00CD77B2">
              <w:rPr>
                <w:rFonts w:cs="Times New Roman"/>
                <w:sz w:val="28"/>
                <w:szCs w:val="28"/>
                <w:lang w:val="pt-BR"/>
              </w:rPr>
              <w:t>N</w:t>
            </w:r>
            <w:r w:rsidR="00FE4008">
              <w:rPr>
                <w:rFonts w:cs="Times New Roman"/>
                <w:sz w:val="28"/>
                <w:szCs w:val="28"/>
                <w:lang w:val="pt-BR"/>
              </w:rPr>
              <w:t>Đ</w:t>
            </w:r>
            <w:r w:rsidRPr="00CD77B2">
              <w:rPr>
                <w:rFonts w:cs="Times New Roman"/>
                <w:sz w:val="28"/>
                <w:szCs w:val="28"/>
                <w:lang w:val="pt-BR"/>
              </w:rPr>
              <w:t>-CP ngày ……  tháng ……năm …… của Chính phủ quy định ……</w:t>
            </w:r>
          </w:p>
          <w:p w14:paraId="4D7ED74F" w14:textId="77777777" w:rsidR="00CD77B2" w:rsidRPr="00CD77B2" w:rsidRDefault="00CD77B2" w:rsidP="00CD77B2">
            <w:pPr>
              <w:spacing w:before="120" w:after="0" w:line="240" w:lineRule="auto"/>
              <w:ind w:firstLine="567"/>
              <w:rPr>
                <w:rFonts w:cs="Times New Roman"/>
                <w:sz w:val="28"/>
                <w:szCs w:val="28"/>
                <w:lang w:val="pt-BR"/>
              </w:rPr>
            </w:pPr>
            <w:r w:rsidRPr="00CD77B2">
              <w:rPr>
                <w:rFonts w:cs="Times New Roman"/>
                <w:bCs/>
                <w:sz w:val="28"/>
                <w:szCs w:val="28"/>
                <w:lang w:val="pt-BR"/>
              </w:rPr>
              <w:t>3.</w:t>
            </w:r>
            <w:r w:rsidRPr="00CD77B2">
              <w:rPr>
                <w:rFonts w:cs="Times New Roman"/>
                <w:sz w:val="28"/>
                <w:szCs w:val="28"/>
                <w:lang w:val="pt-BR"/>
              </w:rPr>
              <w:t> Mã số cơ sở đóng gói này có hiệu lực kể từ ngày ký.</w:t>
            </w:r>
          </w:p>
          <w:p w14:paraId="1616CEA7" w14:textId="77777777" w:rsidR="00CD77B2" w:rsidRPr="00CD77B2" w:rsidRDefault="00CD77B2" w:rsidP="00CD77B2">
            <w:pPr>
              <w:spacing w:before="120" w:after="0" w:line="240" w:lineRule="auto"/>
              <w:ind w:firstLine="567"/>
              <w:rPr>
                <w:rFonts w:cs="Times New Roman"/>
                <w:sz w:val="28"/>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898"/>
              <w:gridCol w:w="4802"/>
            </w:tblGrid>
            <w:tr w:rsidR="00CD77B2" w:rsidRPr="00CD77B2" w14:paraId="4E633AA8" w14:textId="77777777" w:rsidTr="00B451B1">
              <w:trPr>
                <w:tblCellSpacing w:w="0" w:type="dxa"/>
              </w:trPr>
              <w:tc>
                <w:tcPr>
                  <w:tcW w:w="2525" w:type="pct"/>
                  <w:tcMar>
                    <w:top w:w="0" w:type="dxa"/>
                    <w:left w:w="108" w:type="dxa"/>
                    <w:bottom w:w="0" w:type="dxa"/>
                    <w:right w:w="108" w:type="dxa"/>
                  </w:tcMar>
                  <w:hideMark/>
                </w:tcPr>
                <w:p w14:paraId="0402897B" w14:textId="77777777" w:rsidR="00CD77B2" w:rsidRPr="00CD77B2" w:rsidRDefault="00CD77B2" w:rsidP="00CD77B2">
                  <w:pPr>
                    <w:spacing w:after="0" w:line="240" w:lineRule="auto"/>
                    <w:jc w:val="left"/>
                    <w:rPr>
                      <w:rFonts w:cs="Times New Roman"/>
                      <w:sz w:val="28"/>
                      <w:szCs w:val="28"/>
                    </w:rPr>
                  </w:pPr>
                  <w:r w:rsidRPr="00CD77B2">
                    <w:rPr>
                      <w:rFonts w:cs="Times New Roman"/>
                      <w:b/>
                      <w:bCs/>
                      <w:i/>
                      <w:iCs/>
                      <w:sz w:val="24"/>
                      <w:szCs w:val="24"/>
                    </w:rPr>
                    <w:t>Nơi nhận:</w:t>
                  </w:r>
                  <w:r w:rsidRPr="00CD77B2">
                    <w:rPr>
                      <w:rFonts w:cs="Times New Roman"/>
                      <w:sz w:val="28"/>
                      <w:szCs w:val="28"/>
                    </w:rPr>
                    <w:br/>
                  </w:r>
                  <w:r w:rsidRPr="00CD77B2">
                    <w:rPr>
                      <w:rFonts w:cs="Times New Roman"/>
                      <w:sz w:val="22"/>
                    </w:rPr>
                    <w:t>- …………….;</w:t>
                  </w:r>
                  <w:r w:rsidRPr="00CD77B2">
                    <w:rPr>
                      <w:rFonts w:cs="Times New Roman"/>
                      <w:sz w:val="22"/>
                    </w:rPr>
                    <w:br/>
                    <w:t>- ……………;</w:t>
                  </w:r>
                  <w:r w:rsidRPr="00CD77B2">
                    <w:rPr>
                      <w:rFonts w:cs="Times New Roman"/>
                      <w:sz w:val="22"/>
                    </w:rPr>
                    <w:br/>
                    <w:t>- Lưu: VT, ……</w:t>
                  </w:r>
                </w:p>
              </w:tc>
              <w:tc>
                <w:tcPr>
                  <w:tcW w:w="2475" w:type="pct"/>
                  <w:tcMar>
                    <w:top w:w="0" w:type="dxa"/>
                    <w:left w:w="108" w:type="dxa"/>
                    <w:bottom w:w="0" w:type="dxa"/>
                    <w:right w:w="108" w:type="dxa"/>
                  </w:tcMar>
                  <w:hideMark/>
                </w:tcPr>
                <w:p w14:paraId="7060D89F" w14:textId="77777777" w:rsidR="00CD77B2" w:rsidRPr="00CD77B2" w:rsidRDefault="00CD77B2" w:rsidP="00CD77B2">
                  <w:pPr>
                    <w:spacing w:after="0" w:line="240" w:lineRule="auto"/>
                    <w:jc w:val="center"/>
                    <w:rPr>
                      <w:rFonts w:cs="Times New Roman"/>
                      <w:sz w:val="28"/>
                      <w:szCs w:val="28"/>
                    </w:rPr>
                  </w:pPr>
                  <w:r w:rsidRPr="00CD77B2">
                    <w:rPr>
                      <w:rFonts w:cs="Times New Roman"/>
                      <w:b/>
                      <w:bCs/>
                      <w:sz w:val="28"/>
                      <w:szCs w:val="28"/>
                    </w:rPr>
                    <w:t>THỦ TRƯỞNG CƠ QUAN</w:t>
                  </w:r>
                  <w:r w:rsidRPr="00CD77B2">
                    <w:rPr>
                      <w:rFonts w:cs="Times New Roman"/>
                      <w:sz w:val="28"/>
                      <w:szCs w:val="28"/>
                    </w:rPr>
                    <w:br/>
                  </w:r>
                  <w:r w:rsidRPr="00CD77B2">
                    <w:rPr>
                      <w:rFonts w:cs="Times New Roman"/>
                      <w:i/>
                      <w:iCs/>
                      <w:sz w:val="28"/>
                      <w:szCs w:val="28"/>
                    </w:rPr>
                    <w:t>(Ký, đóng dấu)</w:t>
                  </w:r>
                </w:p>
              </w:tc>
            </w:tr>
          </w:tbl>
          <w:p w14:paraId="4FCE1247" w14:textId="77777777" w:rsidR="00CD77B2" w:rsidRPr="00CD77B2" w:rsidRDefault="00CD77B2" w:rsidP="00CD77B2">
            <w:pPr>
              <w:spacing w:after="0" w:line="240" w:lineRule="auto"/>
              <w:ind w:left="565"/>
              <w:jc w:val="left"/>
              <w:rPr>
                <w:rFonts w:cs="Times New Roman"/>
                <w:i/>
                <w:iCs/>
                <w:sz w:val="28"/>
                <w:szCs w:val="28"/>
              </w:rPr>
            </w:pPr>
          </w:p>
          <w:p w14:paraId="2FA00011" w14:textId="77777777" w:rsidR="00CD77B2" w:rsidRPr="00CD77B2" w:rsidRDefault="00CD77B2" w:rsidP="00CD77B2">
            <w:pPr>
              <w:spacing w:after="0" w:line="240" w:lineRule="auto"/>
              <w:ind w:left="565"/>
              <w:rPr>
                <w:rFonts w:cs="Times New Roman"/>
                <w:iCs/>
                <w:sz w:val="28"/>
                <w:szCs w:val="28"/>
              </w:rPr>
            </w:pPr>
            <w:r w:rsidRPr="00CD77B2">
              <w:rPr>
                <w:rFonts w:cs="Times New Roman"/>
                <w:iCs/>
                <w:sz w:val="28"/>
                <w:szCs w:val="28"/>
              </w:rPr>
              <w:t>(1) Tổ chức, cá nhân đề nghị cấp mã số cơ sở đóng gói.</w:t>
            </w:r>
          </w:p>
          <w:p w14:paraId="282F5096" w14:textId="77777777" w:rsidR="00CD77B2" w:rsidRPr="00CD77B2" w:rsidRDefault="00CD77B2" w:rsidP="00CD77B2">
            <w:pPr>
              <w:spacing w:after="0" w:line="240" w:lineRule="auto"/>
              <w:ind w:left="-2" w:firstLine="567"/>
              <w:rPr>
                <w:rFonts w:cs="Times New Roman"/>
                <w:i/>
                <w:iCs/>
                <w:sz w:val="28"/>
                <w:szCs w:val="28"/>
              </w:rPr>
            </w:pPr>
            <w:r w:rsidRPr="00CD77B2">
              <w:rPr>
                <w:rFonts w:cs="Times New Roman"/>
                <w:iCs/>
                <w:sz w:val="28"/>
                <w:szCs w:val="28"/>
              </w:rPr>
              <w:t>(2) Mã số cơ sở đóng gói chỉ được sử dụng để xuất khẩu kể từ ngày được phê duyệt bởi cơ quan có thẩm quyền.</w:t>
            </w:r>
          </w:p>
        </w:tc>
      </w:tr>
    </w:tbl>
    <w:p w14:paraId="3BE1986E" w14:textId="0E9C2736" w:rsidR="00CD77B2" w:rsidRPr="00CD77B2" w:rsidRDefault="00CD77B2" w:rsidP="002A3677">
      <w:pPr>
        <w:spacing w:after="0" w:line="240" w:lineRule="auto"/>
        <w:jc w:val="center"/>
        <w:rPr>
          <w:rFonts w:cs="Times New Roman"/>
          <w:sz w:val="28"/>
          <w:szCs w:val="28"/>
        </w:rPr>
      </w:pPr>
      <w:r w:rsidRPr="00CD77B2">
        <w:rPr>
          <w:rFonts w:cs="Times New Roman"/>
          <w:b/>
          <w:bCs/>
          <w:sz w:val="28"/>
          <w:szCs w:val="28"/>
        </w:rPr>
        <w:t xml:space="preserve">Phụ lục </w:t>
      </w:r>
      <w:bookmarkEnd w:id="7"/>
      <w:r w:rsidRPr="00CD77B2">
        <w:rPr>
          <w:rFonts w:cs="Times New Roman"/>
          <w:b/>
          <w:bCs/>
          <w:sz w:val="28"/>
          <w:szCs w:val="28"/>
        </w:rPr>
        <w:t>V</w:t>
      </w:r>
      <w:r w:rsidR="001B71E3">
        <w:rPr>
          <w:rFonts w:cs="Times New Roman"/>
          <w:b/>
          <w:bCs/>
          <w:sz w:val="28"/>
          <w:szCs w:val="28"/>
        </w:rPr>
        <w:t>I</w:t>
      </w:r>
    </w:p>
    <w:p w14:paraId="58A19777" w14:textId="78071CF6" w:rsidR="00CD77B2" w:rsidRPr="00CD77B2" w:rsidRDefault="00CD77B2" w:rsidP="002A3677">
      <w:pPr>
        <w:spacing w:after="0" w:line="240" w:lineRule="auto"/>
        <w:jc w:val="center"/>
        <w:rPr>
          <w:rFonts w:cs="Times New Roman"/>
          <w:i/>
          <w:iCs/>
          <w:sz w:val="28"/>
          <w:szCs w:val="28"/>
        </w:rPr>
      </w:pPr>
      <w:bookmarkStart w:id="8" w:name="chuong_pl_8_name"/>
      <w:r w:rsidRPr="00CD77B2">
        <w:rPr>
          <w:rFonts w:cs="Times New Roman"/>
          <w:b/>
          <w:bCs/>
          <w:spacing w:val="-6"/>
          <w:sz w:val="28"/>
          <w:szCs w:val="28"/>
        </w:rPr>
        <w:t>ĐƠN ĐỀ NGHỊ CẤP LẠI MÃ SỐ VÙNG TRỒNG/MÃ SỐ CƠ SỞ ĐÓNG GÓI</w:t>
      </w:r>
      <w:bookmarkEnd w:id="8"/>
      <w:r w:rsidRPr="00CD77B2">
        <w:rPr>
          <w:rFonts w:cs="Times New Roman"/>
          <w:b/>
          <w:bCs/>
          <w:spacing w:val="-6"/>
          <w:sz w:val="28"/>
          <w:szCs w:val="28"/>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-CP</w:t>
      </w:r>
    </w:p>
    <w:p w14:paraId="4A3C9276" w14:textId="77777777" w:rsidR="00CD77B2" w:rsidRPr="00CD77B2" w:rsidRDefault="00CD77B2" w:rsidP="002A3677">
      <w:pPr>
        <w:spacing w:after="0" w:line="240" w:lineRule="auto"/>
        <w:jc w:val="center"/>
        <w:rPr>
          <w:rFonts w:cs="Times New Roman"/>
          <w:sz w:val="28"/>
          <w:szCs w:val="28"/>
        </w:rPr>
      </w:pPr>
      <w:r w:rsidRPr="00CD77B2">
        <w:rPr>
          <w:rFonts w:cs="Times New Roman"/>
          <w:i/>
          <w:iCs/>
          <w:sz w:val="28"/>
          <w:szCs w:val="28"/>
        </w:rPr>
        <w:t>ngày       tháng     năm 2026 của Chính phủ)</w:t>
      </w:r>
    </w:p>
    <w:p w14:paraId="10CB97BB" w14:textId="77777777" w:rsidR="00CD77B2" w:rsidRPr="00CD77B2" w:rsidRDefault="00CD77B2" w:rsidP="002A3677">
      <w:pPr>
        <w:spacing w:after="0" w:line="240" w:lineRule="auto"/>
        <w:jc w:val="center"/>
        <w:rPr>
          <w:rFonts w:cs="Times New Roman"/>
          <w:b/>
          <w:bCs/>
          <w:sz w:val="28"/>
          <w:szCs w:val="28"/>
        </w:rPr>
      </w:pPr>
    </w:p>
    <w:p w14:paraId="6D8892C2" w14:textId="77777777" w:rsidR="00CD77B2" w:rsidRPr="00CD77B2" w:rsidRDefault="00CD77B2" w:rsidP="002A3677">
      <w:pPr>
        <w:spacing w:after="0" w:line="240" w:lineRule="auto"/>
        <w:jc w:val="center"/>
        <w:rPr>
          <w:rFonts w:cs="Times New Roman"/>
          <w:sz w:val="28"/>
          <w:szCs w:val="28"/>
          <w:vertAlign w:val="superscript"/>
        </w:rPr>
      </w:pPr>
      <w:r w:rsidRPr="00CD77B2">
        <w:rPr>
          <w:rFonts w:cs="Times New Roman"/>
          <w:b/>
          <w:bCs/>
          <w:szCs w:val="28"/>
        </w:rPr>
        <w:t>CỘNG HÒA XÃ HỘI CHỦ NGHĨA VIỆT NAM</w:t>
      </w:r>
      <w:r w:rsidRPr="00CD77B2">
        <w:rPr>
          <w:rFonts w:cs="Times New Roman"/>
          <w:b/>
          <w:bCs/>
          <w:sz w:val="28"/>
          <w:szCs w:val="28"/>
        </w:rPr>
        <w:br/>
        <w:t>Độc lập - Tự do - Hạnh phúc</w:t>
      </w:r>
      <w:r w:rsidRPr="00CD77B2">
        <w:rPr>
          <w:rFonts w:cs="Times New Roman"/>
          <w:sz w:val="28"/>
          <w:szCs w:val="28"/>
        </w:rPr>
        <w:br/>
      </w:r>
      <w:r w:rsidRPr="00CD77B2">
        <w:rPr>
          <w:rFonts w:cs="Times New Roman"/>
          <w:b/>
          <w:bCs/>
          <w:sz w:val="28"/>
          <w:szCs w:val="28"/>
          <w:vertAlign w:val="superscript"/>
        </w:rPr>
        <w:t>_____________________________________</w:t>
      </w:r>
    </w:p>
    <w:p w14:paraId="2B7314AA" w14:textId="77777777" w:rsidR="00CD77B2" w:rsidRPr="00CD77B2" w:rsidRDefault="00CD77B2" w:rsidP="002A3677">
      <w:pPr>
        <w:spacing w:after="0" w:line="240" w:lineRule="auto"/>
        <w:jc w:val="center"/>
        <w:rPr>
          <w:rFonts w:cs="Times New Roman"/>
          <w:sz w:val="28"/>
          <w:szCs w:val="28"/>
        </w:rPr>
      </w:pPr>
      <w:r w:rsidRPr="00CD77B2">
        <w:rPr>
          <w:rFonts w:cs="Times New Roman"/>
          <w:i/>
          <w:iCs/>
          <w:sz w:val="28"/>
          <w:szCs w:val="28"/>
        </w:rPr>
        <w:t>……., ngày … tháng … năm ……</w:t>
      </w:r>
    </w:p>
    <w:p w14:paraId="78EC7EB8" w14:textId="77777777" w:rsidR="00CD77B2" w:rsidRPr="00CD77B2" w:rsidRDefault="00CD77B2" w:rsidP="002A3677">
      <w:pPr>
        <w:snapToGrid w:val="0"/>
        <w:spacing w:after="0" w:line="240" w:lineRule="auto"/>
        <w:jc w:val="center"/>
        <w:rPr>
          <w:rFonts w:cs="Times New Roman"/>
          <w:b/>
          <w:bCs/>
          <w:sz w:val="20"/>
          <w:szCs w:val="28"/>
        </w:rPr>
      </w:pPr>
    </w:p>
    <w:p w14:paraId="23C64531" w14:textId="77777777" w:rsidR="00CD77B2" w:rsidRPr="00CD77B2" w:rsidRDefault="00CD77B2" w:rsidP="002A3677">
      <w:pPr>
        <w:snapToGrid w:val="0"/>
        <w:spacing w:after="0" w:line="240" w:lineRule="auto"/>
        <w:jc w:val="center"/>
        <w:rPr>
          <w:rFonts w:cs="Times New Roman"/>
          <w:b/>
          <w:bCs/>
          <w:sz w:val="28"/>
          <w:szCs w:val="28"/>
        </w:rPr>
      </w:pPr>
      <w:r w:rsidRPr="00CD77B2">
        <w:rPr>
          <w:rFonts w:cs="Times New Roman"/>
          <w:b/>
          <w:bCs/>
          <w:sz w:val="28"/>
          <w:szCs w:val="28"/>
        </w:rPr>
        <w:t>ĐƠN ĐỀ NGHỊ CẤP LẠI</w:t>
      </w:r>
      <w:r w:rsidRPr="00CD77B2">
        <w:rPr>
          <w:rFonts w:cs="Times New Roman"/>
          <w:sz w:val="28"/>
          <w:szCs w:val="28"/>
        </w:rPr>
        <w:br/>
      </w:r>
      <w:r w:rsidRPr="00CD77B2">
        <w:rPr>
          <w:rFonts w:cs="Times New Roman"/>
          <w:b/>
          <w:bCs/>
          <w:sz w:val="28"/>
          <w:szCs w:val="28"/>
        </w:rPr>
        <w:t>MÃ SỐ VÙNG TRỒNG/MÃ SỐ CƠ SỞ ĐÓNG GÓI</w:t>
      </w:r>
    </w:p>
    <w:p w14:paraId="08593575" w14:textId="77777777" w:rsidR="00CD77B2" w:rsidRPr="00CD77B2" w:rsidRDefault="00CD77B2" w:rsidP="002A3677">
      <w:pPr>
        <w:snapToGrid w:val="0"/>
        <w:spacing w:after="0" w:line="240" w:lineRule="auto"/>
        <w:jc w:val="center"/>
        <w:rPr>
          <w:rFonts w:cs="Times New Roman"/>
          <w:sz w:val="22"/>
          <w:szCs w:val="28"/>
        </w:rPr>
      </w:pPr>
    </w:p>
    <w:p w14:paraId="61647602" w14:textId="77777777" w:rsidR="00CD77B2" w:rsidRPr="00CD77B2" w:rsidRDefault="00CD77B2" w:rsidP="002A3677">
      <w:pPr>
        <w:snapToGrid w:val="0"/>
        <w:spacing w:after="0" w:line="240" w:lineRule="auto"/>
        <w:jc w:val="center"/>
        <w:rPr>
          <w:rFonts w:cs="Times New Roman"/>
          <w:sz w:val="28"/>
          <w:szCs w:val="28"/>
        </w:rPr>
      </w:pPr>
      <w:r w:rsidRPr="00CD77B2">
        <w:rPr>
          <w:rFonts w:cs="Times New Roman"/>
          <w:sz w:val="28"/>
          <w:szCs w:val="28"/>
        </w:rPr>
        <w:t>Kính gửi: ………………………</w:t>
      </w:r>
    </w:p>
    <w:p w14:paraId="661026E1" w14:textId="77777777" w:rsidR="00CD77B2" w:rsidRPr="00CD77B2" w:rsidRDefault="00CD77B2" w:rsidP="002A3677">
      <w:pPr>
        <w:snapToGrid w:val="0"/>
        <w:spacing w:after="0" w:line="240" w:lineRule="auto"/>
        <w:ind w:firstLine="567"/>
        <w:rPr>
          <w:rFonts w:cs="Times New Roman"/>
          <w:sz w:val="28"/>
          <w:szCs w:val="28"/>
        </w:rPr>
      </w:pPr>
      <w:r w:rsidRPr="00CD77B2">
        <w:rPr>
          <w:rFonts w:cs="Times New Roman"/>
          <w:sz w:val="28"/>
          <w:szCs w:val="28"/>
        </w:rPr>
        <w:t>1. Thông tin chung</w:t>
      </w:r>
    </w:p>
    <w:p w14:paraId="14B0851F"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rPr>
        <w:t>1.1.</w:t>
      </w:r>
      <w:r w:rsidRPr="00CD77B2">
        <w:rPr>
          <w:rFonts w:cs="Times New Roman"/>
          <w:sz w:val="28"/>
          <w:szCs w:val="28"/>
          <w:lang w:val="vi-VN"/>
        </w:rPr>
        <w:t xml:space="preserve"> Đối với trường hợp tổ chức đề nghị cấp</w:t>
      </w:r>
      <w:r w:rsidRPr="00CD77B2">
        <w:rPr>
          <w:rFonts w:cs="Times New Roman"/>
          <w:sz w:val="28"/>
          <w:szCs w:val="28"/>
        </w:rPr>
        <w:t xml:space="preserve"> lại</w:t>
      </w:r>
      <w:r w:rsidRPr="00CD77B2">
        <w:rPr>
          <w:rFonts w:cs="Times New Roman"/>
          <w:sz w:val="28"/>
          <w:szCs w:val="28"/>
          <w:lang w:val="vi-VN"/>
        </w:rPr>
        <w:t xml:space="preserve"> mã số:</w:t>
      </w:r>
    </w:p>
    <w:p w14:paraId="52EFA1A5"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Tên tổ chức đề nghị cấp lại mã số: ………………………………………….</w:t>
      </w:r>
    </w:p>
    <w:p w14:paraId="4E19174C" w14:textId="5DB80F99" w:rsidR="00CD77B2" w:rsidRPr="003A778F"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Địa chỉ: ……………………………………………………………………</w:t>
      </w:r>
    </w:p>
    <w:p w14:paraId="339FAF14"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Mã định danh hoặc mã số thuế của tổ chức: ………..………………………</w:t>
      </w:r>
    </w:p>
    <w:p w14:paraId="100C5E65"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Người đại diện: ……………………………………………………….......</w:t>
      </w:r>
    </w:p>
    <w:p w14:paraId="458E1126"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Điện thoại: ……………………………….. Email: …………………………</w:t>
      </w:r>
    </w:p>
    <w:p w14:paraId="7634AB14"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1.2. Đối với trường hợp cá nhân/hộ gia đình/nhóm hộ gia đình đề nghị cấp lại mã số:</w:t>
      </w:r>
    </w:p>
    <w:p w14:paraId="5D941B05" w14:textId="4472BC97" w:rsidR="00CD77B2" w:rsidRPr="003A778F"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xml:space="preserve">- Họ và tên người đại diện đề </w:t>
      </w:r>
      <w:r w:rsidR="00526C74">
        <w:rPr>
          <w:rFonts w:cs="Times New Roman"/>
          <w:sz w:val="28"/>
          <w:szCs w:val="28"/>
          <w:lang w:val="vi-VN"/>
        </w:rPr>
        <w:t>nghị cấp lại mã số:…………………………….</w:t>
      </w:r>
    </w:p>
    <w:p w14:paraId="15DD794B"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Số Căn cước công dân (của người đại diện đề nghị cấp lại mã số)……... ngày cấp ….. cơ quan cấp …………………………….</w:t>
      </w:r>
    </w:p>
    <w:p w14:paraId="6C82E9FE"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 Điện thoại: ………………………………….. Email: ………………………</w:t>
      </w:r>
    </w:p>
    <w:p w14:paraId="75579481" w14:textId="5164A93B" w:rsidR="00CD77B2" w:rsidRPr="002A3677" w:rsidRDefault="00CD77B2" w:rsidP="002A3677">
      <w:pPr>
        <w:snapToGrid w:val="0"/>
        <w:spacing w:after="0" w:line="240" w:lineRule="auto"/>
        <w:ind w:firstLine="567"/>
        <w:rPr>
          <w:rFonts w:cs="Times New Roman"/>
          <w:sz w:val="28"/>
          <w:szCs w:val="28"/>
        </w:rPr>
      </w:pPr>
      <w:r w:rsidRPr="00CD77B2">
        <w:rPr>
          <w:rFonts w:cs="Times New Roman"/>
          <w:sz w:val="28"/>
          <w:szCs w:val="28"/>
          <w:lang w:val="vi-VN"/>
        </w:rPr>
        <w:t>- Địa chỉ: ……………………………………………………………………</w:t>
      </w:r>
    </w:p>
    <w:p w14:paraId="3BE913F9" w14:textId="2D957F3A" w:rsidR="00CD77B2" w:rsidRPr="001B71E3" w:rsidRDefault="00CD77B2" w:rsidP="002A3677">
      <w:pPr>
        <w:snapToGrid w:val="0"/>
        <w:spacing w:after="0" w:line="240" w:lineRule="auto"/>
        <w:ind w:firstLine="567"/>
        <w:rPr>
          <w:rFonts w:cs="Times New Roman"/>
          <w:sz w:val="28"/>
          <w:szCs w:val="28"/>
        </w:rPr>
      </w:pPr>
      <w:r w:rsidRPr="00CD77B2">
        <w:rPr>
          <w:rFonts w:cs="Times New Roman"/>
          <w:sz w:val="28"/>
          <w:szCs w:val="28"/>
          <w:lang w:val="vi-VN"/>
        </w:rPr>
        <w:t>2. Tên vùng trồng/cơ sở đóng gói đề nghị cấp lại mã số: ……………………</w:t>
      </w:r>
    </w:p>
    <w:p w14:paraId="77AFFBB7" w14:textId="1DBD1680" w:rsidR="00CD77B2" w:rsidRPr="002A3677" w:rsidRDefault="00CD77B2" w:rsidP="002A3677">
      <w:pPr>
        <w:snapToGrid w:val="0"/>
        <w:spacing w:after="0" w:line="240" w:lineRule="auto"/>
        <w:ind w:firstLine="567"/>
        <w:rPr>
          <w:rFonts w:cs="Times New Roman"/>
          <w:sz w:val="28"/>
          <w:szCs w:val="28"/>
        </w:rPr>
      </w:pPr>
      <w:r w:rsidRPr="00CD77B2">
        <w:rPr>
          <w:rFonts w:cs="Times New Roman"/>
          <w:sz w:val="28"/>
          <w:szCs w:val="28"/>
          <w:lang w:val="vi-VN"/>
        </w:rPr>
        <w:t>Địa chỉ vùng trồng/cơ sở đóng gói: …………………………………………</w:t>
      </w:r>
    </w:p>
    <w:p w14:paraId="35588787" w14:textId="73A379D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Đã được cấp tại Quyết định/Th</w:t>
      </w:r>
      <w:r w:rsidR="00526C74">
        <w:rPr>
          <w:rFonts w:cs="Times New Roman"/>
          <w:sz w:val="28"/>
          <w:szCs w:val="28"/>
          <w:lang w:val="vi-VN"/>
        </w:rPr>
        <w:t>ông báo số ….. ngày …… tháng ……</w:t>
      </w:r>
      <w:r w:rsidRPr="00CD77B2">
        <w:rPr>
          <w:rFonts w:cs="Times New Roman"/>
          <w:sz w:val="28"/>
          <w:szCs w:val="28"/>
          <w:lang w:val="vi-VN"/>
        </w:rPr>
        <w:t>năm ..... có mã số vùng trồng/mã số cơ sở đóng gói là ………………………………..</w:t>
      </w:r>
    </w:p>
    <w:p w14:paraId="20541D30"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Lý do đề nghị cấp lại: ……………………………………………………. (1)</w:t>
      </w:r>
    </w:p>
    <w:p w14:paraId="55F0776E" w14:textId="07EA6CE3" w:rsidR="00CD77B2" w:rsidRPr="003A778F"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Tài liệu kèm theo (nếu có): …………………………………………………</w:t>
      </w:r>
    </w:p>
    <w:p w14:paraId="05228B42" w14:textId="77777777" w:rsidR="00CD77B2" w:rsidRPr="00CD77B2" w:rsidRDefault="00CD77B2" w:rsidP="002A3677">
      <w:pPr>
        <w:snapToGrid w:val="0"/>
        <w:spacing w:after="0" w:line="240" w:lineRule="auto"/>
        <w:ind w:firstLine="567"/>
        <w:rPr>
          <w:rFonts w:cs="Times New Roman"/>
          <w:sz w:val="28"/>
          <w:szCs w:val="28"/>
          <w:lang w:val="vi-VN"/>
        </w:rPr>
      </w:pPr>
      <w:r w:rsidRPr="00CD77B2">
        <w:rPr>
          <w:rFonts w:cs="Times New Roman"/>
          <w:sz w:val="28"/>
          <w:szCs w:val="28"/>
          <w:lang w:val="vi-VN"/>
        </w:rPr>
        <w:t>Chúng tôi xin cam đoan các thông tin trong đơn, tài liệu kèm theo là đúng sự thật và chịu hoàn toàn trách nhiệm trước pháp luật.</w:t>
      </w:r>
    </w:p>
    <w:p w14:paraId="194523B8" w14:textId="77777777" w:rsidR="00CD77B2" w:rsidRPr="00CD77B2" w:rsidRDefault="00CD77B2" w:rsidP="002A3677">
      <w:pPr>
        <w:snapToGrid w:val="0"/>
        <w:spacing w:after="0" w:line="240" w:lineRule="auto"/>
        <w:ind w:firstLine="567"/>
        <w:rPr>
          <w:rFonts w:cs="Times New Roman"/>
          <w:sz w:val="14"/>
          <w:szCs w:val="28"/>
          <w:lang w:val="vi-VN"/>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835"/>
        <w:gridCol w:w="6407"/>
      </w:tblGrid>
      <w:tr w:rsidR="00CD77B2" w:rsidRPr="003A778F" w14:paraId="0770BFC2" w14:textId="77777777" w:rsidTr="00B451B1">
        <w:trPr>
          <w:tblCellSpacing w:w="0" w:type="dxa"/>
          <w:jc w:val="center"/>
        </w:trPr>
        <w:tc>
          <w:tcPr>
            <w:tcW w:w="1534" w:type="pct"/>
            <w:shd w:val="clear" w:color="auto" w:fill="FFFFFF"/>
            <w:hideMark/>
          </w:tcPr>
          <w:p w14:paraId="0C77FAED" w14:textId="77777777" w:rsidR="00CD77B2" w:rsidRPr="00CD77B2" w:rsidRDefault="00CD77B2" w:rsidP="002A3677">
            <w:pPr>
              <w:snapToGrid w:val="0"/>
              <w:spacing w:after="0" w:line="240" w:lineRule="auto"/>
              <w:rPr>
                <w:rFonts w:cs="Times New Roman"/>
                <w:sz w:val="28"/>
                <w:szCs w:val="28"/>
                <w:lang w:val="vi-VN"/>
              </w:rPr>
            </w:pPr>
            <w:r w:rsidRPr="00CD77B2">
              <w:rPr>
                <w:rFonts w:cs="Times New Roman"/>
                <w:sz w:val="28"/>
                <w:szCs w:val="28"/>
                <w:lang w:val="vi-VN"/>
              </w:rPr>
              <w:t> </w:t>
            </w:r>
          </w:p>
        </w:tc>
        <w:tc>
          <w:tcPr>
            <w:tcW w:w="3466" w:type="pct"/>
            <w:shd w:val="clear" w:color="auto" w:fill="FFFFFF"/>
            <w:hideMark/>
          </w:tcPr>
          <w:p w14:paraId="71E20899" w14:textId="77777777" w:rsidR="00CD77B2" w:rsidRPr="00CD77B2" w:rsidRDefault="00CD77B2" w:rsidP="002A3677">
            <w:pPr>
              <w:snapToGrid w:val="0"/>
              <w:spacing w:after="0" w:line="240" w:lineRule="auto"/>
              <w:jc w:val="center"/>
              <w:rPr>
                <w:rFonts w:cs="Times New Roman"/>
                <w:sz w:val="28"/>
                <w:szCs w:val="28"/>
                <w:lang w:val="vi-VN"/>
              </w:rPr>
            </w:pPr>
            <w:r w:rsidRPr="00CD77B2">
              <w:rPr>
                <w:rFonts w:cs="Times New Roman"/>
                <w:b/>
                <w:bCs/>
                <w:sz w:val="28"/>
                <w:szCs w:val="28"/>
                <w:lang w:val="vi-VN"/>
              </w:rPr>
              <w:t>TỔ CHỨC/CÁ NHÂN ĐỀ NGHỊ CẤP LẠI MÃ SỐ</w:t>
            </w:r>
            <w:r w:rsidRPr="00CD77B2">
              <w:rPr>
                <w:rFonts w:cs="Times New Roman"/>
                <w:sz w:val="28"/>
                <w:szCs w:val="28"/>
                <w:lang w:val="vi-VN"/>
              </w:rPr>
              <w:br/>
            </w:r>
            <w:r w:rsidRPr="00CD77B2">
              <w:rPr>
                <w:rFonts w:cs="Times New Roman"/>
                <w:i/>
                <w:iCs/>
                <w:sz w:val="28"/>
                <w:szCs w:val="28"/>
                <w:lang w:val="vi-VN"/>
              </w:rPr>
              <w:t>(Ký tên, đóng dấu)</w:t>
            </w:r>
          </w:p>
        </w:tc>
      </w:tr>
    </w:tbl>
    <w:p w14:paraId="0B7937CB" w14:textId="77777777" w:rsidR="00CD77B2" w:rsidRPr="00CD77B2" w:rsidRDefault="00CD77B2" w:rsidP="00CD77B2">
      <w:pPr>
        <w:snapToGrid w:val="0"/>
        <w:spacing w:after="0" w:line="240" w:lineRule="auto"/>
        <w:rPr>
          <w:rFonts w:cs="Times New Roman"/>
          <w:sz w:val="16"/>
          <w:szCs w:val="28"/>
          <w:lang w:val="vi-VN"/>
        </w:rPr>
      </w:pPr>
      <w:r w:rsidRPr="00CD77B2">
        <w:rPr>
          <w:rFonts w:cs="Times New Roman"/>
          <w:sz w:val="28"/>
          <w:szCs w:val="28"/>
          <w:lang w:val="vi-VN"/>
        </w:rPr>
        <w:t> </w:t>
      </w:r>
    </w:p>
    <w:p w14:paraId="445E10B5" w14:textId="77777777" w:rsidR="00CD77B2" w:rsidRPr="003A778F" w:rsidRDefault="00CD77B2" w:rsidP="00CD77B2">
      <w:pPr>
        <w:snapToGrid w:val="0"/>
        <w:spacing w:after="0" w:line="240" w:lineRule="auto"/>
        <w:ind w:firstLine="567"/>
        <w:rPr>
          <w:rFonts w:cs="Times New Roman"/>
          <w:iCs/>
          <w:sz w:val="28"/>
          <w:szCs w:val="28"/>
          <w:lang w:val="vi-VN"/>
        </w:rPr>
      </w:pPr>
      <w:r w:rsidRPr="00CD77B2">
        <w:rPr>
          <w:rFonts w:cs="Times New Roman"/>
          <w:iCs/>
          <w:sz w:val="28"/>
          <w:szCs w:val="28"/>
          <w:lang w:val="vi-VN"/>
        </w:rPr>
        <w:t>(1) Thay đổi thông tin liên quan đến tên tổ chức, cá nhân đại diện mã số vùng trồng/mã số cơ sở đóng gói hoặc thay đổi địa giới hành chính.</w:t>
      </w:r>
    </w:p>
    <w:p w14:paraId="6DD746DD" w14:textId="77777777" w:rsidR="00526C74" w:rsidRPr="003A778F" w:rsidRDefault="00526C74" w:rsidP="00CD77B2">
      <w:pPr>
        <w:snapToGrid w:val="0"/>
        <w:spacing w:after="0" w:line="240" w:lineRule="auto"/>
        <w:ind w:firstLine="567"/>
        <w:rPr>
          <w:rFonts w:cs="Times New Roman"/>
          <w:iCs/>
          <w:sz w:val="28"/>
          <w:szCs w:val="28"/>
          <w:lang w:val="vi-VN"/>
        </w:rPr>
      </w:pPr>
    </w:p>
    <w:p w14:paraId="7716617E" w14:textId="77777777" w:rsidR="00526C74" w:rsidRPr="003A778F" w:rsidRDefault="00526C74" w:rsidP="00CD77B2">
      <w:pPr>
        <w:snapToGrid w:val="0"/>
        <w:spacing w:after="0" w:line="240" w:lineRule="auto"/>
        <w:ind w:firstLine="567"/>
        <w:rPr>
          <w:rFonts w:cs="Times New Roman"/>
          <w:iCs/>
          <w:sz w:val="28"/>
          <w:szCs w:val="28"/>
          <w:lang w:val="vi-VN"/>
        </w:rPr>
      </w:pPr>
    </w:p>
    <w:p w14:paraId="30A719A8" w14:textId="77777777" w:rsidR="00526C74" w:rsidRPr="003A778F" w:rsidRDefault="00526C74" w:rsidP="00CD77B2">
      <w:pPr>
        <w:snapToGrid w:val="0"/>
        <w:spacing w:after="0" w:line="240" w:lineRule="auto"/>
        <w:ind w:firstLine="567"/>
        <w:rPr>
          <w:rFonts w:cs="Times New Roman"/>
          <w:iCs/>
          <w:sz w:val="28"/>
          <w:szCs w:val="28"/>
          <w:lang w:val="vi-VN"/>
        </w:rPr>
      </w:pPr>
    </w:p>
    <w:p w14:paraId="75ABB083" w14:textId="6723EB3F" w:rsidR="00CD77B2" w:rsidRPr="003A778F" w:rsidRDefault="00CD77B2" w:rsidP="00CD77B2">
      <w:pPr>
        <w:snapToGrid w:val="0"/>
        <w:spacing w:after="0" w:line="240" w:lineRule="auto"/>
        <w:jc w:val="center"/>
        <w:rPr>
          <w:rFonts w:cs="Times New Roman"/>
          <w:sz w:val="28"/>
          <w:szCs w:val="28"/>
          <w:lang w:val="vi-VN"/>
        </w:rPr>
      </w:pPr>
      <w:bookmarkStart w:id="9" w:name="chuong_pl_5"/>
      <w:r w:rsidRPr="00CD77B2">
        <w:rPr>
          <w:rFonts w:cs="Times New Roman"/>
          <w:b/>
          <w:bCs/>
          <w:sz w:val="28"/>
          <w:szCs w:val="28"/>
          <w:lang w:val="vi-VN"/>
        </w:rPr>
        <w:t>Phụ lục V</w:t>
      </w:r>
      <w:bookmarkEnd w:id="9"/>
      <w:r w:rsidRPr="00CD77B2">
        <w:rPr>
          <w:rFonts w:cs="Times New Roman"/>
          <w:b/>
          <w:bCs/>
          <w:sz w:val="28"/>
          <w:szCs w:val="28"/>
          <w:lang w:val="vi-VN"/>
        </w:rPr>
        <w:t>I</w:t>
      </w:r>
      <w:r w:rsidR="001B71E3" w:rsidRPr="003A778F">
        <w:rPr>
          <w:rFonts w:cs="Times New Roman"/>
          <w:b/>
          <w:bCs/>
          <w:sz w:val="28"/>
          <w:szCs w:val="28"/>
          <w:lang w:val="vi-VN"/>
        </w:rPr>
        <w:t>I</w:t>
      </w:r>
    </w:p>
    <w:p w14:paraId="569F7CF6" w14:textId="43EEF185" w:rsidR="00CD77B2" w:rsidRPr="00CD77B2" w:rsidRDefault="00CD77B2" w:rsidP="00CD77B2">
      <w:pPr>
        <w:spacing w:after="0" w:line="240" w:lineRule="auto"/>
        <w:jc w:val="center"/>
        <w:rPr>
          <w:rFonts w:cs="Times New Roman"/>
          <w:i/>
          <w:iCs/>
          <w:sz w:val="28"/>
          <w:szCs w:val="28"/>
          <w:lang w:val="vi-VN"/>
        </w:rPr>
      </w:pPr>
      <w:bookmarkStart w:id="10" w:name="chuong_pl_5_name"/>
      <w:r w:rsidRPr="00CD77B2">
        <w:rPr>
          <w:rFonts w:cs="Times New Roman"/>
          <w:b/>
          <w:sz w:val="28"/>
          <w:szCs w:val="28"/>
          <w:lang w:val="vi-VN"/>
        </w:rPr>
        <w:t>BIÊN BẢN KIỂM TRA VÙNG TRỒNG</w:t>
      </w:r>
      <w:bookmarkEnd w:id="10"/>
      <w:r w:rsidRPr="00CD77B2">
        <w:rPr>
          <w:rFonts w:cs="Times New Roman"/>
          <w:b/>
          <w:sz w:val="28"/>
          <w:szCs w:val="28"/>
          <w:lang w:val="vi-VN"/>
        </w:rPr>
        <w:br/>
      </w:r>
      <w:r w:rsidRPr="00CD77B2">
        <w:rPr>
          <w:rFonts w:cs="Times New Roman"/>
          <w:i/>
          <w:iCs/>
          <w:sz w:val="28"/>
          <w:szCs w:val="28"/>
          <w:lang w:val="vi-VN"/>
        </w:rPr>
        <w:t xml:space="preserve">(Kèm theo Nghị </w:t>
      </w:r>
      <w:r w:rsidRPr="003A778F">
        <w:rPr>
          <w:rFonts w:cs="Times New Roman"/>
          <w:i/>
          <w:iCs/>
          <w:sz w:val="28"/>
          <w:szCs w:val="28"/>
          <w:lang w:val="vi-VN"/>
        </w:rPr>
        <w:t>định</w:t>
      </w:r>
      <w:r w:rsidRPr="00CD77B2">
        <w:rPr>
          <w:rFonts w:cs="Times New Roman"/>
          <w:i/>
          <w:iCs/>
          <w:sz w:val="28"/>
          <w:szCs w:val="28"/>
          <w:lang w:val="vi-VN"/>
        </w:rPr>
        <w:t xml:space="preserve"> số       /2026/</w:t>
      </w:r>
      <w:r w:rsidR="00FE4008" w:rsidRPr="00CD77B2">
        <w:rPr>
          <w:rFonts w:cs="Times New Roman"/>
          <w:i/>
          <w:iCs/>
          <w:sz w:val="28"/>
          <w:szCs w:val="28"/>
          <w:lang w:val="vi-VN"/>
        </w:rPr>
        <w:t>N</w:t>
      </w:r>
      <w:r w:rsidR="00FE4008" w:rsidRPr="003A778F">
        <w:rPr>
          <w:rFonts w:cs="Times New Roman"/>
          <w:i/>
          <w:iCs/>
          <w:sz w:val="28"/>
          <w:szCs w:val="28"/>
          <w:lang w:val="vi-VN"/>
        </w:rPr>
        <w:t>Đ</w:t>
      </w:r>
      <w:r w:rsidRPr="00CD77B2">
        <w:rPr>
          <w:rFonts w:cs="Times New Roman"/>
          <w:i/>
          <w:iCs/>
          <w:sz w:val="28"/>
          <w:szCs w:val="28"/>
          <w:lang w:val="vi-VN"/>
        </w:rPr>
        <w:t xml:space="preserve">-CP </w:t>
      </w:r>
    </w:p>
    <w:p w14:paraId="3F89CE72" w14:textId="77777777" w:rsidR="00CD77B2" w:rsidRPr="00CD77B2" w:rsidRDefault="00CD77B2" w:rsidP="00CD77B2">
      <w:pPr>
        <w:spacing w:after="0" w:line="240" w:lineRule="auto"/>
        <w:jc w:val="center"/>
        <w:rPr>
          <w:rFonts w:cs="Times New Roman"/>
          <w:i/>
          <w:iCs/>
          <w:sz w:val="28"/>
          <w:szCs w:val="28"/>
          <w:lang w:val="vi-VN"/>
        </w:rPr>
      </w:pPr>
      <w:r w:rsidRPr="00CD77B2">
        <w:rPr>
          <w:rFonts w:cs="Times New Roman"/>
          <w:i/>
          <w:iCs/>
          <w:sz w:val="28"/>
          <w:szCs w:val="28"/>
          <w:lang w:val="vi-VN"/>
        </w:rPr>
        <w:t>ngày       tháng      năm 2026 của Chính phủ)</w:t>
      </w:r>
    </w:p>
    <w:p w14:paraId="24C1C687" w14:textId="77777777" w:rsidR="00CD77B2" w:rsidRPr="00CD77B2" w:rsidRDefault="00CD77B2" w:rsidP="00CD77B2">
      <w:pPr>
        <w:spacing w:after="0" w:line="240" w:lineRule="auto"/>
        <w:jc w:val="center"/>
        <w:rPr>
          <w:rFonts w:cs="Times New Roman"/>
          <w:sz w:val="28"/>
          <w:szCs w:val="28"/>
          <w:lang w:val="vi-VN"/>
        </w:rPr>
      </w:pPr>
    </w:p>
    <w:tbl>
      <w:tblPr>
        <w:tblW w:w="5472" w:type="pct"/>
        <w:tblCellSpacing w:w="0" w:type="dxa"/>
        <w:tblInd w:w="-432" w:type="dxa"/>
        <w:shd w:val="clear" w:color="auto" w:fill="FFFFFF"/>
        <w:tblCellMar>
          <w:left w:w="0" w:type="dxa"/>
          <w:right w:w="0" w:type="dxa"/>
        </w:tblCellMar>
        <w:tblLook w:val="04A0" w:firstRow="1" w:lastRow="0" w:firstColumn="1" w:lastColumn="0" w:noHBand="0" w:noVBand="1"/>
      </w:tblPr>
      <w:tblGrid>
        <w:gridCol w:w="4643"/>
        <w:gridCol w:w="5708"/>
      </w:tblGrid>
      <w:tr w:rsidR="00CD77B2" w:rsidRPr="003A778F" w14:paraId="48B53151" w14:textId="77777777" w:rsidTr="00CB117A">
        <w:trPr>
          <w:tblCellSpacing w:w="0" w:type="dxa"/>
        </w:trPr>
        <w:tc>
          <w:tcPr>
            <w:tcW w:w="2243" w:type="pct"/>
            <w:shd w:val="clear" w:color="auto" w:fill="FFFFFF"/>
            <w:tcMar>
              <w:top w:w="0" w:type="dxa"/>
              <w:left w:w="108" w:type="dxa"/>
              <w:bottom w:w="0" w:type="dxa"/>
              <w:right w:w="108" w:type="dxa"/>
            </w:tcMar>
            <w:hideMark/>
          </w:tcPr>
          <w:p w14:paraId="38E9FE16" w14:textId="77777777" w:rsidR="00CD77B2" w:rsidRPr="00CD77B2" w:rsidRDefault="00CD77B2" w:rsidP="00CD77B2">
            <w:pPr>
              <w:snapToGrid w:val="0"/>
              <w:spacing w:after="0" w:line="240" w:lineRule="auto"/>
              <w:jc w:val="center"/>
              <w:rPr>
                <w:rFonts w:cs="Times New Roman"/>
                <w:sz w:val="28"/>
                <w:szCs w:val="28"/>
                <w:vertAlign w:val="superscript"/>
                <w:lang w:val="vi-VN"/>
              </w:rPr>
            </w:pPr>
            <w:r w:rsidRPr="00CD77B2">
              <w:rPr>
                <w:rFonts w:cs="Times New Roman"/>
                <w:b/>
                <w:bCs/>
                <w:szCs w:val="28"/>
                <w:lang w:val="vi-VN"/>
              </w:rPr>
              <w:t>TÊN CƠ QUAN, ĐƠN VỊ KIỂM TRA</w:t>
            </w:r>
            <w:r w:rsidRPr="00CD77B2">
              <w:rPr>
                <w:rFonts w:cs="Times New Roman"/>
                <w:szCs w:val="28"/>
                <w:lang w:val="vi-VN"/>
              </w:rPr>
              <w:br/>
            </w:r>
            <w:r w:rsidRPr="00CD77B2">
              <w:rPr>
                <w:rFonts w:cs="Times New Roman"/>
                <w:sz w:val="28"/>
                <w:szCs w:val="28"/>
                <w:vertAlign w:val="superscript"/>
                <w:lang w:val="vi-VN"/>
              </w:rPr>
              <w:t>___________</w:t>
            </w:r>
          </w:p>
        </w:tc>
        <w:tc>
          <w:tcPr>
            <w:tcW w:w="2757" w:type="pct"/>
            <w:shd w:val="clear" w:color="auto" w:fill="FFFFFF"/>
            <w:tcMar>
              <w:top w:w="0" w:type="dxa"/>
              <w:left w:w="108" w:type="dxa"/>
              <w:bottom w:w="0" w:type="dxa"/>
              <w:right w:w="108" w:type="dxa"/>
            </w:tcMar>
            <w:hideMark/>
          </w:tcPr>
          <w:p w14:paraId="03C5720E" w14:textId="77777777" w:rsidR="00CD77B2" w:rsidRPr="00CD77B2" w:rsidRDefault="00CD77B2" w:rsidP="00CD77B2">
            <w:pPr>
              <w:snapToGrid w:val="0"/>
              <w:spacing w:after="0" w:line="240" w:lineRule="auto"/>
              <w:jc w:val="center"/>
              <w:rPr>
                <w:rFonts w:cs="Times New Roman"/>
                <w:sz w:val="28"/>
                <w:szCs w:val="28"/>
                <w:vertAlign w:val="superscript"/>
                <w:lang w:val="vi-VN"/>
              </w:rPr>
            </w:pPr>
            <w:r w:rsidRPr="00CD77B2">
              <w:rPr>
                <w:rFonts w:cs="Times New Roman"/>
                <w:b/>
                <w:bCs/>
                <w:szCs w:val="28"/>
                <w:lang w:val="vi-VN"/>
              </w:rPr>
              <w:t>CỘNG HÒA XÃ HỘI CHỦ NGHĨA VIỆT NAM</w:t>
            </w:r>
            <w:r w:rsidRPr="00CD77B2">
              <w:rPr>
                <w:rFonts w:cs="Times New Roman"/>
                <w:b/>
                <w:bCs/>
                <w:szCs w:val="28"/>
                <w:lang w:val="vi-VN"/>
              </w:rPr>
              <w:br/>
            </w:r>
            <w:r w:rsidRPr="00CD77B2">
              <w:rPr>
                <w:rFonts w:cs="Times New Roman"/>
                <w:b/>
                <w:bCs/>
                <w:sz w:val="28"/>
                <w:szCs w:val="28"/>
                <w:lang w:val="vi-VN"/>
              </w:rPr>
              <w:t>Độc lập - Tự do - Hạnh phúc</w:t>
            </w:r>
            <w:r w:rsidRPr="00CD77B2">
              <w:rPr>
                <w:rFonts w:cs="Times New Roman"/>
                <w:sz w:val="28"/>
                <w:szCs w:val="28"/>
                <w:lang w:val="vi-VN"/>
              </w:rPr>
              <w:br/>
            </w:r>
            <w:r w:rsidRPr="00CD77B2">
              <w:rPr>
                <w:rFonts w:cs="Times New Roman"/>
                <w:sz w:val="28"/>
                <w:szCs w:val="28"/>
                <w:vertAlign w:val="superscript"/>
                <w:lang w:val="vi-VN"/>
              </w:rPr>
              <w:t>_____________________________________</w:t>
            </w:r>
          </w:p>
        </w:tc>
      </w:tr>
      <w:tr w:rsidR="00CD77B2" w:rsidRPr="00CD77B2" w14:paraId="2629DE39" w14:textId="77777777" w:rsidTr="00CB117A">
        <w:trPr>
          <w:tblCellSpacing w:w="0" w:type="dxa"/>
        </w:trPr>
        <w:tc>
          <w:tcPr>
            <w:tcW w:w="2243" w:type="pct"/>
            <w:shd w:val="clear" w:color="auto" w:fill="FFFFFF"/>
            <w:tcMar>
              <w:top w:w="0" w:type="dxa"/>
              <w:left w:w="108" w:type="dxa"/>
              <w:bottom w:w="0" w:type="dxa"/>
              <w:right w:w="108" w:type="dxa"/>
            </w:tcMar>
            <w:hideMark/>
          </w:tcPr>
          <w:p w14:paraId="6A31CD09" w14:textId="77777777" w:rsidR="00CD77B2" w:rsidRPr="00CD77B2" w:rsidRDefault="00CD77B2" w:rsidP="00CD77B2">
            <w:pPr>
              <w:snapToGrid w:val="0"/>
              <w:spacing w:after="0" w:line="240" w:lineRule="auto"/>
              <w:rPr>
                <w:rFonts w:cs="Times New Roman"/>
                <w:sz w:val="28"/>
                <w:szCs w:val="28"/>
                <w:lang w:val="vi-VN"/>
              </w:rPr>
            </w:pPr>
            <w:r w:rsidRPr="00CD77B2">
              <w:rPr>
                <w:rFonts w:cs="Times New Roman"/>
                <w:b/>
                <w:bCs/>
                <w:sz w:val="28"/>
                <w:szCs w:val="28"/>
                <w:lang w:val="vi-VN"/>
              </w:rPr>
              <w:t> </w:t>
            </w:r>
          </w:p>
        </w:tc>
        <w:tc>
          <w:tcPr>
            <w:tcW w:w="2757" w:type="pct"/>
            <w:shd w:val="clear" w:color="auto" w:fill="FFFFFF"/>
            <w:tcMar>
              <w:top w:w="0" w:type="dxa"/>
              <w:left w:w="108" w:type="dxa"/>
              <w:bottom w:w="0" w:type="dxa"/>
              <w:right w:w="108" w:type="dxa"/>
            </w:tcMar>
            <w:hideMark/>
          </w:tcPr>
          <w:p w14:paraId="1393BF98"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i/>
                <w:iCs/>
                <w:sz w:val="28"/>
                <w:szCs w:val="28"/>
              </w:rPr>
              <w:t>……., ngày … tháng … năm ……</w:t>
            </w:r>
          </w:p>
        </w:tc>
      </w:tr>
    </w:tbl>
    <w:p w14:paraId="2F3EE66F"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p w14:paraId="1B1AECDE" w14:textId="77777777" w:rsidR="00CD77B2" w:rsidRPr="00CD77B2" w:rsidRDefault="00CD77B2" w:rsidP="00CD77B2">
      <w:pPr>
        <w:snapToGrid w:val="0"/>
        <w:spacing w:after="0" w:line="240" w:lineRule="auto"/>
        <w:jc w:val="center"/>
        <w:rPr>
          <w:rFonts w:cs="Times New Roman"/>
          <w:b/>
          <w:bCs/>
          <w:sz w:val="28"/>
          <w:szCs w:val="28"/>
        </w:rPr>
      </w:pPr>
      <w:r w:rsidRPr="00CD77B2">
        <w:rPr>
          <w:rFonts w:cs="Times New Roman"/>
          <w:b/>
          <w:bCs/>
          <w:sz w:val="28"/>
          <w:szCs w:val="28"/>
        </w:rPr>
        <w:t>BIÊN BẢN KIỂM TRA VÙNG TRỒNG</w:t>
      </w:r>
    </w:p>
    <w:p w14:paraId="72FDD17E" w14:textId="77777777" w:rsidR="00CD77B2" w:rsidRPr="00CD77B2" w:rsidRDefault="00CD77B2" w:rsidP="00CD77B2">
      <w:pPr>
        <w:snapToGrid w:val="0"/>
        <w:spacing w:after="0" w:line="240" w:lineRule="auto"/>
        <w:jc w:val="center"/>
        <w:rPr>
          <w:rFonts w:cs="Times New Roman"/>
          <w:sz w:val="20"/>
          <w:szCs w:val="28"/>
        </w:rPr>
      </w:pPr>
    </w:p>
    <w:p w14:paraId="0E5ACE9B"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
          <w:bCs/>
          <w:sz w:val="28"/>
          <w:szCs w:val="28"/>
        </w:rPr>
        <w:t>I. THÔNG TIN CHUNG:</w:t>
      </w:r>
    </w:p>
    <w:p w14:paraId="4CB4BF4A"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1. Đối với trường hợp tổ chức đề nghị cấp mã số:</w:t>
      </w:r>
    </w:p>
    <w:p w14:paraId="4D1B4F7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Tên tổ chức đề nghị cấp mã số: …………………………………………….</w:t>
      </w:r>
    </w:p>
    <w:p w14:paraId="2BC3D941" w14:textId="3CCEB0AB"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Địa chỉ: ……………………………………………………………………</w:t>
      </w:r>
    </w:p>
    <w:p w14:paraId="13724A5D"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Mã định danh hoặc mã số thuế của tổ chức: ………..………………………</w:t>
      </w:r>
    </w:p>
    <w:p w14:paraId="229B8AA8"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Người đại diện: ……………………………………………………….......</w:t>
      </w:r>
    </w:p>
    <w:p w14:paraId="442323B3"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131D6D9C" w14:textId="77777777" w:rsidR="00CD77B2" w:rsidRPr="00CD77B2" w:rsidRDefault="00CD77B2" w:rsidP="00CD77B2">
      <w:pPr>
        <w:spacing w:before="120" w:after="0" w:line="240" w:lineRule="auto"/>
        <w:ind w:firstLine="567"/>
        <w:rPr>
          <w:rFonts w:cs="Times New Roman"/>
          <w:spacing w:val="-4"/>
          <w:sz w:val="28"/>
          <w:szCs w:val="28"/>
          <w:lang w:val="vi-VN"/>
        </w:rPr>
      </w:pPr>
      <w:r w:rsidRPr="00CD77B2">
        <w:rPr>
          <w:rFonts w:cs="Times New Roman"/>
          <w:spacing w:val="-4"/>
          <w:sz w:val="28"/>
          <w:szCs w:val="28"/>
          <w:lang w:val="vi-VN"/>
        </w:rPr>
        <w:t>2. Đối với trường hợp cá nhân/hộ gia đình/nhóm hộ gia đình đề nghị cấp mã số:</w:t>
      </w:r>
    </w:p>
    <w:p w14:paraId="6B02BC81"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Họ và tên người đại diện đề nghị cấp mã số:………………………………..</w:t>
      </w:r>
    </w:p>
    <w:p w14:paraId="6306A1F7"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Số Căn cước công dân (của người đại diện đề nghị cấp mã số)……... ngày cấp ….. cơ quan cấp …………………………….</w:t>
      </w:r>
    </w:p>
    <w:p w14:paraId="10805960"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26F166C8" w14:textId="73660B64" w:rsidR="00CD77B2" w:rsidRPr="001B71E3" w:rsidRDefault="00CD77B2" w:rsidP="00CD77B2">
      <w:pPr>
        <w:spacing w:before="120" w:after="0" w:line="240" w:lineRule="auto"/>
        <w:ind w:firstLine="567"/>
        <w:rPr>
          <w:rFonts w:cs="Times New Roman"/>
          <w:sz w:val="28"/>
          <w:szCs w:val="28"/>
        </w:rPr>
      </w:pPr>
      <w:r w:rsidRPr="00CD77B2">
        <w:rPr>
          <w:rFonts w:cs="Times New Roman"/>
          <w:sz w:val="28"/>
          <w:szCs w:val="28"/>
          <w:lang w:val="vi-VN"/>
        </w:rPr>
        <w:t>- Địa chỉ: ……………………………………………………………………</w:t>
      </w:r>
    </w:p>
    <w:p w14:paraId="1600D542" w14:textId="7ACD7508" w:rsidR="00CD77B2" w:rsidRPr="001B71E3" w:rsidRDefault="00CD77B2" w:rsidP="00CD77B2">
      <w:pPr>
        <w:snapToGrid w:val="0"/>
        <w:spacing w:before="120" w:after="0" w:line="240" w:lineRule="auto"/>
        <w:ind w:firstLine="567"/>
        <w:rPr>
          <w:rFonts w:cs="Times New Roman"/>
          <w:sz w:val="28"/>
          <w:szCs w:val="28"/>
        </w:rPr>
      </w:pPr>
      <w:r w:rsidRPr="00CD77B2">
        <w:rPr>
          <w:rFonts w:cs="Times New Roman"/>
          <w:sz w:val="28"/>
          <w:szCs w:val="28"/>
          <w:lang w:val="vi-VN"/>
        </w:rPr>
        <w:t>3. Tên vùng trồng: …………………………………………………………….</w:t>
      </w:r>
    </w:p>
    <w:p w14:paraId="39020D35"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Địa chỉ: …………………………………………………………………….</w:t>
      </w:r>
    </w:p>
    <w:p w14:paraId="1EC187FE"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Mã số vùng trồng (nếu có): ..........................................................................</w:t>
      </w:r>
    </w:p>
    <w:p w14:paraId="018AD7AB"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Tên sản phẩm cây trồng: ……………………………………………………..</w:t>
      </w:r>
    </w:p>
    <w:p w14:paraId="46807E08"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4. Hình thức kiểm tra: Trực tiếp □     Trực tuyến □</w:t>
      </w:r>
    </w:p>
    <w:p w14:paraId="4A6FDA9D"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5. Thành phần đoàn kiểm tra:</w:t>
      </w:r>
    </w:p>
    <w:p w14:paraId="402298F2"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0A524293"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10D0BFE5"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335E7A66"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Đại diện vùng trồng:</w:t>
      </w:r>
    </w:p>
    <w:p w14:paraId="4A8A7C76"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3DD599CD" w14:textId="2904443E"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467A2CA2" w14:textId="77777777" w:rsidR="00CD77B2" w:rsidRPr="00CD77B2" w:rsidRDefault="00CD77B2" w:rsidP="00CD77B2">
      <w:pPr>
        <w:snapToGrid w:val="0"/>
        <w:spacing w:before="120" w:after="0" w:line="240" w:lineRule="auto"/>
        <w:ind w:firstLine="567"/>
        <w:rPr>
          <w:rFonts w:cs="Times New Roman"/>
          <w:b/>
          <w:bCs/>
          <w:sz w:val="28"/>
          <w:szCs w:val="28"/>
        </w:rPr>
      </w:pPr>
      <w:r w:rsidRPr="00CD77B2">
        <w:rPr>
          <w:rFonts w:cs="Times New Roman"/>
          <w:b/>
          <w:bCs/>
          <w:sz w:val="28"/>
          <w:szCs w:val="28"/>
        </w:rPr>
        <w:t>II. KIỂM TRA THỰC TẾ</w:t>
      </w:r>
    </w:p>
    <w:p w14:paraId="580F108D" w14:textId="77777777" w:rsidR="00CD77B2" w:rsidRPr="00CD77B2" w:rsidRDefault="00CD77B2" w:rsidP="00CD77B2">
      <w:pPr>
        <w:snapToGrid w:val="0"/>
        <w:spacing w:before="120" w:after="0" w:line="240" w:lineRule="auto"/>
        <w:ind w:firstLine="567"/>
        <w:rPr>
          <w:rFonts w:cs="Times New Roman"/>
          <w:sz w:val="6"/>
          <w:szCs w:val="28"/>
        </w:rPr>
      </w:pPr>
    </w:p>
    <w:tbl>
      <w:tblPr>
        <w:tblW w:w="5092" w:type="pct"/>
        <w:tblCellSpacing w:w="0" w:type="dxa"/>
        <w:shd w:val="clear" w:color="auto" w:fill="FFFFFF"/>
        <w:tblCellMar>
          <w:left w:w="0" w:type="dxa"/>
          <w:right w:w="0" w:type="dxa"/>
        </w:tblCellMar>
        <w:tblLook w:val="04A0" w:firstRow="1" w:lastRow="0" w:firstColumn="1" w:lastColumn="0" w:noHBand="0" w:noVBand="1"/>
      </w:tblPr>
      <w:tblGrid>
        <w:gridCol w:w="980"/>
        <w:gridCol w:w="3640"/>
        <w:gridCol w:w="1298"/>
        <w:gridCol w:w="1588"/>
        <w:gridCol w:w="1967"/>
      </w:tblGrid>
      <w:tr w:rsidR="00CD77B2" w:rsidRPr="00CD77B2" w14:paraId="6E0DA86C" w14:textId="77777777" w:rsidTr="00526C74">
        <w:trPr>
          <w:tblCellSpacing w:w="0" w:type="dxa"/>
        </w:trPr>
        <w:tc>
          <w:tcPr>
            <w:tcW w:w="518"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4FAD8EC"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STT</w:t>
            </w:r>
          </w:p>
        </w:tc>
        <w:tc>
          <w:tcPr>
            <w:tcW w:w="1921"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660BE8F"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Nội dung kiểm tra</w:t>
            </w:r>
          </w:p>
        </w:tc>
        <w:tc>
          <w:tcPr>
            <w:tcW w:w="2561" w:type="pct"/>
            <w:gridSpan w:val="3"/>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87B5236"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Kết quả kiểm tra</w:t>
            </w:r>
          </w:p>
        </w:tc>
      </w:tr>
      <w:tr w:rsidR="00CD77B2" w:rsidRPr="00CD77B2" w14:paraId="14AE9F50" w14:textId="77777777" w:rsidTr="00526C74">
        <w:trPr>
          <w:tblCellSpacing w:w="0" w:type="dxa"/>
        </w:trPr>
        <w:tc>
          <w:tcPr>
            <w:tcW w:w="518"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D032A07" w14:textId="77777777" w:rsidR="00CD77B2" w:rsidRPr="00CD77B2" w:rsidRDefault="00CD77B2" w:rsidP="00CD77B2">
            <w:pPr>
              <w:snapToGrid w:val="0"/>
              <w:spacing w:after="0" w:line="240" w:lineRule="auto"/>
              <w:jc w:val="center"/>
              <w:rPr>
                <w:rFonts w:cs="Times New Roman"/>
                <w:sz w:val="28"/>
                <w:szCs w:val="28"/>
              </w:rPr>
            </w:pPr>
          </w:p>
        </w:tc>
        <w:tc>
          <w:tcPr>
            <w:tcW w:w="1921" w:type="pct"/>
            <w:vMerge/>
            <w:tcBorders>
              <w:top w:val="single" w:sz="8" w:space="0" w:color="auto"/>
              <w:left w:val="nil"/>
              <w:bottom w:val="single" w:sz="8" w:space="0" w:color="auto"/>
              <w:right w:val="single" w:sz="8" w:space="0" w:color="auto"/>
            </w:tcBorders>
            <w:shd w:val="clear" w:color="auto" w:fill="FFFFFF"/>
            <w:vAlign w:val="center"/>
            <w:hideMark/>
          </w:tcPr>
          <w:p w14:paraId="1D700C83" w14:textId="77777777" w:rsidR="00CD77B2" w:rsidRPr="00CD77B2" w:rsidRDefault="00CD77B2" w:rsidP="00CD77B2">
            <w:pPr>
              <w:snapToGrid w:val="0"/>
              <w:spacing w:after="0" w:line="240" w:lineRule="auto"/>
              <w:rPr>
                <w:rFonts w:cs="Times New Roman"/>
                <w:sz w:val="28"/>
                <w:szCs w:val="28"/>
              </w:rPr>
            </w:pP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9CB961"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Đạt</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D80BC7F"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Không đạt</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ECC0A2A"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Diễn giải          chi tiết</w:t>
            </w:r>
          </w:p>
        </w:tc>
      </w:tr>
      <w:tr w:rsidR="00CD77B2" w:rsidRPr="00CD77B2" w14:paraId="429B37AC"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A22806E"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I</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A5B08F" w14:textId="77777777" w:rsidR="00CD77B2" w:rsidRPr="00CD77B2" w:rsidRDefault="00CD77B2" w:rsidP="00CD77B2">
            <w:pPr>
              <w:snapToGrid w:val="0"/>
              <w:spacing w:after="0" w:line="240" w:lineRule="auto"/>
              <w:rPr>
                <w:rFonts w:cs="Times New Roman"/>
                <w:sz w:val="28"/>
                <w:szCs w:val="28"/>
              </w:rPr>
            </w:pPr>
            <w:r w:rsidRPr="00CD77B2">
              <w:rPr>
                <w:rFonts w:cs="Times New Roman"/>
                <w:b/>
                <w:bCs/>
                <w:sz w:val="28"/>
                <w:szCs w:val="28"/>
              </w:rPr>
              <w:t>Thông tin đăng ký ban đầu</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7734B6C"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D21302B"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D41DBD4"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14A1C6DE"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7B38B4A"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1</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DF36C81"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Diện tích vùng trồng</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E964371"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5A610D5"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EE0797E"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37C0C574"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57024D"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2</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DFFFAAC"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Số hộ tham gia sản xuất</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04062E3"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11E867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B196191"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6CDC5D90"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963BB71"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3</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1AE91F"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Giai đoạn sinh trưởng của cây trồng</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D6E0288"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64050E"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22DF45"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2F210A0F"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CFE551F"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4</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4147130"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Thời gian dự kiến thu hoạch</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F46F9A2"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0E3825C"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30CDA56"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0F62A8E7"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18B9BBF"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5</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3E2AE01"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Sản lượng dự kiến thu hoạch</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A3A1802"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B7CEAF"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380CDC4"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78F5A858"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56F67172"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6</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76AFFD9"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Thông tin khác (nếu có)</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E61513"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C373AA"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438FAAD"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556BB4FF"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3482E96" w14:textId="77777777" w:rsidR="00CD77B2" w:rsidRPr="00CD77B2" w:rsidRDefault="00CD77B2" w:rsidP="00CD77B2">
            <w:pPr>
              <w:snapToGrid w:val="0"/>
              <w:spacing w:after="0" w:line="240" w:lineRule="auto"/>
              <w:jc w:val="center"/>
              <w:rPr>
                <w:rFonts w:cs="Times New Roman"/>
                <w:sz w:val="28"/>
                <w:szCs w:val="28"/>
              </w:rPr>
            </w:pP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32FD24A"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CA3114A" w14:textId="77777777" w:rsidR="00CD77B2" w:rsidRPr="00CD77B2" w:rsidRDefault="00CD77B2" w:rsidP="00CD77B2">
            <w:pPr>
              <w:snapToGrid w:val="0"/>
              <w:spacing w:after="0" w:line="240" w:lineRule="auto"/>
              <w:rPr>
                <w:rFonts w:cs="Times New Roman"/>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6DB1B64" w14:textId="77777777" w:rsidR="00CD77B2" w:rsidRPr="00CD77B2" w:rsidRDefault="00CD77B2" w:rsidP="00CD77B2">
            <w:pPr>
              <w:snapToGrid w:val="0"/>
              <w:spacing w:after="0" w:line="240" w:lineRule="auto"/>
              <w:rPr>
                <w:rFonts w:cs="Times New Roman"/>
                <w:sz w:val="28"/>
                <w:szCs w:val="28"/>
              </w:rPr>
            </w:pP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EB6C9E2" w14:textId="77777777" w:rsidR="00CD77B2" w:rsidRPr="00CD77B2" w:rsidRDefault="00CD77B2" w:rsidP="00CD77B2">
            <w:pPr>
              <w:snapToGrid w:val="0"/>
              <w:spacing w:after="0" w:line="240" w:lineRule="auto"/>
              <w:rPr>
                <w:rFonts w:cs="Times New Roman"/>
                <w:sz w:val="28"/>
                <w:szCs w:val="28"/>
              </w:rPr>
            </w:pPr>
          </w:p>
        </w:tc>
      </w:tr>
      <w:tr w:rsidR="00CD77B2" w:rsidRPr="00CD77B2" w14:paraId="28068F31"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200B88EF" w14:textId="77777777" w:rsidR="00CD77B2" w:rsidRPr="00CD77B2" w:rsidRDefault="00CD77B2" w:rsidP="00CD77B2">
            <w:pPr>
              <w:snapToGrid w:val="0"/>
              <w:spacing w:after="0" w:line="240" w:lineRule="auto"/>
              <w:jc w:val="center"/>
              <w:rPr>
                <w:rFonts w:cs="Times New Roman"/>
                <w:sz w:val="28"/>
                <w:szCs w:val="28"/>
              </w:rPr>
            </w:pP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590FAAF" w14:textId="77777777" w:rsidR="00CD77B2" w:rsidRPr="00CD77B2" w:rsidRDefault="00CD77B2" w:rsidP="00CD77B2">
            <w:pPr>
              <w:snapToGrid w:val="0"/>
              <w:spacing w:after="0" w:line="240" w:lineRule="auto"/>
              <w:rPr>
                <w:rFonts w:cs="Times New Roman"/>
                <w:sz w:val="28"/>
                <w:szCs w:val="28"/>
              </w:rPr>
            </w:pP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5EDFED0" w14:textId="77777777" w:rsidR="00CD77B2" w:rsidRPr="00CD77B2" w:rsidRDefault="00CD77B2" w:rsidP="00CD77B2">
            <w:pPr>
              <w:snapToGrid w:val="0"/>
              <w:spacing w:after="0" w:line="240" w:lineRule="auto"/>
              <w:rPr>
                <w:rFonts w:cs="Times New Roman"/>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655597D" w14:textId="77777777" w:rsidR="00CD77B2" w:rsidRPr="00CD77B2" w:rsidRDefault="00CD77B2" w:rsidP="00CD77B2">
            <w:pPr>
              <w:snapToGrid w:val="0"/>
              <w:spacing w:after="0" w:line="240" w:lineRule="auto"/>
              <w:rPr>
                <w:rFonts w:cs="Times New Roman"/>
                <w:sz w:val="28"/>
                <w:szCs w:val="28"/>
              </w:rPr>
            </w:pP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3356E7C7" w14:textId="77777777" w:rsidR="00CD77B2" w:rsidRPr="00CD77B2" w:rsidRDefault="00CD77B2" w:rsidP="00CD77B2">
            <w:pPr>
              <w:snapToGrid w:val="0"/>
              <w:spacing w:after="0" w:line="240" w:lineRule="auto"/>
              <w:rPr>
                <w:rFonts w:cs="Times New Roman"/>
                <w:sz w:val="28"/>
                <w:szCs w:val="28"/>
              </w:rPr>
            </w:pPr>
          </w:p>
        </w:tc>
      </w:tr>
      <w:tr w:rsidR="00CD77B2" w:rsidRPr="00CD77B2" w14:paraId="1555DA32"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EB012BC"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II</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3CB7828" w14:textId="77777777" w:rsidR="00CD77B2" w:rsidRPr="00CD77B2" w:rsidRDefault="00CD77B2" w:rsidP="00CD77B2">
            <w:pPr>
              <w:snapToGrid w:val="0"/>
              <w:spacing w:after="0" w:line="240" w:lineRule="auto"/>
              <w:rPr>
                <w:rFonts w:cs="Times New Roman"/>
                <w:sz w:val="28"/>
                <w:szCs w:val="28"/>
              </w:rPr>
            </w:pPr>
            <w:r w:rsidRPr="00CD77B2">
              <w:rPr>
                <w:rFonts w:cs="Times New Roman"/>
                <w:b/>
                <w:bCs/>
                <w:sz w:val="28"/>
                <w:szCs w:val="28"/>
              </w:rPr>
              <w:t>Nội dung đánh giá tại vùng trồng</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FCD89C6"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B2B325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337236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1E8B603B"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9A07759"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1</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C0F5A3D"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Quy trình sản xuất</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405A5E3"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7B9B321"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A19E5A3"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1C7C707F"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3F76BE2"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2</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5F29CA3"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Ghi chép và lưu giữ thông tin</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76FE364"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A736CC9"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92145B8"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2D531D3F"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6CF48B01"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3</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C85A184"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Vị trí vùng trồng (vị trí của từng thửa đất)</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D924468" w14:textId="77777777" w:rsidR="00CD77B2" w:rsidRPr="00CD77B2" w:rsidRDefault="00CD77B2" w:rsidP="00CD77B2">
            <w:pPr>
              <w:snapToGrid w:val="0"/>
              <w:spacing w:after="0" w:line="240" w:lineRule="auto"/>
              <w:rPr>
                <w:rFonts w:cs="Times New Roman"/>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F572292" w14:textId="77777777" w:rsidR="00CD77B2" w:rsidRPr="00CD77B2" w:rsidRDefault="00CD77B2" w:rsidP="00CD77B2">
            <w:pPr>
              <w:snapToGrid w:val="0"/>
              <w:spacing w:after="0" w:line="240" w:lineRule="auto"/>
              <w:rPr>
                <w:rFonts w:cs="Times New Roman"/>
                <w:sz w:val="28"/>
                <w:szCs w:val="28"/>
              </w:rPr>
            </w:pP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CD61E3F" w14:textId="77777777" w:rsidR="00CD77B2" w:rsidRPr="00CD77B2" w:rsidRDefault="00CD77B2" w:rsidP="00CD77B2">
            <w:pPr>
              <w:snapToGrid w:val="0"/>
              <w:spacing w:after="0" w:line="240" w:lineRule="auto"/>
              <w:rPr>
                <w:rFonts w:cs="Times New Roman"/>
                <w:sz w:val="28"/>
                <w:szCs w:val="28"/>
              </w:rPr>
            </w:pPr>
          </w:p>
        </w:tc>
      </w:tr>
      <w:tr w:rsidR="00CD77B2" w:rsidRPr="00CD77B2" w14:paraId="3818C240"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895C2DD"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sz w:val="28"/>
                <w:szCs w:val="28"/>
              </w:rPr>
              <w:t>4</w:t>
            </w: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61955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Các yêu cầu khác (nếu có)</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EAB0A84"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2BF309C"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BB8B58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r w:rsidR="00CD77B2" w:rsidRPr="00CD77B2" w14:paraId="1334E2DA" w14:textId="77777777" w:rsidTr="00526C74">
        <w:trPr>
          <w:tblCellSpacing w:w="0" w:type="dxa"/>
        </w:trPr>
        <w:tc>
          <w:tcPr>
            <w:tcW w:w="51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28E0F2A9" w14:textId="77777777" w:rsidR="00CD77B2" w:rsidRPr="00CD77B2" w:rsidRDefault="00CD77B2" w:rsidP="00CD77B2">
            <w:pPr>
              <w:snapToGrid w:val="0"/>
              <w:spacing w:after="0" w:line="240" w:lineRule="auto"/>
              <w:jc w:val="center"/>
              <w:rPr>
                <w:rFonts w:cs="Times New Roman"/>
                <w:sz w:val="28"/>
                <w:szCs w:val="28"/>
              </w:rPr>
            </w:pPr>
          </w:p>
        </w:tc>
        <w:tc>
          <w:tcPr>
            <w:tcW w:w="192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8C9F5F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6EDE3E3" w14:textId="77777777" w:rsidR="00CD77B2" w:rsidRPr="00CD77B2" w:rsidRDefault="00CD77B2" w:rsidP="00CD77B2">
            <w:pPr>
              <w:snapToGrid w:val="0"/>
              <w:spacing w:after="0" w:line="240" w:lineRule="auto"/>
              <w:rPr>
                <w:rFonts w:cs="Times New Roman"/>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F4C6F86" w14:textId="77777777" w:rsidR="00CD77B2" w:rsidRPr="00CD77B2" w:rsidRDefault="00CD77B2" w:rsidP="00CD77B2">
            <w:pPr>
              <w:snapToGrid w:val="0"/>
              <w:spacing w:after="0" w:line="240" w:lineRule="auto"/>
              <w:rPr>
                <w:rFonts w:cs="Times New Roman"/>
                <w:sz w:val="28"/>
                <w:szCs w:val="28"/>
              </w:rPr>
            </w:pP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325F75BF" w14:textId="77777777" w:rsidR="00CD77B2" w:rsidRPr="00CD77B2" w:rsidRDefault="00CD77B2" w:rsidP="00CD77B2">
            <w:pPr>
              <w:snapToGrid w:val="0"/>
              <w:spacing w:after="0" w:line="240" w:lineRule="auto"/>
              <w:rPr>
                <w:rFonts w:cs="Times New Roman"/>
                <w:sz w:val="28"/>
                <w:szCs w:val="28"/>
              </w:rPr>
            </w:pPr>
          </w:p>
        </w:tc>
      </w:tr>
      <w:tr w:rsidR="00CD77B2" w:rsidRPr="00CD77B2" w14:paraId="0C3DF3A8" w14:textId="77777777" w:rsidTr="00526C74">
        <w:trPr>
          <w:tblCellSpacing w:w="0" w:type="dxa"/>
        </w:trPr>
        <w:tc>
          <w:tcPr>
            <w:tcW w:w="2439" w:type="pct"/>
            <w:gridSpan w:val="2"/>
            <w:tcBorders>
              <w:top w:val="nil"/>
              <w:left w:val="single" w:sz="8" w:space="0" w:color="auto"/>
              <w:bottom w:val="single" w:sz="8" w:space="0" w:color="auto"/>
              <w:right w:val="single" w:sz="8" w:space="0" w:color="auto"/>
            </w:tcBorders>
            <w:shd w:val="clear" w:color="auto" w:fill="FFFFFF"/>
            <w:vAlign w:val="center"/>
            <w:hideMark/>
          </w:tcPr>
          <w:p w14:paraId="6EEF7D17"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68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49EC886"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A7FAF8C"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c>
          <w:tcPr>
            <w:tcW w:w="103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7E52DE"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c>
      </w:tr>
    </w:tbl>
    <w:p w14:paraId="3FB921D0" w14:textId="77777777" w:rsidR="00CD77B2" w:rsidRPr="00CD77B2" w:rsidRDefault="00CD77B2" w:rsidP="00CD77B2">
      <w:pPr>
        <w:spacing w:before="120" w:after="0" w:line="240" w:lineRule="auto"/>
        <w:ind w:firstLine="567"/>
        <w:rPr>
          <w:rFonts w:cs="Times New Roman"/>
          <w:b/>
          <w:bCs/>
          <w:iCs/>
          <w:sz w:val="28"/>
          <w:szCs w:val="28"/>
        </w:rPr>
      </w:pPr>
      <w:r w:rsidRPr="00CD77B2">
        <w:rPr>
          <w:rFonts w:cs="Times New Roman"/>
          <w:b/>
          <w:i/>
          <w:iCs/>
          <w:sz w:val="28"/>
          <w:szCs w:val="28"/>
        </w:rPr>
        <w:t>Ghi chú:</w:t>
      </w:r>
      <w:r w:rsidRPr="00CD77B2">
        <w:rPr>
          <w:rFonts w:cs="Times New Roman"/>
          <w:i/>
          <w:iCs/>
          <w:sz w:val="28"/>
          <w:szCs w:val="28"/>
        </w:rPr>
        <w:t xml:space="preserve"> </w:t>
      </w:r>
      <w:r w:rsidRPr="00CD77B2">
        <w:rPr>
          <w:rFonts w:cs="Times New Roman"/>
          <w:iCs/>
          <w:sz w:val="28"/>
          <w:szCs w:val="28"/>
        </w:rPr>
        <w:t>trường hợp vùng trồng đã có Giấy chứng nhận cơ sở đủ điều kiện an toàn thực phẩm, VietGap, GlobalGAP và các chứng nhận tương đương thì không kiểm tra các nội dung trùng lặp đã được bên thứ ba đánh giá</w:t>
      </w:r>
      <w:r w:rsidRPr="00CD77B2">
        <w:rPr>
          <w:rFonts w:cs="Times New Roman"/>
          <w:bCs/>
          <w:iCs/>
          <w:sz w:val="28"/>
          <w:szCs w:val="28"/>
        </w:rPr>
        <w:t>.</w:t>
      </w:r>
    </w:p>
    <w:p w14:paraId="3C5301BA" w14:textId="77777777" w:rsidR="00CD77B2" w:rsidRPr="00CD77B2" w:rsidRDefault="00CD77B2" w:rsidP="00CD77B2">
      <w:pPr>
        <w:spacing w:before="120" w:after="0" w:line="240" w:lineRule="auto"/>
        <w:ind w:firstLine="567"/>
        <w:rPr>
          <w:rFonts w:cs="Times New Roman"/>
          <w:sz w:val="28"/>
          <w:szCs w:val="28"/>
        </w:rPr>
      </w:pPr>
      <w:r w:rsidRPr="00CD77B2">
        <w:rPr>
          <w:rFonts w:cs="Times New Roman"/>
          <w:b/>
          <w:bCs/>
          <w:sz w:val="28"/>
          <w:szCs w:val="28"/>
        </w:rPr>
        <w:t>III.</w:t>
      </w:r>
      <w:r w:rsidRPr="00CD77B2">
        <w:rPr>
          <w:rFonts w:cs="Times New Roman"/>
          <w:sz w:val="28"/>
          <w:szCs w:val="28"/>
        </w:rPr>
        <w:t> </w:t>
      </w:r>
      <w:r w:rsidRPr="00CD77B2">
        <w:rPr>
          <w:rFonts w:cs="Times New Roman"/>
          <w:b/>
          <w:bCs/>
          <w:sz w:val="28"/>
          <w:szCs w:val="28"/>
        </w:rPr>
        <w:t>KẾT LUẬN CỦA ĐOÀN KIỂM TRA</w:t>
      </w:r>
    </w:p>
    <w:p w14:paraId="57761C41"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Đạt □;              Không đạt □ ………… (có thể khắc phục/không thể khắc phục)</w:t>
      </w:r>
    </w:p>
    <w:p w14:paraId="6926C1BA" w14:textId="40FF3EED"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Nội dung cần khắc phục: ……………………………………………………</w:t>
      </w:r>
    </w:p>
    <w:p w14:paraId="0EE2EDCA"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32C92378"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69627833" w14:textId="1542C132"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01AA32EB"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
          <w:bCs/>
          <w:sz w:val="28"/>
          <w:szCs w:val="28"/>
        </w:rPr>
        <w:t>IV.</w:t>
      </w:r>
      <w:r w:rsidRPr="00CD77B2">
        <w:rPr>
          <w:rFonts w:cs="Times New Roman"/>
          <w:sz w:val="28"/>
          <w:szCs w:val="28"/>
        </w:rPr>
        <w:t> </w:t>
      </w:r>
      <w:r w:rsidRPr="00CD77B2">
        <w:rPr>
          <w:rFonts w:cs="Times New Roman"/>
          <w:b/>
          <w:bCs/>
          <w:sz w:val="28"/>
          <w:szCs w:val="28"/>
        </w:rPr>
        <w:t>Ý KIẾN CỦA TỔ CHỨC, CÁ NHÂN ĐƯỢC KIỂM TRA</w:t>
      </w:r>
    </w:p>
    <w:p w14:paraId="7970148B"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5BD11B05"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0006843C"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150B971D"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Biên bản kiểm tra được lập xong vào hồi ... giờ ... phút ngày …/…/… biên bản đã được đọc lại cho những người nêu trên cùng nghe, công nhận là đúng và cùng nhau ký tên dưới đây; biên bản được lập thành 02 bản có giá trị như nhau, mỗi bên giữ 01 bản.</w:t>
      </w:r>
    </w:p>
    <w:p w14:paraId="78B0F88B"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1"/>
        <w:gridCol w:w="4967"/>
      </w:tblGrid>
      <w:tr w:rsidR="00CD77B2" w:rsidRPr="00CD77B2" w14:paraId="76F97094" w14:textId="77777777" w:rsidTr="00B451B1">
        <w:trPr>
          <w:tblCellSpacing w:w="0" w:type="dxa"/>
        </w:trPr>
        <w:tc>
          <w:tcPr>
            <w:tcW w:w="2350" w:type="pct"/>
            <w:shd w:val="clear" w:color="auto" w:fill="FFFFFF"/>
            <w:tcMar>
              <w:top w:w="0" w:type="dxa"/>
              <w:left w:w="108" w:type="dxa"/>
              <w:bottom w:w="0" w:type="dxa"/>
              <w:right w:w="108" w:type="dxa"/>
            </w:tcMar>
            <w:hideMark/>
          </w:tcPr>
          <w:p w14:paraId="383BDF28"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ĐẠI DIỆN VÙNG TRỒNG</w:t>
            </w:r>
            <w:r w:rsidRPr="00CD77B2">
              <w:rPr>
                <w:rFonts w:cs="Times New Roman"/>
                <w:sz w:val="28"/>
                <w:szCs w:val="28"/>
              </w:rPr>
              <w:br/>
            </w:r>
            <w:r w:rsidRPr="00CD77B2">
              <w:rPr>
                <w:rFonts w:cs="Times New Roman"/>
                <w:i/>
                <w:iCs/>
                <w:sz w:val="28"/>
                <w:szCs w:val="28"/>
              </w:rPr>
              <w:t>(Ký và ghi rõ họ tên)</w:t>
            </w:r>
          </w:p>
        </w:tc>
        <w:tc>
          <w:tcPr>
            <w:tcW w:w="2600" w:type="pct"/>
            <w:shd w:val="clear" w:color="auto" w:fill="FFFFFF"/>
            <w:tcMar>
              <w:top w:w="0" w:type="dxa"/>
              <w:left w:w="108" w:type="dxa"/>
              <w:bottom w:w="0" w:type="dxa"/>
              <w:right w:w="108" w:type="dxa"/>
            </w:tcMar>
            <w:hideMark/>
          </w:tcPr>
          <w:p w14:paraId="6BECD021"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ĐẠI DIỆN ĐOÀN KIỂM TRA</w:t>
            </w:r>
            <w:r w:rsidRPr="00CD77B2">
              <w:rPr>
                <w:rFonts w:cs="Times New Roman"/>
                <w:sz w:val="28"/>
                <w:szCs w:val="28"/>
              </w:rPr>
              <w:br/>
            </w:r>
            <w:r w:rsidRPr="00CD77B2">
              <w:rPr>
                <w:rFonts w:cs="Times New Roman"/>
                <w:i/>
                <w:iCs/>
                <w:sz w:val="28"/>
                <w:szCs w:val="28"/>
              </w:rPr>
              <w:t>(Ký và ghi rõ họ tên)</w:t>
            </w:r>
          </w:p>
        </w:tc>
      </w:tr>
    </w:tbl>
    <w:p w14:paraId="5A60E1DD" w14:textId="77777777" w:rsidR="00CD77B2" w:rsidRPr="00CD77B2" w:rsidRDefault="00CD77B2" w:rsidP="00CD77B2">
      <w:pPr>
        <w:snapToGrid w:val="0"/>
        <w:spacing w:after="0" w:line="240" w:lineRule="auto"/>
        <w:rPr>
          <w:rFonts w:cs="Times New Roman"/>
          <w:sz w:val="28"/>
          <w:szCs w:val="28"/>
        </w:rPr>
        <w:sectPr w:rsidR="00CD77B2" w:rsidRPr="00CD77B2" w:rsidSect="00663290">
          <w:headerReference w:type="default" r:id="rId10"/>
          <w:pgSz w:w="11907" w:h="16840" w:code="9"/>
          <w:pgMar w:top="1134" w:right="1134" w:bottom="900" w:left="1531" w:header="720" w:footer="720" w:gutter="0"/>
          <w:pgNumType w:start="1"/>
          <w:cols w:space="720"/>
          <w:titlePg/>
          <w:docGrid w:linePitch="326"/>
        </w:sectPr>
      </w:pPr>
      <w:r w:rsidRPr="00CD77B2">
        <w:rPr>
          <w:rFonts w:cs="Times New Roman"/>
          <w:sz w:val="28"/>
          <w:szCs w:val="28"/>
        </w:rPr>
        <w:t> </w:t>
      </w:r>
    </w:p>
    <w:p w14:paraId="51C5BE1D" w14:textId="00BE59F0" w:rsidR="00CD77B2" w:rsidRPr="00CD77B2" w:rsidRDefault="00CD77B2" w:rsidP="00CD77B2">
      <w:pPr>
        <w:snapToGrid w:val="0"/>
        <w:spacing w:after="0" w:line="240" w:lineRule="auto"/>
        <w:jc w:val="center"/>
        <w:rPr>
          <w:rFonts w:cs="Times New Roman"/>
          <w:sz w:val="28"/>
          <w:szCs w:val="28"/>
        </w:rPr>
      </w:pPr>
      <w:bookmarkStart w:id="11" w:name="chuong_pl_6"/>
      <w:r w:rsidRPr="00CD77B2">
        <w:rPr>
          <w:rFonts w:cs="Times New Roman"/>
          <w:b/>
          <w:bCs/>
          <w:sz w:val="28"/>
          <w:szCs w:val="28"/>
        </w:rPr>
        <w:t>Phụ lục VI</w:t>
      </w:r>
      <w:bookmarkEnd w:id="11"/>
      <w:r w:rsidRPr="00CD77B2">
        <w:rPr>
          <w:rFonts w:cs="Times New Roman"/>
          <w:b/>
          <w:bCs/>
          <w:sz w:val="28"/>
          <w:szCs w:val="28"/>
        </w:rPr>
        <w:t>I</w:t>
      </w:r>
      <w:r w:rsidR="002D73DC">
        <w:rPr>
          <w:rFonts w:cs="Times New Roman"/>
          <w:b/>
          <w:bCs/>
          <w:sz w:val="28"/>
          <w:szCs w:val="28"/>
        </w:rPr>
        <w:t>I</w:t>
      </w:r>
    </w:p>
    <w:p w14:paraId="2A1B4EC8" w14:textId="40B44160" w:rsidR="00CD77B2" w:rsidRPr="00CD77B2" w:rsidRDefault="00CD77B2" w:rsidP="00CD77B2">
      <w:pPr>
        <w:spacing w:after="0" w:line="240" w:lineRule="auto"/>
        <w:jc w:val="center"/>
        <w:rPr>
          <w:rFonts w:cs="Times New Roman"/>
          <w:i/>
          <w:iCs/>
          <w:sz w:val="28"/>
          <w:szCs w:val="28"/>
        </w:rPr>
      </w:pPr>
      <w:bookmarkStart w:id="12" w:name="chuong_pl_6_name"/>
      <w:r w:rsidRPr="00CD77B2">
        <w:rPr>
          <w:rFonts w:cs="Times New Roman"/>
          <w:b/>
          <w:sz w:val="28"/>
          <w:szCs w:val="28"/>
        </w:rPr>
        <w:t>BIÊN BẢN KIỂM TRA CƠ SỞ ĐÓNG GÓI</w:t>
      </w:r>
      <w:bookmarkEnd w:id="12"/>
      <w:r w:rsidRPr="00CD77B2">
        <w:rPr>
          <w:rFonts w:cs="Times New Roman"/>
          <w:b/>
          <w:sz w:val="28"/>
          <w:szCs w:val="28"/>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 xml:space="preserve">-CP </w:t>
      </w:r>
    </w:p>
    <w:p w14:paraId="74AA05E0" w14:textId="77777777" w:rsidR="00CD77B2" w:rsidRPr="00CD77B2" w:rsidRDefault="00CD77B2" w:rsidP="00CD77B2">
      <w:pPr>
        <w:spacing w:after="0" w:line="240" w:lineRule="auto"/>
        <w:jc w:val="center"/>
        <w:rPr>
          <w:rFonts w:cs="Times New Roman"/>
          <w:i/>
          <w:iCs/>
          <w:sz w:val="28"/>
          <w:szCs w:val="28"/>
        </w:rPr>
      </w:pPr>
      <w:r w:rsidRPr="00CD77B2">
        <w:rPr>
          <w:rFonts w:cs="Times New Roman"/>
          <w:i/>
          <w:iCs/>
          <w:sz w:val="28"/>
          <w:szCs w:val="28"/>
        </w:rPr>
        <w:t>ngày       tháng      năm 2026 của Chính phủ)</w:t>
      </w:r>
    </w:p>
    <w:p w14:paraId="39B05D8F" w14:textId="77777777" w:rsidR="00CD77B2" w:rsidRPr="00CD77B2" w:rsidRDefault="00CD77B2" w:rsidP="00CD77B2">
      <w:pPr>
        <w:spacing w:after="0" w:line="240" w:lineRule="auto"/>
        <w:jc w:val="center"/>
        <w:rPr>
          <w:rFonts w:cs="Times New Roman"/>
          <w:sz w:val="28"/>
          <w:szCs w:val="28"/>
        </w:rPr>
      </w:pPr>
    </w:p>
    <w:tbl>
      <w:tblPr>
        <w:tblW w:w="5705" w:type="pct"/>
        <w:tblCellSpacing w:w="0" w:type="dxa"/>
        <w:tblInd w:w="-851" w:type="dxa"/>
        <w:shd w:val="clear" w:color="auto" w:fill="FFFFFF"/>
        <w:tblCellMar>
          <w:left w:w="0" w:type="dxa"/>
          <w:right w:w="0" w:type="dxa"/>
        </w:tblCellMar>
        <w:tblLook w:val="04A0" w:firstRow="1" w:lastRow="0" w:firstColumn="1" w:lastColumn="0" w:noHBand="0" w:noVBand="1"/>
      </w:tblPr>
      <w:tblGrid>
        <w:gridCol w:w="4698"/>
        <w:gridCol w:w="5898"/>
      </w:tblGrid>
      <w:tr w:rsidR="00CD77B2" w:rsidRPr="00CD77B2" w14:paraId="16A5CAE9" w14:textId="77777777" w:rsidTr="00B451B1">
        <w:trPr>
          <w:tblCellSpacing w:w="0" w:type="dxa"/>
        </w:trPr>
        <w:tc>
          <w:tcPr>
            <w:tcW w:w="2217" w:type="pct"/>
            <w:shd w:val="clear" w:color="auto" w:fill="FFFFFF"/>
            <w:tcMar>
              <w:top w:w="0" w:type="dxa"/>
              <w:left w:w="108" w:type="dxa"/>
              <w:bottom w:w="0" w:type="dxa"/>
              <w:right w:w="108" w:type="dxa"/>
            </w:tcMar>
            <w:hideMark/>
          </w:tcPr>
          <w:p w14:paraId="3E02021A" w14:textId="77777777" w:rsidR="00CD77B2" w:rsidRPr="00CD77B2" w:rsidRDefault="00CD77B2" w:rsidP="00CD77B2">
            <w:pPr>
              <w:snapToGrid w:val="0"/>
              <w:spacing w:after="0" w:line="240" w:lineRule="auto"/>
              <w:jc w:val="center"/>
              <w:rPr>
                <w:rFonts w:cs="Times New Roman"/>
                <w:szCs w:val="28"/>
                <w:vertAlign w:val="superscript"/>
              </w:rPr>
            </w:pPr>
            <w:r w:rsidRPr="00CD77B2">
              <w:rPr>
                <w:rFonts w:cs="Times New Roman"/>
                <w:b/>
                <w:bCs/>
                <w:szCs w:val="28"/>
              </w:rPr>
              <w:t>TÊN CƠ QUAN, ĐƠN VỊ KIỂM TRA</w:t>
            </w:r>
            <w:r w:rsidRPr="00CD77B2">
              <w:rPr>
                <w:rFonts w:cs="Times New Roman"/>
                <w:szCs w:val="28"/>
              </w:rPr>
              <w:br/>
            </w:r>
            <w:r w:rsidRPr="00CD77B2">
              <w:rPr>
                <w:rFonts w:cs="Times New Roman"/>
                <w:szCs w:val="28"/>
                <w:vertAlign w:val="superscript"/>
              </w:rPr>
              <w:t>__________</w:t>
            </w:r>
          </w:p>
        </w:tc>
        <w:tc>
          <w:tcPr>
            <w:tcW w:w="2783" w:type="pct"/>
            <w:shd w:val="clear" w:color="auto" w:fill="FFFFFF"/>
            <w:tcMar>
              <w:top w:w="0" w:type="dxa"/>
              <w:left w:w="108" w:type="dxa"/>
              <w:bottom w:w="0" w:type="dxa"/>
              <w:right w:w="108" w:type="dxa"/>
            </w:tcMar>
            <w:hideMark/>
          </w:tcPr>
          <w:p w14:paraId="6E178066" w14:textId="77777777" w:rsidR="00CD77B2" w:rsidRPr="00CD77B2" w:rsidRDefault="00CD77B2" w:rsidP="00CD77B2">
            <w:pPr>
              <w:snapToGrid w:val="0"/>
              <w:spacing w:after="0" w:line="240" w:lineRule="auto"/>
              <w:jc w:val="center"/>
              <w:rPr>
                <w:rFonts w:cs="Times New Roman"/>
                <w:sz w:val="28"/>
                <w:szCs w:val="28"/>
                <w:vertAlign w:val="superscript"/>
              </w:rPr>
            </w:pPr>
            <w:r w:rsidRPr="00CD77B2">
              <w:rPr>
                <w:rFonts w:cs="Times New Roman"/>
                <w:b/>
                <w:bCs/>
                <w:szCs w:val="28"/>
              </w:rPr>
              <w:t>CỘNG HÒA XÃ HỘI CHỦ NGHĨA VIỆT NAM</w:t>
            </w:r>
            <w:r w:rsidRPr="00CD77B2">
              <w:rPr>
                <w:rFonts w:cs="Times New Roman"/>
                <w:b/>
                <w:bCs/>
                <w:szCs w:val="28"/>
              </w:rPr>
              <w:br/>
            </w:r>
            <w:r w:rsidRPr="00CD77B2">
              <w:rPr>
                <w:rFonts w:cs="Times New Roman"/>
                <w:b/>
                <w:bCs/>
                <w:sz w:val="28"/>
                <w:szCs w:val="28"/>
              </w:rPr>
              <w:t>Độc lập - Tự do - Hạnh phúc</w:t>
            </w:r>
            <w:r w:rsidRPr="00CD77B2">
              <w:rPr>
                <w:rFonts w:cs="Times New Roman"/>
                <w:sz w:val="28"/>
                <w:szCs w:val="28"/>
              </w:rPr>
              <w:br/>
            </w:r>
            <w:r w:rsidRPr="00CD77B2">
              <w:rPr>
                <w:rFonts w:cs="Times New Roman"/>
                <w:sz w:val="28"/>
                <w:szCs w:val="28"/>
                <w:vertAlign w:val="superscript"/>
              </w:rPr>
              <w:t>_____________________________________</w:t>
            </w:r>
          </w:p>
        </w:tc>
      </w:tr>
      <w:tr w:rsidR="00CD77B2" w:rsidRPr="00CD77B2" w14:paraId="7CE1083D" w14:textId="77777777" w:rsidTr="00B451B1">
        <w:trPr>
          <w:tblCellSpacing w:w="0" w:type="dxa"/>
        </w:trPr>
        <w:tc>
          <w:tcPr>
            <w:tcW w:w="2217" w:type="pct"/>
            <w:shd w:val="clear" w:color="auto" w:fill="FFFFFF"/>
            <w:tcMar>
              <w:top w:w="0" w:type="dxa"/>
              <w:left w:w="108" w:type="dxa"/>
              <w:bottom w:w="0" w:type="dxa"/>
              <w:right w:w="108" w:type="dxa"/>
            </w:tcMar>
            <w:hideMark/>
          </w:tcPr>
          <w:p w14:paraId="7165F7E0" w14:textId="77777777" w:rsidR="00CD77B2" w:rsidRPr="00CD77B2" w:rsidRDefault="00CD77B2" w:rsidP="00CD77B2">
            <w:pPr>
              <w:snapToGrid w:val="0"/>
              <w:spacing w:after="0" w:line="240" w:lineRule="auto"/>
              <w:rPr>
                <w:rFonts w:cs="Times New Roman"/>
                <w:sz w:val="28"/>
                <w:szCs w:val="28"/>
              </w:rPr>
            </w:pPr>
            <w:r w:rsidRPr="00CD77B2">
              <w:rPr>
                <w:rFonts w:cs="Times New Roman"/>
                <w:b/>
                <w:bCs/>
                <w:sz w:val="28"/>
                <w:szCs w:val="28"/>
              </w:rPr>
              <w:t> </w:t>
            </w:r>
          </w:p>
        </w:tc>
        <w:tc>
          <w:tcPr>
            <w:tcW w:w="2783" w:type="pct"/>
            <w:shd w:val="clear" w:color="auto" w:fill="FFFFFF"/>
            <w:tcMar>
              <w:top w:w="0" w:type="dxa"/>
              <w:left w:w="108" w:type="dxa"/>
              <w:bottom w:w="0" w:type="dxa"/>
              <w:right w:w="108" w:type="dxa"/>
            </w:tcMar>
            <w:hideMark/>
          </w:tcPr>
          <w:p w14:paraId="6FE34528"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i/>
                <w:iCs/>
                <w:sz w:val="28"/>
                <w:szCs w:val="28"/>
              </w:rPr>
              <w:t>……., ngày … tháng … năm ……</w:t>
            </w:r>
          </w:p>
        </w:tc>
      </w:tr>
    </w:tbl>
    <w:p w14:paraId="6005FDF9" w14:textId="77777777" w:rsidR="00CD77B2" w:rsidRPr="00CD77B2" w:rsidRDefault="00CD77B2" w:rsidP="00CD77B2">
      <w:pPr>
        <w:snapToGrid w:val="0"/>
        <w:spacing w:after="0" w:line="240" w:lineRule="auto"/>
        <w:rPr>
          <w:rFonts w:cs="Times New Roman"/>
          <w:sz w:val="28"/>
          <w:szCs w:val="28"/>
        </w:rPr>
      </w:pPr>
      <w:r w:rsidRPr="00CD77B2">
        <w:rPr>
          <w:rFonts w:cs="Times New Roman"/>
          <w:sz w:val="28"/>
          <w:szCs w:val="28"/>
        </w:rPr>
        <w:t> </w:t>
      </w:r>
    </w:p>
    <w:p w14:paraId="60ED365C" w14:textId="77777777" w:rsidR="00CD77B2" w:rsidRPr="00CD77B2" w:rsidRDefault="00CD77B2" w:rsidP="00CD77B2">
      <w:pPr>
        <w:snapToGrid w:val="0"/>
        <w:spacing w:after="0" w:line="240" w:lineRule="auto"/>
        <w:jc w:val="center"/>
        <w:rPr>
          <w:rFonts w:cs="Times New Roman"/>
          <w:b/>
          <w:bCs/>
          <w:sz w:val="28"/>
          <w:szCs w:val="28"/>
        </w:rPr>
      </w:pPr>
      <w:r w:rsidRPr="00CD77B2">
        <w:rPr>
          <w:rFonts w:cs="Times New Roman"/>
          <w:b/>
          <w:bCs/>
          <w:sz w:val="28"/>
          <w:szCs w:val="28"/>
        </w:rPr>
        <w:t>BIÊN BẢN KIỂM TRA CƠ SỞ ĐÓNG GÓI</w:t>
      </w:r>
    </w:p>
    <w:p w14:paraId="074B5FC3" w14:textId="77777777" w:rsidR="00CD77B2" w:rsidRPr="00CD77B2" w:rsidRDefault="00CD77B2" w:rsidP="00CD77B2">
      <w:pPr>
        <w:snapToGrid w:val="0"/>
        <w:spacing w:after="0" w:line="240" w:lineRule="auto"/>
        <w:jc w:val="center"/>
        <w:rPr>
          <w:rFonts w:cs="Times New Roman"/>
          <w:sz w:val="28"/>
          <w:szCs w:val="28"/>
        </w:rPr>
      </w:pPr>
    </w:p>
    <w:p w14:paraId="71A56460"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
          <w:bCs/>
          <w:sz w:val="28"/>
          <w:szCs w:val="28"/>
        </w:rPr>
        <w:t>I.</w:t>
      </w:r>
      <w:r w:rsidRPr="00CD77B2">
        <w:rPr>
          <w:rFonts w:cs="Times New Roman"/>
          <w:sz w:val="28"/>
          <w:szCs w:val="28"/>
        </w:rPr>
        <w:t> </w:t>
      </w:r>
      <w:r w:rsidRPr="00CD77B2">
        <w:rPr>
          <w:rFonts w:cs="Times New Roman"/>
          <w:b/>
          <w:bCs/>
          <w:sz w:val="28"/>
          <w:szCs w:val="28"/>
        </w:rPr>
        <w:t>THÔNG TIN CHUNG:</w:t>
      </w:r>
    </w:p>
    <w:p w14:paraId="71089AFA"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1. Đối với trường hợp tổ chức đề nghị cấp mã số:</w:t>
      </w:r>
    </w:p>
    <w:p w14:paraId="722E5C6F"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Tên tổ chức đề nghị cấp mã số: ………………………………………</w:t>
      </w:r>
    </w:p>
    <w:p w14:paraId="779CF2A6"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Địa chỉ: ……………………………………………………………………</w:t>
      </w:r>
    </w:p>
    <w:p w14:paraId="5B15D2E6" w14:textId="77777777" w:rsidR="00CD77B2" w:rsidRPr="003A778F"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Mã định danh hoặc mã số thuế của tổ chức: ………..………………….</w:t>
      </w:r>
    </w:p>
    <w:p w14:paraId="6F48A07C"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Người đại diện: ……………………………………………………….......</w:t>
      </w:r>
    </w:p>
    <w:p w14:paraId="5041BA92"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049F40E5" w14:textId="77777777" w:rsidR="00CD77B2" w:rsidRPr="00CD77B2" w:rsidRDefault="00CD77B2" w:rsidP="00CD77B2">
      <w:pPr>
        <w:spacing w:before="120" w:after="0" w:line="240" w:lineRule="auto"/>
        <w:ind w:firstLine="567"/>
        <w:rPr>
          <w:rFonts w:cs="Times New Roman"/>
          <w:spacing w:val="4"/>
          <w:sz w:val="28"/>
          <w:szCs w:val="28"/>
          <w:lang w:val="vi-VN"/>
        </w:rPr>
      </w:pPr>
      <w:r w:rsidRPr="00CD77B2">
        <w:rPr>
          <w:rFonts w:cs="Times New Roman"/>
          <w:spacing w:val="4"/>
          <w:sz w:val="28"/>
          <w:szCs w:val="28"/>
          <w:lang w:val="vi-VN"/>
        </w:rPr>
        <w:t>2. Đối với trường hợp cá nhân/hộ gia đình/nhóm hộ gia đình đề nghị cấp mã số:</w:t>
      </w:r>
    </w:p>
    <w:p w14:paraId="6C893A1A"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Họ và tên người đại diện đề nghị cấp mã số:……………………………..</w:t>
      </w:r>
    </w:p>
    <w:p w14:paraId="6786D807"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Số Căn cước công dân (của người đại diện đề nghị cấp mã số)……... ngày cấp ….. cơ quan cấp …………………………….</w:t>
      </w:r>
    </w:p>
    <w:p w14:paraId="3B1A63A1" w14:textId="77777777" w:rsidR="00CD77B2" w:rsidRPr="00CD77B2" w:rsidRDefault="00CD77B2" w:rsidP="00CD77B2">
      <w:pPr>
        <w:spacing w:before="120" w:after="0" w:line="240" w:lineRule="auto"/>
        <w:ind w:firstLine="567"/>
        <w:rPr>
          <w:rFonts w:cs="Times New Roman"/>
          <w:sz w:val="28"/>
          <w:szCs w:val="28"/>
          <w:lang w:val="vi-VN"/>
        </w:rPr>
      </w:pPr>
      <w:r w:rsidRPr="00CD77B2">
        <w:rPr>
          <w:rFonts w:cs="Times New Roman"/>
          <w:sz w:val="28"/>
          <w:szCs w:val="28"/>
          <w:lang w:val="vi-VN"/>
        </w:rPr>
        <w:t>- Điện thoại: ……………………………….. Email: ………………………</w:t>
      </w:r>
    </w:p>
    <w:p w14:paraId="7E6CDE38"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Địa chỉ: ……………………………………………………………</w:t>
      </w:r>
    </w:p>
    <w:p w14:paraId="3195F62B" w14:textId="033ACB89"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Mã số cơ sở đóng gói </w:t>
      </w:r>
      <w:r w:rsidRPr="00CD77B2">
        <w:rPr>
          <w:rFonts w:cs="Times New Roman"/>
          <w:i/>
          <w:iCs/>
          <w:sz w:val="28"/>
          <w:szCs w:val="28"/>
          <w:lang w:val="vi-VN"/>
        </w:rPr>
        <w:t>(nếu có)</w:t>
      </w:r>
      <w:r w:rsidRPr="00CD77B2">
        <w:rPr>
          <w:rFonts w:cs="Times New Roman"/>
          <w:sz w:val="28"/>
          <w:szCs w:val="28"/>
          <w:lang w:val="vi-VN"/>
        </w:rPr>
        <w:t>: ……………………………………………</w:t>
      </w:r>
    </w:p>
    <w:p w14:paraId="611191C8" w14:textId="16EB7068"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Tên sản phẩm cây trồng: ……………………………………………………</w:t>
      </w:r>
    </w:p>
    <w:p w14:paraId="7A128E67"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xml:space="preserve">3. Hình thức kiểm tra: </w:t>
      </w:r>
      <w:r w:rsidRPr="00CD77B2">
        <w:rPr>
          <w:rFonts w:cs="Times New Roman"/>
          <w:sz w:val="28"/>
          <w:szCs w:val="28"/>
          <w:lang w:val="vi-VN"/>
        </w:rPr>
        <w:tab/>
      </w:r>
      <w:r w:rsidRPr="00CD77B2">
        <w:rPr>
          <w:rFonts w:cs="Times New Roman"/>
          <w:sz w:val="28"/>
          <w:szCs w:val="28"/>
          <w:lang w:val="vi-VN"/>
        </w:rPr>
        <w:tab/>
        <w:t xml:space="preserve">Trực tiếp □; </w:t>
      </w:r>
      <w:r w:rsidRPr="00CD77B2">
        <w:rPr>
          <w:rFonts w:cs="Times New Roman"/>
          <w:sz w:val="28"/>
          <w:szCs w:val="28"/>
          <w:lang w:val="vi-VN"/>
        </w:rPr>
        <w:tab/>
      </w:r>
      <w:r w:rsidRPr="00CD77B2">
        <w:rPr>
          <w:rFonts w:cs="Times New Roman"/>
          <w:sz w:val="28"/>
          <w:szCs w:val="28"/>
          <w:lang w:val="vi-VN"/>
        </w:rPr>
        <w:tab/>
      </w:r>
      <w:r w:rsidRPr="00CD77B2">
        <w:rPr>
          <w:rFonts w:cs="Times New Roman"/>
          <w:sz w:val="28"/>
          <w:szCs w:val="28"/>
          <w:lang w:val="vi-VN"/>
        </w:rPr>
        <w:tab/>
        <w:t>Trực tuyến □</w:t>
      </w:r>
    </w:p>
    <w:p w14:paraId="34EE0313"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4. Thành phần đoàn kiểm tra:</w:t>
      </w:r>
    </w:p>
    <w:p w14:paraId="29F8BAE8" w14:textId="10E87F86"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4627294D"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676852B3" w14:textId="0B4C2DF5"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2839942A" w14:textId="77777777" w:rsidR="00CD77B2" w:rsidRPr="00CD77B2"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5. Đại diện cơ sở đóng gói:</w:t>
      </w:r>
    </w:p>
    <w:p w14:paraId="43F5E1C1" w14:textId="048BC488"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4AE2826D" w14:textId="00FF558D" w:rsidR="00CD77B2" w:rsidRPr="003A778F" w:rsidRDefault="00CD77B2" w:rsidP="00CD77B2">
      <w:pPr>
        <w:snapToGrid w:val="0"/>
        <w:spacing w:before="120" w:after="0" w:line="240" w:lineRule="auto"/>
        <w:ind w:firstLine="567"/>
        <w:rPr>
          <w:rFonts w:cs="Times New Roman"/>
          <w:sz w:val="28"/>
          <w:szCs w:val="28"/>
          <w:lang w:val="vi-VN"/>
        </w:rPr>
      </w:pPr>
      <w:r w:rsidRPr="00CD77B2">
        <w:rPr>
          <w:rFonts w:cs="Times New Roman"/>
          <w:sz w:val="28"/>
          <w:szCs w:val="28"/>
          <w:lang w:val="vi-VN"/>
        </w:rPr>
        <w:t>- Ông (bà): …………………………. Chức vụ: ……………………………</w:t>
      </w:r>
    </w:p>
    <w:p w14:paraId="6EB27D37" w14:textId="77777777" w:rsidR="00CD77B2" w:rsidRPr="003A778F" w:rsidRDefault="00CD77B2" w:rsidP="00CD77B2">
      <w:pPr>
        <w:snapToGrid w:val="0"/>
        <w:spacing w:before="120" w:after="0" w:line="240" w:lineRule="auto"/>
        <w:ind w:firstLine="567"/>
        <w:rPr>
          <w:rFonts w:cs="Times New Roman"/>
          <w:b/>
          <w:bCs/>
          <w:sz w:val="28"/>
          <w:szCs w:val="28"/>
          <w:lang w:val="vi-VN"/>
        </w:rPr>
      </w:pPr>
      <w:r w:rsidRPr="00CD77B2">
        <w:rPr>
          <w:rFonts w:cs="Times New Roman"/>
          <w:b/>
          <w:bCs/>
          <w:sz w:val="28"/>
          <w:szCs w:val="28"/>
          <w:lang w:val="vi-VN"/>
        </w:rPr>
        <w:t>II. KIỂM TRA THỰC TẾ</w:t>
      </w:r>
    </w:p>
    <w:tbl>
      <w:tblPr>
        <w:tblStyle w:val="TableGrid"/>
        <w:tblW w:w="9468" w:type="dxa"/>
        <w:tblLook w:val="04A0" w:firstRow="1" w:lastRow="0" w:firstColumn="1" w:lastColumn="0" w:noHBand="0" w:noVBand="1"/>
      </w:tblPr>
      <w:tblGrid>
        <w:gridCol w:w="918"/>
        <w:gridCol w:w="3690"/>
        <w:gridCol w:w="1440"/>
        <w:gridCol w:w="1530"/>
        <w:gridCol w:w="1890"/>
      </w:tblGrid>
      <w:tr w:rsidR="00453747" w14:paraId="55CFCF97" w14:textId="77777777" w:rsidTr="00453747">
        <w:tc>
          <w:tcPr>
            <w:tcW w:w="918" w:type="dxa"/>
            <w:vMerge w:val="restart"/>
            <w:vAlign w:val="center"/>
          </w:tcPr>
          <w:p w14:paraId="799BAC3B" w14:textId="4519EEE2"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STT</w:t>
            </w:r>
          </w:p>
        </w:tc>
        <w:tc>
          <w:tcPr>
            <w:tcW w:w="3690" w:type="dxa"/>
            <w:vMerge w:val="restart"/>
            <w:vAlign w:val="center"/>
          </w:tcPr>
          <w:p w14:paraId="642B5D99" w14:textId="0EEE1A9D"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Nội dung kiểm tra</w:t>
            </w:r>
          </w:p>
        </w:tc>
        <w:tc>
          <w:tcPr>
            <w:tcW w:w="4860" w:type="dxa"/>
            <w:gridSpan w:val="3"/>
          </w:tcPr>
          <w:p w14:paraId="6E5BE0E6" w14:textId="621BC548"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Kết quả kiểm tra</w:t>
            </w:r>
          </w:p>
        </w:tc>
      </w:tr>
      <w:tr w:rsidR="00453747" w14:paraId="3373D90F" w14:textId="77777777" w:rsidTr="00453747">
        <w:trPr>
          <w:trHeight w:val="584"/>
        </w:trPr>
        <w:tc>
          <w:tcPr>
            <w:tcW w:w="918" w:type="dxa"/>
            <w:vMerge/>
            <w:vAlign w:val="center"/>
          </w:tcPr>
          <w:p w14:paraId="205BAD66" w14:textId="77777777" w:rsidR="00453747" w:rsidRPr="00453747" w:rsidRDefault="00453747" w:rsidP="00453747">
            <w:pPr>
              <w:snapToGrid w:val="0"/>
              <w:spacing w:before="120" w:after="0"/>
              <w:jc w:val="center"/>
              <w:rPr>
                <w:rFonts w:cs="Times New Roman"/>
                <w:b/>
                <w:sz w:val="28"/>
                <w:szCs w:val="28"/>
              </w:rPr>
            </w:pPr>
          </w:p>
        </w:tc>
        <w:tc>
          <w:tcPr>
            <w:tcW w:w="3690" w:type="dxa"/>
            <w:vMerge/>
            <w:vAlign w:val="center"/>
          </w:tcPr>
          <w:p w14:paraId="7817D7DA" w14:textId="77777777" w:rsidR="00453747" w:rsidRPr="00453747" w:rsidRDefault="00453747" w:rsidP="00453747">
            <w:pPr>
              <w:snapToGrid w:val="0"/>
              <w:spacing w:before="120" w:after="0"/>
              <w:jc w:val="center"/>
              <w:rPr>
                <w:rFonts w:cs="Times New Roman"/>
                <w:b/>
                <w:sz w:val="28"/>
                <w:szCs w:val="28"/>
              </w:rPr>
            </w:pPr>
          </w:p>
        </w:tc>
        <w:tc>
          <w:tcPr>
            <w:tcW w:w="1440" w:type="dxa"/>
            <w:vAlign w:val="center"/>
          </w:tcPr>
          <w:p w14:paraId="45C0B012" w14:textId="4CAE517D"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Đạt</w:t>
            </w:r>
          </w:p>
        </w:tc>
        <w:tc>
          <w:tcPr>
            <w:tcW w:w="1530" w:type="dxa"/>
            <w:vAlign w:val="center"/>
          </w:tcPr>
          <w:p w14:paraId="0C2F6F58" w14:textId="5679125C"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Không đạt</w:t>
            </w:r>
          </w:p>
        </w:tc>
        <w:tc>
          <w:tcPr>
            <w:tcW w:w="1890" w:type="dxa"/>
            <w:vAlign w:val="center"/>
          </w:tcPr>
          <w:p w14:paraId="12CF3D6A" w14:textId="7DC2271D"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Diễn giải          chi tiết</w:t>
            </w:r>
          </w:p>
        </w:tc>
      </w:tr>
      <w:tr w:rsidR="00453747" w:rsidRPr="00453747" w14:paraId="1B75A0E5" w14:textId="77777777" w:rsidTr="00453747">
        <w:tc>
          <w:tcPr>
            <w:tcW w:w="918" w:type="dxa"/>
            <w:vAlign w:val="center"/>
          </w:tcPr>
          <w:p w14:paraId="7E5AEE36" w14:textId="30FB046E"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I</w:t>
            </w:r>
          </w:p>
        </w:tc>
        <w:tc>
          <w:tcPr>
            <w:tcW w:w="3690" w:type="dxa"/>
            <w:vAlign w:val="center"/>
          </w:tcPr>
          <w:p w14:paraId="01717EB0" w14:textId="28E5C42F" w:rsidR="00453747" w:rsidRPr="00453747" w:rsidRDefault="00453747" w:rsidP="00CD77B2">
            <w:pPr>
              <w:snapToGrid w:val="0"/>
              <w:spacing w:before="120" w:after="0"/>
              <w:rPr>
                <w:rFonts w:cs="Times New Roman"/>
                <w:b/>
                <w:sz w:val="28"/>
                <w:szCs w:val="28"/>
              </w:rPr>
            </w:pPr>
            <w:r w:rsidRPr="00453747">
              <w:rPr>
                <w:rFonts w:cs="Times New Roman"/>
                <w:b/>
                <w:bCs/>
                <w:sz w:val="28"/>
                <w:szCs w:val="28"/>
              </w:rPr>
              <w:t>Thông tin đăng ký ban đầu</w:t>
            </w:r>
          </w:p>
        </w:tc>
        <w:tc>
          <w:tcPr>
            <w:tcW w:w="1440" w:type="dxa"/>
          </w:tcPr>
          <w:p w14:paraId="7A15DD28" w14:textId="77777777" w:rsidR="00453747" w:rsidRPr="00453747" w:rsidRDefault="00453747" w:rsidP="00CD77B2">
            <w:pPr>
              <w:snapToGrid w:val="0"/>
              <w:spacing w:before="120" w:after="0"/>
              <w:rPr>
                <w:rFonts w:cs="Times New Roman"/>
                <w:b/>
                <w:sz w:val="28"/>
                <w:szCs w:val="28"/>
              </w:rPr>
            </w:pPr>
          </w:p>
        </w:tc>
        <w:tc>
          <w:tcPr>
            <w:tcW w:w="1530" w:type="dxa"/>
          </w:tcPr>
          <w:p w14:paraId="33D242B7" w14:textId="77777777" w:rsidR="00453747" w:rsidRPr="00453747" w:rsidRDefault="00453747" w:rsidP="00CD77B2">
            <w:pPr>
              <w:snapToGrid w:val="0"/>
              <w:spacing w:before="120" w:after="0"/>
              <w:rPr>
                <w:rFonts w:cs="Times New Roman"/>
                <w:b/>
                <w:sz w:val="28"/>
                <w:szCs w:val="28"/>
              </w:rPr>
            </w:pPr>
          </w:p>
        </w:tc>
        <w:tc>
          <w:tcPr>
            <w:tcW w:w="1890" w:type="dxa"/>
          </w:tcPr>
          <w:p w14:paraId="24563D2D" w14:textId="77777777" w:rsidR="00453747" w:rsidRPr="00453747" w:rsidRDefault="00453747" w:rsidP="00CD77B2">
            <w:pPr>
              <w:snapToGrid w:val="0"/>
              <w:spacing w:before="120" w:after="0"/>
              <w:rPr>
                <w:rFonts w:cs="Times New Roman"/>
                <w:b/>
                <w:sz w:val="28"/>
                <w:szCs w:val="28"/>
              </w:rPr>
            </w:pPr>
          </w:p>
        </w:tc>
      </w:tr>
      <w:tr w:rsidR="00453747" w14:paraId="6D4A635C" w14:textId="77777777" w:rsidTr="00453747">
        <w:tc>
          <w:tcPr>
            <w:tcW w:w="918" w:type="dxa"/>
            <w:vAlign w:val="center"/>
          </w:tcPr>
          <w:p w14:paraId="0AAA37DA" w14:textId="11A3F8D9" w:rsidR="00453747" w:rsidRDefault="00453747" w:rsidP="00453747">
            <w:pPr>
              <w:snapToGrid w:val="0"/>
              <w:spacing w:before="120" w:after="0"/>
              <w:jc w:val="center"/>
              <w:rPr>
                <w:rFonts w:cs="Times New Roman"/>
                <w:sz w:val="28"/>
                <w:szCs w:val="28"/>
              </w:rPr>
            </w:pPr>
            <w:r w:rsidRPr="0090234B">
              <w:rPr>
                <w:rFonts w:cs="Times New Roman"/>
                <w:sz w:val="28"/>
                <w:szCs w:val="28"/>
              </w:rPr>
              <w:t>1</w:t>
            </w:r>
          </w:p>
        </w:tc>
        <w:tc>
          <w:tcPr>
            <w:tcW w:w="3690" w:type="dxa"/>
            <w:vAlign w:val="center"/>
          </w:tcPr>
          <w:p w14:paraId="3F2D64B0" w14:textId="5A8E5208" w:rsidR="00453747" w:rsidRDefault="00453747" w:rsidP="00CD77B2">
            <w:pPr>
              <w:snapToGrid w:val="0"/>
              <w:spacing w:before="120" w:after="0"/>
              <w:rPr>
                <w:rFonts w:cs="Times New Roman"/>
                <w:sz w:val="28"/>
                <w:szCs w:val="28"/>
              </w:rPr>
            </w:pPr>
            <w:r w:rsidRPr="0090234B">
              <w:rPr>
                <w:rFonts w:cs="Times New Roman"/>
                <w:sz w:val="28"/>
                <w:szCs w:val="28"/>
              </w:rPr>
              <w:t>Diện tích</w:t>
            </w:r>
          </w:p>
        </w:tc>
        <w:tc>
          <w:tcPr>
            <w:tcW w:w="1440" w:type="dxa"/>
          </w:tcPr>
          <w:p w14:paraId="4B7C7A25" w14:textId="77777777" w:rsidR="00453747" w:rsidRDefault="00453747" w:rsidP="00CD77B2">
            <w:pPr>
              <w:snapToGrid w:val="0"/>
              <w:spacing w:before="120" w:after="0"/>
              <w:rPr>
                <w:rFonts w:cs="Times New Roman"/>
                <w:sz w:val="28"/>
                <w:szCs w:val="28"/>
              </w:rPr>
            </w:pPr>
          </w:p>
        </w:tc>
        <w:tc>
          <w:tcPr>
            <w:tcW w:w="1530" w:type="dxa"/>
          </w:tcPr>
          <w:p w14:paraId="0166BEDA" w14:textId="77777777" w:rsidR="00453747" w:rsidRDefault="00453747" w:rsidP="00CD77B2">
            <w:pPr>
              <w:snapToGrid w:val="0"/>
              <w:spacing w:before="120" w:after="0"/>
              <w:rPr>
                <w:rFonts w:cs="Times New Roman"/>
                <w:sz w:val="28"/>
                <w:szCs w:val="28"/>
              </w:rPr>
            </w:pPr>
          </w:p>
        </w:tc>
        <w:tc>
          <w:tcPr>
            <w:tcW w:w="1890" w:type="dxa"/>
          </w:tcPr>
          <w:p w14:paraId="5DB469C4" w14:textId="77777777" w:rsidR="00453747" w:rsidRDefault="00453747" w:rsidP="00CD77B2">
            <w:pPr>
              <w:snapToGrid w:val="0"/>
              <w:spacing w:before="120" w:after="0"/>
              <w:rPr>
                <w:rFonts w:cs="Times New Roman"/>
                <w:sz w:val="28"/>
                <w:szCs w:val="28"/>
              </w:rPr>
            </w:pPr>
          </w:p>
        </w:tc>
      </w:tr>
      <w:tr w:rsidR="00453747" w14:paraId="5959FD94" w14:textId="77777777" w:rsidTr="00453747">
        <w:tc>
          <w:tcPr>
            <w:tcW w:w="918" w:type="dxa"/>
            <w:vAlign w:val="center"/>
          </w:tcPr>
          <w:p w14:paraId="59D2BFF3" w14:textId="20EDD566" w:rsidR="00453747" w:rsidRDefault="00453747" w:rsidP="00453747">
            <w:pPr>
              <w:snapToGrid w:val="0"/>
              <w:spacing w:before="120" w:after="0"/>
              <w:jc w:val="center"/>
              <w:rPr>
                <w:rFonts w:cs="Times New Roman"/>
                <w:sz w:val="28"/>
                <w:szCs w:val="28"/>
              </w:rPr>
            </w:pPr>
            <w:r w:rsidRPr="0090234B">
              <w:rPr>
                <w:rFonts w:cs="Times New Roman"/>
                <w:sz w:val="28"/>
                <w:szCs w:val="28"/>
              </w:rPr>
              <w:t>2</w:t>
            </w:r>
          </w:p>
        </w:tc>
        <w:tc>
          <w:tcPr>
            <w:tcW w:w="3690" w:type="dxa"/>
            <w:vAlign w:val="center"/>
          </w:tcPr>
          <w:p w14:paraId="051AAD1D" w14:textId="5F207163" w:rsidR="00453747" w:rsidRDefault="00453747" w:rsidP="00CD77B2">
            <w:pPr>
              <w:snapToGrid w:val="0"/>
              <w:spacing w:before="120" w:after="0"/>
              <w:rPr>
                <w:rFonts w:cs="Times New Roman"/>
                <w:sz w:val="28"/>
                <w:szCs w:val="28"/>
              </w:rPr>
            </w:pPr>
            <w:r w:rsidRPr="0090234B">
              <w:rPr>
                <w:rFonts w:cs="Times New Roman"/>
                <w:sz w:val="28"/>
                <w:szCs w:val="28"/>
              </w:rPr>
              <w:t>Số lượng nhân sự</w:t>
            </w:r>
          </w:p>
        </w:tc>
        <w:tc>
          <w:tcPr>
            <w:tcW w:w="1440" w:type="dxa"/>
          </w:tcPr>
          <w:p w14:paraId="6B6FF139" w14:textId="77777777" w:rsidR="00453747" w:rsidRDefault="00453747" w:rsidP="00CD77B2">
            <w:pPr>
              <w:snapToGrid w:val="0"/>
              <w:spacing w:before="120" w:after="0"/>
              <w:rPr>
                <w:rFonts w:cs="Times New Roman"/>
                <w:sz w:val="28"/>
                <w:szCs w:val="28"/>
              </w:rPr>
            </w:pPr>
          </w:p>
        </w:tc>
        <w:tc>
          <w:tcPr>
            <w:tcW w:w="1530" w:type="dxa"/>
          </w:tcPr>
          <w:p w14:paraId="408600AF" w14:textId="77777777" w:rsidR="00453747" w:rsidRDefault="00453747" w:rsidP="00CD77B2">
            <w:pPr>
              <w:snapToGrid w:val="0"/>
              <w:spacing w:before="120" w:after="0"/>
              <w:rPr>
                <w:rFonts w:cs="Times New Roman"/>
                <w:sz w:val="28"/>
                <w:szCs w:val="28"/>
              </w:rPr>
            </w:pPr>
          </w:p>
        </w:tc>
        <w:tc>
          <w:tcPr>
            <w:tcW w:w="1890" w:type="dxa"/>
          </w:tcPr>
          <w:p w14:paraId="6FD4FF7B" w14:textId="77777777" w:rsidR="00453747" w:rsidRDefault="00453747" w:rsidP="00CD77B2">
            <w:pPr>
              <w:snapToGrid w:val="0"/>
              <w:spacing w:before="120" w:after="0"/>
              <w:rPr>
                <w:rFonts w:cs="Times New Roman"/>
                <w:sz w:val="28"/>
                <w:szCs w:val="28"/>
              </w:rPr>
            </w:pPr>
          </w:p>
        </w:tc>
      </w:tr>
      <w:tr w:rsidR="00453747" w14:paraId="7EB76DF5" w14:textId="77777777" w:rsidTr="00453747">
        <w:tc>
          <w:tcPr>
            <w:tcW w:w="918" w:type="dxa"/>
            <w:vAlign w:val="center"/>
          </w:tcPr>
          <w:p w14:paraId="6C62062E" w14:textId="7AAAB9CE" w:rsidR="00453747" w:rsidRDefault="00453747" w:rsidP="00453747">
            <w:pPr>
              <w:snapToGrid w:val="0"/>
              <w:spacing w:before="120" w:after="0"/>
              <w:jc w:val="center"/>
              <w:rPr>
                <w:rFonts w:cs="Times New Roman"/>
                <w:sz w:val="28"/>
                <w:szCs w:val="28"/>
              </w:rPr>
            </w:pPr>
            <w:r w:rsidRPr="0090234B">
              <w:rPr>
                <w:rFonts w:cs="Times New Roman"/>
                <w:sz w:val="28"/>
                <w:szCs w:val="28"/>
              </w:rPr>
              <w:t>3</w:t>
            </w:r>
          </w:p>
        </w:tc>
        <w:tc>
          <w:tcPr>
            <w:tcW w:w="3690" w:type="dxa"/>
            <w:vAlign w:val="center"/>
          </w:tcPr>
          <w:p w14:paraId="079416BD" w14:textId="02A701AF" w:rsidR="00453747" w:rsidRDefault="00453747" w:rsidP="00CD77B2">
            <w:pPr>
              <w:snapToGrid w:val="0"/>
              <w:spacing w:before="120" w:after="0"/>
              <w:rPr>
                <w:rFonts w:cs="Times New Roman"/>
                <w:sz w:val="28"/>
                <w:szCs w:val="28"/>
              </w:rPr>
            </w:pPr>
            <w:r w:rsidRPr="0090234B">
              <w:rPr>
                <w:rFonts w:cs="Times New Roman"/>
                <w:sz w:val="28"/>
                <w:szCs w:val="28"/>
              </w:rPr>
              <w:t>Sản phẩm cây trồng được đóng gói tại cơ sở</w:t>
            </w:r>
          </w:p>
        </w:tc>
        <w:tc>
          <w:tcPr>
            <w:tcW w:w="1440" w:type="dxa"/>
          </w:tcPr>
          <w:p w14:paraId="5739063C" w14:textId="77777777" w:rsidR="00453747" w:rsidRDefault="00453747" w:rsidP="00CD77B2">
            <w:pPr>
              <w:snapToGrid w:val="0"/>
              <w:spacing w:before="120" w:after="0"/>
              <w:rPr>
                <w:rFonts w:cs="Times New Roman"/>
                <w:sz w:val="28"/>
                <w:szCs w:val="28"/>
              </w:rPr>
            </w:pPr>
          </w:p>
        </w:tc>
        <w:tc>
          <w:tcPr>
            <w:tcW w:w="1530" w:type="dxa"/>
          </w:tcPr>
          <w:p w14:paraId="41B100C4" w14:textId="77777777" w:rsidR="00453747" w:rsidRDefault="00453747" w:rsidP="00CD77B2">
            <w:pPr>
              <w:snapToGrid w:val="0"/>
              <w:spacing w:before="120" w:after="0"/>
              <w:rPr>
                <w:rFonts w:cs="Times New Roman"/>
                <w:sz w:val="28"/>
                <w:szCs w:val="28"/>
              </w:rPr>
            </w:pPr>
          </w:p>
        </w:tc>
        <w:tc>
          <w:tcPr>
            <w:tcW w:w="1890" w:type="dxa"/>
          </w:tcPr>
          <w:p w14:paraId="3E77384B" w14:textId="77777777" w:rsidR="00453747" w:rsidRDefault="00453747" w:rsidP="00CD77B2">
            <w:pPr>
              <w:snapToGrid w:val="0"/>
              <w:spacing w:before="120" w:after="0"/>
              <w:rPr>
                <w:rFonts w:cs="Times New Roman"/>
                <w:sz w:val="28"/>
                <w:szCs w:val="28"/>
              </w:rPr>
            </w:pPr>
          </w:p>
        </w:tc>
      </w:tr>
      <w:tr w:rsidR="00453747" w14:paraId="24D65673" w14:textId="77777777" w:rsidTr="00453747">
        <w:tc>
          <w:tcPr>
            <w:tcW w:w="918" w:type="dxa"/>
            <w:vAlign w:val="center"/>
          </w:tcPr>
          <w:p w14:paraId="5E02529A" w14:textId="5BF85523" w:rsidR="00453747" w:rsidRDefault="00453747" w:rsidP="00453747">
            <w:pPr>
              <w:snapToGrid w:val="0"/>
              <w:spacing w:before="120" w:after="0"/>
              <w:jc w:val="center"/>
              <w:rPr>
                <w:rFonts w:cs="Times New Roman"/>
                <w:sz w:val="28"/>
                <w:szCs w:val="28"/>
              </w:rPr>
            </w:pPr>
            <w:r w:rsidRPr="0090234B">
              <w:rPr>
                <w:rFonts w:cs="Times New Roman"/>
                <w:sz w:val="28"/>
                <w:szCs w:val="28"/>
              </w:rPr>
              <w:t>4</w:t>
            </w:r>
          </w:p>
        </w:tc>
        <w:tc>
          <w:tcPr>
            <w:tcW w:w="3690" w:type="dxa"/>
            <w:vAlign w:val="center"/>
          </w:tcPr>
          <w:p w14:paraId="1A27CEDD" w14:textId="60E71341" w:rsidR="00453747" w:rsidRDefault="00453747" w:rsidP="00CD77B2">
            <w:pPr>
              <w:snapToGrid w:val="0"/>
              <w:spacing w:before="120" w:after="0"/>
              <w:rPr>
                <w:rFonts w:cs="Times New Roman"/>
                <w:sz w:val="28"/>
                <w:szCs w:val="28"/>
              </w:rPr>
            </w:pPr>
            <w:r w:rsidRPr="0090234B">
              <w:rPr>
                <w:rFonts w:cs="Times New Roman"/>
                <w:sz w:val="28"/>
                <w:szCs w:val="28"/>
              </w:rPr>
              <w:t>Công suất đóng gói/ngày</w:t>
            </w:r>
          </w:p>
        </w:tc>
        <w:tc>
          <w:tcPr>
            <w:tcW w:w="1440" w:type="dxa"/>
          </w:tcPr>
          <w:p w14:paraId="0437C3DD" w14:textId="77777777" w:rsidR="00453747" w:rsidRDefault="00453747" w:rsidP="00CD77B2">
            <w:pPr>
              <w:snapToGrid w:val="0"/>
              <w:spacing w:before="120" w:after="0"/>
              <w:rPr>
                <w:rFonts w:cs="Times New Roman"/>
                <w:sz w:val="28"/>
                <w:szCs w:val="28"/>
              </w:rPr>
            </w:pPr>
          </w:p>
        </w:tc>
        <w:tc>
          <w:tcPr>
            <w:tcW w:w="1530" w:type="dxa"/>
          </w:tcPr>
          <w:p w14:paraId="6A61A503" w14:textId="77777777" w:rsidR="00453747" w:rsidRDefault="00453747" w:rsidP="00CD77B2">
            <w:pPr>
              <w:snapToGrid w:val="0"/>
              <w:spacing w:before="120" w:after="0"/>
              <w:rPr>
                <w:rFonts w:cs="Times New Roman"/>
                <w:sz w:val="28"/>
                <w:szCs w:val="28"/>
              </w:rPr>
            </w:pPr>
          </w:p>
        </w:tc>
        <w:tc>
          <w:tcPr>
            <w:tcW w:w="1890" w:type="dxa"/>
          </w:tcPr>
          <w:p w14:paraId="3F0458FA" w14:textId="77777777" w:rsidR="00453747" w:rsidRDefault="00453747" w:rsidP="00CD77B2">
            <w:pPr>
              <w:snapToGrid w:val="0"/>
              <w:spacing w:before="120" w:after="0"/>
              <w:rPr>
                <w:rFonts w:cs="Times New Roman"/>
                <w:sz w:val="28"/>
                <w:szCs w:val="28"/>
              </w:rPr>
            </w:pPr>
          </w:p>
        </w:tc>
      </w:tr>
      <w:tr w:rsidR="00453747" w14:paraId="42808D52" w14:textId="77777777" w:rsidTr="00453747">
        <w:tc>
          <w:tcPr>
            <w:tcW w:w="918" w:type="dxa"/>
            <w:vAlign w:val="center"/>
          </w:tcPr>
          <w:p w14:paraId="4DBF3545" w14:textId="1BDA98E8" w:rsidR="00453747" w:rsidRDefault="00453747" w:rsidP="00453747">
            <w:pPr>
              <w:snapToGrid w:val="0"/>
              <w:spacing w:before="120" w:after="0"/>
              <w:jc w:val="center"/>
              <w:rPr>
                <w:rFonts w:cs="Times New Roman"/>
                <w:sz w:val="28"/>
                <w:szCs w:val="28"/>
              </w:rPr>
            </w:pPr>
            <w:r w:rsidRPr="0090234B">
              <w:rPr>
                <w:rFonts w:cs="Times New Roman"/>
                <w:sz w:val="28"/>
                <w:szCs w:val="28"/>
              </w:rPr>
              <w:t>5</w:t>
            </w:r>
          </w:p>
        </w:tc>
        <w:tc>
          <w:tcPr>
            <w:tcW w:w="3690" w:type="dxa"/>
            <w:vAlign w:val="center"/>
          </w:tcPr>
          <w:p w14:paraId="3B6B7A73" w14:textId="2C28AC29" w:rsidR="00453747" w:rsidRDefault="00453747" w:rsidP="00CD77B2">
            <w:pPr>
              <w:snapToGrid w:val="0"/>
              <w:spacing w:before="120" w:after="0"/>
              <w:rPr>
                <w:rFonts w:cs="Times New Roman"/>
                <w:sz w:val="28"/>
                <w:szCs w:val="28"/>
              </w:rPr>
            </w:pPr>
            <w:r w:rsidRPr="0090234B">
              <w:rPr>
                <w:rFonts w:cs="Times New Roman"/>
                <w:sz w:val="28"/>
                <w:szCs w:val="28"/>
              </w:rPr>
              <w:t>Có thay đổi so với đăng ký/đăng ký lần đầu:</w:t>
            </w:r>
          </w:p>
        </w:tc>
        <w:tc>
          <w:tcPr>
            <w:tcW w:w="1440" w:type="dxa"/>
          </w:tcPr>
          <w:p w14:paraId="25455436" w14:textId="77777777" w:rsidR="00453747" w:rsidRDefault="00453747" w:rsidP="00CD77B2">
            <w:pPr>
              <w:snapToGrid w:val="0"/>
              <w:spacing w:before="120" w:after="0"/>
              <w:rPr>
                <w:rFonts w:cs="Times New Roman"/>
                <w:sz w:val="28"/>
                <w:szCs w:val="28"/>
              </w:rPr>
            </w:pPr>
          </w:p>
        </w:tc>
        <w:tc>
          <w:tcPr>
            <w:tcW w:w="1530" w:type="dxa"/>
          </w:tcPr>
          <w:p w14:paraId="6FBC6B90" w14:textId="77777777" w:rsidR="00453747" w:rsidRDefault="00453747" w:rsidP="00CD77B2">
            <w:pPr>
              <w:snapToGrid w:val="0"/>
              <w:spacing w:before="120" w:after="0"/>
              <w:rPr>
                <w:rFonts w:cs="Times New Roman"/>
                <w:sz w:val="28"/>
                <w:szCs w:val="28"/>
              </w:rPr>
            </w:pPr>
          </w:p>
        </w:tc>
        <w:tc>
          <w:tcPr>
            <w:tcW w:w="1890" w:type="dxa"/>
          </w:tcPr>
          <w:p w14:paraId="2A776C40" w14:textId="77777777" w:rsidR="00453747" w:rsidRDefault="00453747" w:rsidP="00CD77B2">
            <w:pPr>
              <w:snapToGrid w:val="0"/>
              <w:spacing w:before="120" w:after="0"/>
              <w:rPr>
                <w:rFonts w:cs="Times New Roman"/>
                <w:sz w:val="28"/>
                <w:szCs w:val="28"/>
              </w:rPr>
            </w:pPr>
          </w:p>
        </w:tc>
      </w:tr>
      <w:tr w:rsidR="00453747" w14:paraId="5583ADBE" w14:textId="77777777" w:rsidTr="00453747">
        <w:tc>
          <w:tcPr>
            <w:tcW w:w="918" w:type="dxa"/>
            <w:vAlign w:val="center"/>
          </w:tcPr>
          <w:p w14:paraId="21CE214D" w14:textId="2F617D5B" w:rsidR="00453747" w:rsidRDefault="00453747" w:rsidP="00453747">
            <w:pPr>
              <w:snapToGrid w:val="0"/>
              <w:spacing w:before="120" w:after="0"/>
              <w:jc w:val="center"/>
              <w:rPr>
                <w:rFonts w:cs="Times New Roman"/>
                <w:sz w:val="28"/>
                <w:szCs w:val="28"/>
              </w:rPr>
            </w:pPr>
            <w:r w:rsidRPr="0090234B">
              <w:rPr>
                <w:rFonts w:cs="Times New Roman"/>
                <w:sz w:val="28"/>
                <w:szCs w:val="28"/>
              </w:rPr>
              <w:t>6</w:t>
            </w:r>
          </w:p>
        </w:tc>
        <w:tc>
          <w:tcPr>
            <w:tcW w:w="3690" w:type="dxa"/>
            <w:vAlign w:val="center"/>
          </w:tcPr>
          <w:p w14:paraId="7BE04203" w14:textId="4A12EB71" w:rsidR="00453747" w:rsidRDefault="00453747" w:rsidP="00CD77B2">
            <w:pPr>
              <w:snapToGrid w:val="0"/>
              <w:spacing w:before="120" w:after="0"/>
              <w:rPr>
                <w:rFonts w:cs="Times New Roman"/>
                <w:sz w:val="28"/>
                <w:szCs w:val="28"/>
              </w:rPr>
            </w:pPr>
            <w:r w:rsidRPr="0090234B">
              <w:rPr>
                <w:rFonts w:cs="Times New Roman"/>
                <w:sz w:val="28"/>
                <w:szCs w:val="28"/>
              </w:rPr>
              <w:t>Thông tin khác (nếu có)</w:t>
            </w:r>
          </w:p>
        </w:tc>
        <w:tc>
          <w:tcPr>
            <w:tcW w:w="1440" w:type="dxa"/>
          </w:tcPr>
          <w:p w14:paraId="65517263" w14:textId="77777777" w:rsidR="00453747" w:rsidRDefault="00453747" w:rsidP="00CD77B2">
            <w:pPr>
              <w:snapToGrid w:val="0"/>
              <w:spacing w:before="120" w:after="0"/>
              <w:rPr>
                <w:rFonts w:cs="Times New Roman"/>
                <w:sz w:val="28"/>
                <w:szCs w:val="28"/>
              </w:rPr>
            </w:pPr>
          </w:p>
        </w:tc>
        <w:tc>
          <w:tcPr>
            <w:tcW w:w="1530" w:type="dxa"/>
          </w:tcPr>
          <w:p w14:paraId="009E1F34" w14:textId="77777777" w:rsidR="00453747" w:rsidRDefault="00453747" w:rsidP="00CD77B2">
            <w:pPr>
              <w:snapToGrid w:val="0"/>
              <w:spacing w:before="120" w:after="0"/>
              <w:rPr>
                <w:rFonts w:cs="Times New Roman"/>
                <w:sz w:val="28"/>
                <w:szCs w:val="28"/>
              </w:rPr>
            </w:pPr>
          </w:p>
        </w:tc>
        <w:tc>
          <w:tcPr>
            <w:tcW w:w="1890" w:type="dxa"/>
          </w:tcPr>
          <w:p w14:paraId="4D1FBC32" w14:textId="77777777" w:rsidR="00453747" w:rsidRDefault="00453747" w:rsidP="00CD77B2">
            <w:pPr>
              <w:snapToGrid w:val="0"/>
              <w:spacing w:before="120" w:after="0"/>
              <w:rPr>
                <w:rFonts w:cs="Times New Roman"/>
                <w:sz w:val="28"/>
                <w:szCs w:val="28"/>
              </w:rPr>
            </w:pPr>
          </w:p>
        </w:tc>
      </w:tr>
      <w:tr w:rsidR="00453747" w14:paraId="411B6D1C" w14:textId="77777777" w:rsidTr="00453747">
        <w:tc>
          <w:tcPr>
            <w:tcW w:w="918" w:type="dxa"/>
            <w:vAlign w:val="center"/>
          </w:tcPr>
          <w:p w14:paraId="37AD46B0" w14:textId="77777777" w:rsidR="00453747" w:rsidRDefault="00453747" w:rsidP="00453747">
            <w:pPr>
              <w:snapToGrid w:val="0"/>
              <w:spacing w:before="120" w:after="0"/>
              <w:jc w:val="center"/>
              <w:rPr>
                <w:rFonts w:cs="Times New Roman"/>
                <w:sz w:val="28"/>
                <w:szCs w:val="28"/>
              </w:rPr>
            </w:pPr>
          </w:p>
        </w:tc>
        <w:tc>
          <w:tcPr>
            <w:tcW w:w="3690" w:type="dxa"/>
            <w:vAlign w:val="center"/>
          </w:tcPr>
          <w:p w14:paraId="0D7DA0A9" w14:textId="52DF30A8" w:rsidR="00453747" w:rsidRDefault="00453747" w:rsidP="00CD77B2">
            <w:pPr>
              <w:snapToGrid w:val="0"/>
              <w:spacing w:before="120" w:after="0"/>
              <w:rPr>
                <w:rFonts w:cs="Times New Roman"/>
                <w:sz w:val="28"/>
                <w:szCs w:val="28"/>
              </w:rPr>
            </w:pPr>
            <w:r w:rsidRPr="0090234B">
              <w:rPr>
                <w:rFonts w:cs="Times New Roman"/>
                <w:sz w:val="28"/>
                <w:szCs w:val="28"/>
              </w:rPr>
              <w:t>…</w:t>
            </w:r>
          </w:p>
        </w:tc>
        <w:tc>
          <w:tcPr>
            <w:tcW w:w="1440" w:type="dxa"/>
          </w:tcPr>
          <w:p w14:paraId="27893B41" w14:textId="77777777" w:rsidR="00453747" w:rsidRDefault="00453747" w:rsidP="00CD77B2">
            <w:pPr>
              <w:snapToGrid w:val="0"/>
              <w:spacing w:before="120" w:after="0"/>
              <w:rPr>
                <w:rFonts w:cs="Times New Roman"/>
                <w:sz w:val="28"/>
                <w:szCs w:val="28"/>
              </w:rPr>
            </w:pPr>
          </w:p>
        </w:tc>
        <w:tc>
          <w:tcPr>
            <w:tcW w:w="1530" w:type="dxa"/>
          </w:tcPr>
          <w:p w14:paraId="56B2E782" w14:textId="77777777" w:rsidR="00453747" w:rsidRDefault="00453747" w:rsidP="00CD77B2">
            <w:pPr>
              <w:snapToGrid w:val="0"/>
              <w:spacing w:before="120" w:after="0"/>
              <w:rPr>
                <w:rFonts w:cs="Times New Roman"/>
                <w:sz w:val="28"/>
                <w:szCs w:val="28"/>
              </w:rPr>
            </w:pPr>
          </w:p>
        </w:tc>
        <w:tc>
          <w:tcPr>
            <w:tcW w:w="1890" w:type="dxa"/>
          </w:tcPr>
          <w:p w14:paraId="2868373A" w14:textId="77777777" w:rsidR="00453747" w:rsidRDefault="00453747" w:rsidP="00CD77B2">
            <w:pPr>
              <w:snapToGrid w:val="0"/>
              <w:spacing w:before="120" w:after="0"/>
              <w:rPr>
                <w:rFonts w:cs="Times New Roman"/>
                <w:sz w:val="28"/>
                <w:szCs w:val="28"/>
              </w:rPr>
            </w:pPr>
          </w:p>
        </w:tc>
      </w:tr>
      <w:tr w:rsidR="00453747" w:rsidRPr="00453747" w14:paraId="7E88F8DF" w14:textId="77777777" w:rsidTr="00453747">
        <w:tc>
          <w:tcPr>
            <w:tcW w:w="918" w:type="dxa"/>
            <w:vAlign w:val="center"/>
          </w:tcPr>
          <w:p w14:paraId="5435981F" w14:textId="575A785E" w:rsidR="00453747" w:rsidRPr="00453747" w:rsidRDefault="00453747" w:rsidP="00453747">
            <w:pPr>
              <w:snapToGrid w:val="0"/>
              <w:spacing w:before="120" w:after="0"/>
              <w:jc w:val="center"/>
              <w:rPr>
                <w:rFonts w:cs="Times New Roman"/>
                <w:b/>
                <w:sz w:val="28"/>
                <w:szCs w:val="28"/>
              </w:rPr>
            </w:pPr>
            <w:r w:rsidRPr="00453747">
              <w:rPr>
                <w:rFonts w:cs="Times New Roman"/>
                <w:b/>
                <w:bCs/>
                <w:sz w:val="28"/>
                <w:szCs w:val="28"/>
              </w:rPr>
              <w:t>II</w:t>
            </w:r>
          </w:p>
        </w:tc>
        <w:tc>
          <w:tcPr>
            <w:tcW w:w="3690" w:type="dxa"/>
            <w:vAlign w:val="center"/>
          </w:tcPr>
          <w:p w14:paraId="2719CC02" w14:textId="44C89819" w:rsidR="00453747" w:rsidRPr="00453747" w:rsidRDefault="00453747" w:rsidP="00CD77B2">
            <w:pPr>
              <w:snapToGrid w:val="0"/>
              <w:spacing w:before="120" w:after="0"/>
              <w:rPr>
                <w:rFonts w:cs="Times New Roman"/>
                <w:b/>
                <w:sz w:val="28"/>
                <w:szCs w:val="28"/>
              </w:rPr>
            </w:pPr>
            <w:r w:rsidRPr="00453747">
              <w:rPr>
                <w:rFonts w:cs="Times New Roman"/>
                <w:b/>
                <w:bCs/>
                <w:sz w:val="28"/>
                <w:szCs w:val="28"/>
              </w:rPr>
              <w:t>Nội dung đánh giá tại cơ sở đóng gói</w:t>
            </w:r>
          </w:p>
        </w:tc>
        <w:tc>
          <w:tcPr>
            <w:tcW w:w="1440" w:type="dxa"/>
          </w:tcPr>
          <w:p w14:paraId="23B42E0A" w14:textId="77777777" w:rsidR="00453747" w:rsidRPr="00453747" w:rsidRDefault="00453747" w:rsidP="00CD77B2">
            <w:pPr>
              <w:snapToGrid w:val="0"/>
              <w:spacing w:before="120" w:after="0"/>
              <w:rPr>
                <w:rFonts w:cs="Times New Roman"/>
                <w:b/>
                <w:sz w:val="28"/>
                <w:szCs w:val="28"/>
              </w:rPr>
            </w:pPr>
          </w:p>
        </w:tc>
        <w:tc>
          <w:tcPr>
            <w:tcW w:w="1530" w:type="dxa"/>
          </w:tcPr>
          <w:p w14:paraId="5256E9C8" w14:textId="77777777" w:rsidR="00453747" w:rsidRPr="00453747" w:rsidRDefault="00453747" w:rsidP="00CD77B2">
            <w:pPr>
              <w:snapToGrid w:val="0"/>
              <w:spacing w:before="120" w:after="0"/>
              <w:rPr>
                <w:rFonts w:cs="Times New Roman"/>
                <w:b/>
                <w:sz w:val="28"/>
                <w:szCs w:val="28"/>
              </w:rPr>
            </w:pPr>
          </w:p>
        </w:tc>
        <w:tc>
          <w:tcPr>
            <w:tcW w:w="1890" w:type="dxa"/>
          </w:tcPr>
          <w:p w14:paraId="6B5387AD" w14:textId="77777777" w:rsidR="00453747" w:rsidRPr="00453747" w:rsidRDefault="00453747" w:rsidP="00CD77B2">
            <w:pPr>
              <w:snapToGrid w:val="0"/>
              <w:spacing w:before="120" w:after="0"/>
              <w:rPr>
                <w:rFonts w:cs="Times New Roman"/>
                <w:b/>
                <w:sz w:val="28"/>
                <w:szCs w:val="28"/>
              </w:rPr>
            </w:pPr>
          </w:p>
        </w:tc>
      </w:tr>
      <w:tr w:rsidR="00453747" w14:paraId="6CD07065" w14:textId="77777777" w:rsidTr="00453747">
        <w:tc>
          <w:tcPr>
            <w:tcW w:w="918" w:type="dxa"/>
            <w:vAlign w:val="center"/>
          </w:tcPr>
          <w:p w14:paraId="67C07B1F" w14:textId="5E7FCAC7" w:rsidR="00453747" w:rsidRDefault="00453747" w:rsidP="00453747">
            <w:pPr>
              <w:snapToGrid w:val="0"/>
              <w:spacing w:before="120" w:after="0"/>
              <w:jc w:val="center"/>
              <w:rPr>
                <w:rFonts w:cs="Times New Roman"/>
                <w:sz w:val="28"/>
                <w:szCs w:val="28"/>
              </w:rPr>
            </w:pPr>
            <w:r w:rsidRPr="0090234B">
              <w:rPr>
                <w:rFonts w:cs="Times New Roman"/>
                <w:sz w:val="28"/>
                <w:szCs w:val="28"/>
              </w:rPr>
              <w:t>1</w:t>
            </w:r>
          </w:p>
        </w:tc>
        <w:tc>
          <w:tcPr>
            <w:tcW w:w="3690" w:type="dxa"/>
            <w:vAlign w:val="center"/>
          </w:tcPr>
          <w:p w14:paraId="5E4034B1" w14:textId="67930A02" w:rsidR="00453747" w:rsidRDefault="00453747" w:rsidP="00CD77B2">
            <w:pPr>
              <w:snapToGrid w:val="0"/>
              <w:spacing w:before="120" w:after="0"/>
              <w:rPr>
                <w:rFonts w:cs="Times New Roman"/>
                <w:sz w:val="28"/>
                <w:szCs w:val="28"/>
              </w:rPr>
            </w:pPr>
            <w:r w:rsidRPr="0090234B">
              <w:rPr>
                <w:rFonts w:cs="Times New Roman"/>
                <w:sz w:val="28"/>
                <w:szCs w:val="28"/>
              </w:rPr>
              <w:t>Cơ sở hạ tầng</w:t>
            </w:r>
          </w:p>
        </w:tc>
        <w:tc>
          <w:tcPr>
            <w:tcW w:w="1440" w:type="dxa"/>
          </w:tcPr>
          <w:p w14:paraId="603261BC" w14:textId="77777777" w:rsidR="00453747" w:rsidRDefault="00453747" w:rsidP="00CD77B2">
            <w:pPr>
              <w:snapToGrid w:val="0"/>
              <w:spacing w:before="120" w:after="0"/>
              <w:rPr>
                <w:rFonts w:cs="Times New Roman"/>
                <w:sz w:val="28"/>
                <w:szCs w:val="28"/>
              </w:rPr>
            </w:pPr>
          </w:p>
        </w:tc>
        <w:tc>
          <w:tcPr>
            <w:tcW w:w="1530" w:type="dxa"/>
          </w:tcPr>
          <w:p w14:paraId="07DC57AC" w14:textId="77777777" w:rsidR="00453747" w:rsidRDefault="00453747" w:rsidP="00CD77B2">
            <w:pPr>
              <w:snapToGrid w:val="0"/>
              <w:spacing w:before="120" w:after="0"/>
              <w:rPr>
                <w:rFonts w:cs="Times New Roman"/>
                <w:sz w:val="28"/>
                <w:szCs w:val="28"/>
              </w:rPr>
            </w:pPr>
          </w:p>
        </w:tc>
        <w:tc>
          <w:tcPr>
            <w:tcW w:w="1890" w:type="dxa"/>
          </w:tcPr>
          <w:p w14:paraId="2B1C03F4" w14:textId="77777777" w:rsidR="00453747" w:rsidRDefault="00453747" w:rsidP="00CD77B2">
            <w:pPr>
              <w:snapToGrid w:val="0"/>
              <w:spacing w:before="120" w:after="0"/>
              <w:rPr>
                <w:rFonts w:cs="Times New Roman"/>
                <w:sz w:val="28"/>
                <w:szCs w:val="28"/>
              </w:rPr>
            </w:pPr>
          </w:p>
        </w:tc>
      </w:tr>
      <w:tr w:rsidR="00453747" w14:paraId="6F390FF2" w14:textId="77777777" w:rsidTr="00453747">
        <w:tc>
          <w:tcPr>
            <w:tcW w:w="918" w:type="dxa"/>
            <w:vAlign w:val="center"/>
          </w:tcPr>
          <w:p w14:paraId="1374BAD8" w14:textId="0EF3E724" w:rsidR="00453747" w:rsidRDefault="00453747" w:rsidP="00453747">
            <w:pPr>
              <w:snapToGrid w:val="0"/>
              <w:spacing w:before="120" w:after="0"/>
              <w:jc w:val="center"/>
              <w:rPr>
                <w:rFonts w:cs="Times New Roman"/>
                <w:sz w:val="28"/>
                <w:szCs w:val="28"/>
              </w:rPr>
            </w:pPr>
            <w:r w:rsidRPr="0090234B">
              <w:rPr>
                <w:rFonts w:cs="Times New Roman"/>
                <w:sz w:val="28"/>
                <w:szCs w:val="28"/>
              </w:rPr>
              <w:t>2</w:t>
            </w:r>
          </w:p>
        </w:tc>
        <w:tc>
          <w:tcPr>
            <w:tcW w:w="3690" w:type="dxa"/>
            <w:vAlign w:val="center"/>
          </w:tcPr>
          <w:p w14:paraId="0030B688" w14:textId="3DF6FF95" w:rsidR="00453747" w:rsidRDefault="00453747" w:rsidP="00CD77B2">
            <w:pPr>
              <w:snapToGrid w:val="0"/>
              <w:spacing w:before="120" w:after="0"/>
              <w:rPr>
                <w:rFonts w:cs="Times New Roman"/>
                <w:sz w:val="28"/>
                <w:szCs w:val="28"/>
              </w:rPr>
            </w:pPr>
            <w:r w:rsidRPr="0090234B">
              <w:rPr>
                <w:rFonts w:cs="Times New Roman"/>
                <w:sz w:val="28"/>
                <w:szCs w:val="28"/>
              </w:rPr>
              <w:t>Trang thiết bị</w:t>
            </w:r>
          </w:p>
        </w:tc>
        <w:tc>
          <w:tcPr>
            <w:tcW w:w="1440" w:type="dxa"/>
          </w:tcPr>
          <w:p w14:paraId="67D72C83" w14:textId="77777777" w:rsidR="00453747" w:rsidRDefault="00453747" w:rsidP="00CD77B2">
            <w:pPr>
              <w:snapToGrid w:val="0"/>
              <w:spacing w:before="120" w:after="0"/>
              <w:rPr>
                <w:rFonts w:cs="Times New Roman"/>
                <w:sz w:val="28"/>
                <w:szCs w:val="28"/>
              </w:rPr>
            </w:pPr>
          </w:p>
        </w:tc>
        <w:tc>
          <w:tcPr>
            <w:tcW w:w="1530" w:type="dxa"/>
          </w:tcPr>
          <w:p w14:paraId="44D384C5" w14:textId="77777777" w:rsidR="00453747" w:rsidRDefault="00453747" w:rsidP="00CD77B2">
            <w:pPr>
              <w:snapToGrid w:val="0"/>
              <w:spacing w:before="120" w:after="0"/>
              <w:rPr>
                <w:rFonts w:cs="Times New Roman"/>
                <w:sz w:val="28"/>
                <w:szCs w:val="28"/>
              </w:rPr>
            </w:pPr>
          </w:p>
        </w:tc>
        <w:tc>
          <w:tcPr>
            <w:tcW w:w="1890" w:type="dxa"/>
          </w:tcPr>
          <w:p w14:paraId="01994001" w14:textId="77777777" w:rsidR="00453747" w:rsidRDefault="00453747" w:rsidP="00CD77B2">
            <w:pPr>
              <w:snapToGrid w:val="0"/>
              <w:spacing w:before="120" w:after="0"/>
              <w:rPr>
                <w:rFonts w:cs="Times New Roman"/>
                <w:sz w:val="28"/>
                <w:szCs w:val="28"/>
              </w:rPr>
            </w:pPr>
          </w:p>
        </w:tc>
      </w:tr>
      <w:tr w:rsidR="00453747" w14:paraId="25B972C6" w14:textId="77777777" w:rsidTr="00453747">
        <w:tc>
          <w:tcPr>
            <w:tcW w:w="918" w:type="dxa"/>
            <w:vAlign w:val="center"/>
          </w:tcPr>
          <w:p w14:paraId="7B25AFD9" w14:textId="47B7D71D" w:rsidR="00453747" w:rsidRDefault="00453747" w:rsidP="00453747">
            <w:pPr>
              <w:snapToGrid w:val="0"/>
              <w:spacing w:before="120" w:after="0"/>
              <w:jc w:val="center"/>
              <w:rPr>
                <w:rFonts w:cs="Times New Roman"/>
                <w:sz w:val="28"/>
                <w:szCs w:val="28"/>
              </w:rPr>
            </w:pPr>
            <w:r w:rsidRPr="0090234B">
              <w:rPr>
                <w:rFonts w:cs="Times New Roman"/>
                <w:sz w:val="28"/>
                <w:szCs w:val="28"/>
              </w:rPr>
              <w:t>3</w:t>
            </w:r>
          </w:p>
        </w:tc>
        <w:tc>
          <w:tcPr>
            <w:tcW w:w="3690" w:type="dxa"/>
            <w:vAlign w:val="center"/>
          </w:tcPr>
          <w:p w14:paraId="6FD803A7" w14:textId="72C44128" w:rsidR="00453747" w:rsidRDefault="00453747" w:rsidP="00CD77B2">
            <w:pPr>
              <w:snapToGrid w:val="0"/>
              <w:spacing w:before="120" w:after="0"/>
              <w:rPr>
                <w:rFonts w:cs="Times New Roman"/>
                <w:sz w:val="28"/>
                <w:szCs w:val="28"/>
              </w:rPr>
            </w:pPr>
            <w:r w:rsidRPr="0090234B">
              <w:rPr>
                <w:rFonts w:cs="Times New Roman"/>
                <w:sz w:val="28"/>
                <w:szCs w:val="28"/>
              </w:rPr>
              <w:t>Quy trình đóng gói</w:t>
            </w:r>
          </w:p>
        </w:tc>
        <w:tc>
          <w:tcPr>
            <w:tcW w:w="1440" w:type="dxa"/>
          </w:tcPr>
          <w:p w14:paraId="4D110631" w14:textId="77777777" w:rsidR="00453747" w:rsidRDefault="00453747" w:rsidP="00CD77B2">
            <w:pPr>
              <w:snapToGrid w:val="0"/>
              <w:spacing w:before="120" w:after="0"/>
              <w:rPr>
                <w:rFonts w:cs="Times New Roman"/>
                <w:sz w:val="28"/>
                <w:szCs w:val="28"/>
              </w:rPr>
            </w:pPr>
          </w:p>
        </w:tc>
        <w:tc>
          <w:tcPr>
            <w:tcW w:w="1530" w:type="dxa"/>
          </w:tcPr>
          <w:p w14:paraId="21276EA1" w14:textId="77777777" w:rsidR="00453747" w:rsidRDefault="00453747" w:rsidP="00CD77B2">
            <w:pPr>
              <w:snapToGrid w:val="0"/>
              <w:spacing w:before="120" w:after="0"/>
              <w:rPr>
                <w:rFonts w:cs="Times New Roman"/>
                <w:sz w:val="28"/>
                <w:szCs w:val="28"/>
              </w:rPr>
            </w:pPr>
          </w:p>
        </w:tc>
        <w:tc>
          <w:tcPr>
            <w:tcW w:w="1890" w:type="dxa"/>
          </w:tcPr>
          <w:p w14:paraId="00CBCE64" w14:textId="77777777" w:rsidR="00453747" w:rsidRDefault="00453747" w:rsidP="00CD77B2">
            <w:pPr>
              <w:snapToGrid w:val="0"/>
              <w:spacing w:before="120" w:after="0"/>
              <w:rPr>
                <w:rFonts w:cs="Times New Roman"/>
                <w:sz w:val="28"/>
                <w:szCs w:val="28"/>
              </w:rPr>
            </w:pPr>
          </w:p>
        </w:tc>
      </w:tr>
      <w:tr w:rsidR="00453747" w14:paraId="65BBF369" w14:textId="77777777" w:rsidTr="00453747">
        <w:tc>
          <w:tcPr>
            <w:tcW w:w="918" w:type="dxa"/>
            <w:vAlign w:val="center"/>
          </w:tcPr>
          <w:p w14:paraId="602F1D5F" w14:textId="6E04A2A0" w:rsidR="00453747" w:rsidRDefault="00453747" w:rsidP="00453747">
            <w:pPr>
              <w:snapToGrid w:val="0"/>
              <w:spacing w:before="120" w:after="0"/>
              <w:jc w:val="center"/>
              <w:rPr>
                <w:rFonts w:cs="Times New Roman"/>
                <w:sz w:val="28"/>
                <w:szCs w:val="28"/>
              </w:rPr>
            </w:pPr>
            <w:r w:rsidRPr="0090234B">
              <w:rPr>
                <w:rFonts w:cs="Times New Roman"/>
                <w:sz w:val="28"/>
                <w:szCs w:val="28"/>
              </w:rPr>
              <w:t>4</w:t>
            </w:r>
          </w:p>
        </w:tc>
        <w:tc>
          <w:tcPr>
            <w:tcW w:w="3690" w:type="dxa"/>
            <w:vAlign w:val="center"/>
          </w:tcPr>
          <w:p w14:paraId="0A86B0AA" w14:textId="42DFC125" w:rsidR="00453747" w:rsidRDefault="00453747" w:rsidP="00CD77B2">
            <w:pPr>
              <w:snapToGrid w:val="0"/>
              <w:spacing w:before="120" w:after="0"/>
              <w:rPr>
                <w:rFonts w:cs="Times New Roman"/>
                <w:sz w:val="28"/>
                <w:szCs w:val="28"/>
              </w:rPr>
            </w:pPr>
            <w:r w:rsidRPr="0090234B">
              <w:rPr>
                <w:rFonts w:cs="Times New Roman"/>
                <w:sz w:val="28"/>
                <w:szCs w:val="28"/>
              </w:rPr>
              <w:t>Người lao động</w:t>
            </w:r>
          </w:p>
        </w:tc>
        <w:tc>
          <w:tcPr>
            <w:tcW w:w="1440" w:type="dxa"/>
          </w:tcPr>
          <w:p w14:paraId="6C34137E" w14:textId="77777777" w:rsidR="00453747" w:rsidRDefault="00453747" w:rsidP="00CD77B2">
            <w:pPr>
              <w:snapToGrid w:val="0"/>
              <w:spacing w:before="120" w:after="0"/>
              <w:rPr>
                <w:rFonts w:cs="Times New Roman"/>
                <w:sz w:val="28"/>
                <w:szCs w:val="28"/>
              </w:rPr>
            </w:pPr>
          </w:p>
        </w:tc>
        <w:tc>
          <w:tcPr>
            <w:tcW w:w="1530" w:type="dxa"/>
          </w:tcPr>
          <w:p w14:paraId="24DCA948" w14:textId="77777777" w:rsidR="00453747" w:rsidRDefault="00453747" w:rsidP="00CD77B2">
            <w:pPr>
              <w:snapToGrid w:val="0"/>
              <w:spacing w:before="120" w:after="0"/>
              <w:rPr>
                <w:rFonts w:cs="Times New Roman"/>
                <w:sz w:val="28"/>
                <w:szCs w:val="28"/>
              </w:rPr>
            </w:pPr>
          </w:p>
        </w:tc>
        <w:tc>
          <w:tcPr>
            <w:tcW w:w="1890" w:type="dxa"/>
          </w:tcPr>
          <w:p w14:paraId="40570733" w14:textId="77777777" w:rsidR="00453747" w:rsidRDefault="00453747" w:rsidP="00CD77B2">
            <w:pPr>
              <w:snapToGrid w:val="0"/>
              <w:spacing w:before="120" w:after="0"/>
              <w:rPr>
                <w:rFonts w:cs="Times New Roman"/>
                <w:sz w:val="28"/>
                <w:szCs w:val="28"/>
              </w:rPr>
            </w:pPr>
          </w:p>
        </w:tc>
      </w:tr>
      <w:tr w:rsidR="00453747" w14:paraId="49E2653E" w14:textId="77777777" w:rsidTr="00453747">
        <w:tc>
          <w:tcPr>
            <w:tcW w:w="918" w:type="dxa"/>
            <w:vAlign w:val="center"/>
          </w:tcPr>
          <w:p w14:paraId="7675F2B6" w14:textId="1D018D5F" w:rsidR="00453747" w:rsidRDefault="00453747" w:rsidP="00453747">
            <w:pPr>
              <w:snapToGrid w:val="0"/>
              <w:spacing w:before="120" w:after="0"/>
              <w:jc w:val="center"/>
              <w:rPr>
                <w:rFonts w:cs="Times New Roman"/>
                <w:sz w:val="28"/>
                <w:szCs w:val="28"/>
              </w:rPr>
            </w:pPr>
            <w:r w:rsidRPr="0090234B">
              <w:rPr>
                <w:rFonts w:cs="Times New Roman"/>
                <w:sz w:val="28"/>
                <w:szCs w:val="28"/>
              </w:rPr>
              <w:t>5</w:t>
            </w:r>
          </w:p>
        </w:tc>
        <w:tc>
          <w:tcPr>
            <w:tcW w:w="3690" w:type="dxa"/>
            <w:vAlign w:val="center"/>
          </w:tcPr>
          <w:p w14:paraId="25ED1BB7" w14:textId="5F9942B0" w:rsidR="00453747" w:rsidRDefault="00453747" w:rsidP="00CD77B2">
            <w:pPr>
              <w:snapToGrid w:val="0"/>
              <w:spacing w:before="120" w:after="0"/>
              <w:rPr>
                <w:rFonts w:cs="Times New Roman"/>
                <w:sz w:val="28"/>
                <w:szCs w:val="28"/>
              </w:rPr>
            </w:pPr>
            <w:r w:rsidRPr="0090234B">
              <w:rPr>
                <w:rFonts w:cs="Times New Roman"/>
                <w:sz w:val="28"/>
                <w:szCs w:val="28"/>
              </w:rPr>
              <w:t>Ghi chép</w:t>
            </w:r>
          </w:p>
        </w:tc>
        <w:tc>
          <w:tcPr>
            <w:tcW w:w="1440" w:type="dxa"/>
          </w:tcPr>
          <w:p w14:paraId="144D0F07" w14:textId="77777777" w:rsidR="00453747" w:rsidRDefault="00453747" w:rsidP="00CD77B2">
            <w:pPr>
              <w:snapToGrid w:val="0"/>
              <w:spacing w:before="120" w:after="0"/>
              <w:rPr>
                <w:rFonts w:cs="Times New Roman"/>
                <w:sz w:val="28"/>
                <w:szCs w:val="28"/>
              </w:rPr>
            </w:pPr>
          </w:p>
        </w:tc>
        <w:tc>
          <w:tcPr>
            <w:tcW w:w="1530" w:type="dxa"/>
          </w:tcPr>
          <w:p w14:paraId="6B464752" w14:textId="77777777" w:rsidR="00453747" w:rsidRDefault="00453747" w:rsidP="00CD77B2">
            <w:pPr>
              <w:snapToGrid w:val="0"/>
              <w:spacing w:before="120" w:after="0"/>
              <w:rPr>
                <w:rFonts w:cs="Times New Roman"/>
                <w:sz w:val="28"/>
                <w:szCs w:val="28"/>
              </w:rPr>
            </w:pPr>
          </w:p>
        </w:tc>
        <w:tc>
          <w:tcPr>
            <w:tcW w:w="1890" w:type="dxa"/>
          </w:tcPr>
          <w:p w14:paraId="022B1572" w14:textId="77777777" w:rsidR="00453747" w:rsidRDefault="00453747" w:rsidP="00CD77B2">
            <w:pPr>
              <w:snapToGrid w:val="0"/>
              <w:spacing w:before="120" w:after="0"/>
              <w:rPr>
                <w:rFonts w:cs="Times New Roman"/>
                <w:sz w:val="28"/>
                <w:szCs w:val="28"/>
              </w:rPr>
            </w:pPr>
          </w:p>
        </w:tc>
      </w:tr>
      <w:tr w:rsidR="00453747" w14:paraId="30485C38" w14:textId="77777777" w:rsidTr="00453747">
        <w:tc>
          <w:tcPr>
            <w:tcW w:w="918" w:type="dxa"/>
            <w:vAlign w:val="center"/>
          </w:tcPr>
          <w:p w14:paraId="0D52E986" w14:textId="15A0373A" w:rsidR="00453747" w:rsidRDefault="00453747" w:rsidP="00453747">
            <w:pPr>
              <w:snapToGrid w:val="0"/>
              <w:spacing w:before="120" w:after="0"/>
              <w:jc w:val="center"/>
              <w:rPr>
                <w:rFonts w:cs="Times New Roman"/>
                <w:sz w:val="28"/>
                <w:szCs w:val="28"/>
              </w:rPr>
            </w:pPr>
            <w:r w:rsidRPr="0090234B">
              <w:rPr>
                <w:rFonts w:cs="Times New Roman"/>
                <w:sz w:val="28"/>
                <w:szCs w:val="28"/>
              </w:rPr>
              <w:t>6</w:t>
            </w:r>
          </w:p>
        </w:tc>
        <w:tc>
          <w:tcPr>
            <w:tcW w:w="3690" w:type="dxa"/>
            <w:vAlign w:val="center"/>
          </w:tcPr>
          <w:p w14:paraId="40D576AC" w14:textId="3E736504" w:rsidR="00453747" w:rsidRDefault="00453747" w:rsidP="00CD77B2">
            <w:pPr>
              <w:snapToGrid w:val="0"/>
              <w:spacing w:before="120" w:after="0"/>
              <w:rPr>
                <w:rFonts w:cs="Times New Roman"/>
                <w:sz w:val="28"/>
                <w:szCs w:val="28"/>
              </w:rPr>
            </w:pPr>
            <w:r w:rsidRPr="0090234B">
              <w:rPr>
                <w:rFonts w:cs="Times New Roman"/>
                <w:sz w:val="28"/>
                <w:szCs w:val="28"/>
              </w:rPr>
              <w:t>Yêu cầu khác (nếu có)</w:t>
            </w:r>
          </w:p>
        </w:tc>
        <w:tc>
          <w:tcPr>
            <w:tcW w:w="1440" w:type="dxa"/>
          </w:tcPr>
          <w:p w14:paraId="583678C7" w14:textId="77777777" w:rsidR="00453747" w:rsidRDefault="00453747" w:rsidP="00CD77B2">
            <w:pPr>
              <w:snapToGrid w:val="0"/>
              <w:spacing w:before="120" w:after="0"/>
              <w:rPr>
                <w:rFonts w:cs="Times New Roman"/>
                <w:sz w:val="28"/>
                <w:szCs w:val="28"/>
              </w:rPr>
            </w:pPr>
          </w:p>
        </w:tc>
        <w:tc>
          <w:tcPr>
            <w:tcW w:w="1530" w:type="dxa"/>
          </w:tcPr>
          <w:p w14:paraId="3CC45165" w14:textId="77777777" w:rsidR="00453747" w:rsidRDefault="00453747" w:rsidP="00CD77B2">
            <w:pPr>
              <w:snapToGrid w:val="0"/>
              <w:spacing w:before="120" w:after="0"/>
              <w:rPr>
                <w:rFonts w:cs="Times New Roman"/>
                <w:sz w:val="28"/>
                <w:szCs w:val="28"/>
              </w:rPr>
            </w:pPr>
          </w:p>
        </w:tc>
        <w:tc>
          <w:tcPr>
            <w:tcW w:w="1890" w:type="dxa"/>
          </w:tcPr>
          <w:p w14:paraId="52736722" w14:textId="77777777" w:rsidR="00453747" w:rsidRDefault="00453747" w:rsidP="00CD77B2">
            <w:pPr>
              <w:snapToGrid w:val="0"/>
              <w:spacing w:before="120" w:after="0"/>
              <w:rPr>
                <w:rFonts w:cs="Times New Roman"/>
                <w:sz w:val="28"/>
                <w:szCs w:val="28"/>
              </w:rPr>
            </w:pPr>
          </w:p>
        </w:tc>
      </w:tr>
      <w:tr w:rsidR="00453747" w14:paraId="65033005" w14:textId="77777777" w:rsidTr="00453747">
        <w:tc>
          <w:tcPr>
            <w:tcW w:w="918" w:type="dxa"/>
            <w:vAlign w:val="center"/>
          </w:tcPr>
          <w:p w14:paraId="63069427" w14:textId="6BF72617" w:rsidR="00453747" w:rsidRDefault="00453747" w:rsidP="00453747">
            <w:pPr>
              <w:snapToGrid w:val="0"/>
              <w:spacing w:before="120" w:after="0"/>
              <w:jc w:val="center"/>
              <w:rPr>
                <w:rFonts w:cs="Times New Roman"/>
                <w:sz w:val="28"/>
                <w:szCs w:val="28"/>
              </w:rPr>
            </w:pPr>
            <w:r w:rsidRPr="0090234B">
              <w:rPr>
                <w:rFonts w:cs="Times New Roman"/>
                <w:sz w:val="28"/>
                <w:szCs w:val="28"/>
              </w:rPr>
              <w:t>7</w:t>
            </w:r>
          </w:p>
        </w:tc>
        <w:tc>
          <w:tcPr>
            <w:tcW w:w="3690" w:type="dxa"/>
            <w:vAlign w:val="center"/>
          </w:tcPr>
          <w:p w14:paraId="0E6E84C5" w14:textId="037D1FD1" w:rsidR="00453747" w:rsidRDefault="00453747" w:rsidP="00CD77B2">
            <w:pPr>
              <w:snapToGrid w:val="0"/>
              <w:spacing w:before="120" w:after="0"/>
              <w:rPr>
                <w:rFonts w:cs="Times New Roman"/>
                <w:sz w:val="28"/>
                <w:szCs w:val="28"/>
              </w:rPr>
            </w:pPr>
            <w:r w:rsidRPr="0090234B">
              <w:rPr>
                <w:rFonts w:cs="Times New Roman"/>
                <w:sz w:val="28"/>
                <w:szCs w:val="28"/>
              </w:rPr>
              <w:t>…..</w:t>
            </w:r>
          </w:p>
        </w:tc>
        <w:tc>
          <w:tcPr>
            <w:tcW w:w="1440" w:type="dxa"/>
          </w:tcPr>
          <w:p w14:paraId="40E842EC" w14:textId="77777777" w:rsidR="00453747" w:rsidRDefault="00453747" w:rsidP="00CD77B2">
            <w:pPr>
              <w:snapToGrid w:val="0"/>
              <w:spacing w:before="120" w:after="0"/>
              <w:rPr>
                <w:rFonts w:cs="Times New Roman"/>
                <w:sz w:val="28"/>
                <w:szCs w:val="28"/>
              </w:rPr>
            </w:pPr>
          </w:p>
        </w:tc>
        <w:tc>
          <w:tcPr>
            <w:tcW w:w="1530" w:type="dxa"/>
          </w:tcPr>
          <w:p w14:paraId="295C2AE8" w14:textId="77777777" w:rsidR="00453747" w:rsidRDefault="00453747" w:rsidP="00CD77B2">
            <w:pPr>
              <w:snapToGrid w:val="0"/>
              <w:spacing w:before="120" w:after="0"/>
              <w:rPr>
                <w:rFonts w:cs="Times New Roman"/>
                <w:sz w:val="28"/>
                <w:szCs w:val="28"/>
              </w:rPr>
            </w:pPr>
          </w:p>
        </w:tc>
        <w:tc>
          <w:tcPr>
            <w:tcW w:w="1890" w:type="dxa"/>
          </w:tcPr>
          <w:p w14:paraId="4FE6D195" w14:textId="77777777" w:rsidR="00453747" w:rsidRDefault="00453747" w:rsidP="00CD77B2">
            <w:pPr>
              <w:snapToGrid w:val="0"/>
              <w:spacing w:before="120" w:after="0"/>
              <w:rPr>
                <w:rFonts w:cs="Times New Roman"/>
                <w:sz w:val="28"/>
                <w:szCs w:val="28"/>
              </w:rPr>
            </w:pPr>
          </w:p>
        </w:tc>
      </w:tr>
    </w:tbl>
    <w:p w14:paraId="06106BFD" w14:textId="77777777" w:rsidR="00CD77B2" w:rsidRPr="00CD77B2" w:rsidRDefault="00CD77B2" w:rsidP="00CD77B2">
      <w:pPr>
        <w:spacing w:before="120" w:after="0" w:line="240" w:lineRule="auto"/>
        <w:ind w:firstLine="567"/>
        <w:rPr>
          <w:rFonts w:cs="Times New Roman"/>
          <w:i/>
          <w:iCs/>
          <w:sz w:val="28"/>
          <w:szCs w:val="28"/>
        </w:rPr>
      </w:pPr>
      <w:r w:rsidRPr="00CD77B2">
        <w:rPr>
          <w:rFonts w:cs="Times New Roman"/>
          <w:b/>
          <w:i/>
          <w:iCs/>
          <w:sz w:val="28"/>
          <w:szCs w:val="28"/>
        </w:rPr>
        <w:t>Ghi chú:</w:t>
      </w:r>
      <w:r w:rsidRPr="00CD77B2">
        <w:rPr>
          <w:rFonts w:cs="Times New Roman"/>
          <w:i/>
          <w:iCs/>
          <w:sz w:val="28"/>
          <w:szCs w:val="28"/>
        </w:rPr>
        <w:t xml:space="preserve"> </w:t>
      </w:r>
      <w:r w:rsidRPr="00CD77B2">
        <w:rPr>
          <w:rFonts w:cs="Times New Roman"/>
          <w:iCs/>
          <w:sz w:val="28"/>
          <w:szCs w:val="28"/>
        </w:rPr>
        <w:t xml:space="preserve">trường hợp đã có Giấy chứng nhận cơ sở đủ điều kiện an toàn thực phẩm, HACCP, GMP, ISO 22000 và các chứng nhận tương đương thì không kiểm tra các nội dung trùng lặp đã được bên thứ ba đánh giá. </w:t>
      </w:r>
    </w:p>
    <w:p w14:paraId="3F0B8A19"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
          <w:bCs/>
          <w:sz w:val="28"/>
          <w:szCs w:val="28"/>
        </w:rPr>
        <w:t>III.</w:t>
      </w:r>
      <w:r w:rsidRPr="00CD77B2">
        <w:rPr>
          <w:rFonts w:cs="Times New Roman"/>
          <w:sz w:val="28"/>
          <w:szCs w:val="28"/>
        </w:rPr>
        <w:t> </w:t>
      </w:r>
      <w:r w:rsidRPr="00CD77B2">
        <w:rPr>
          <w:rFonts w:cs="Times New Roman"/>
          <w:b/>
          <w:bCs/>
          <w:sz w:val="28"/>
          <w:szCs w:val="28"/>
        </w:rPr>
        <w:t>KẾT LUẬN CỦA ĐOÀN KIỂM TRA</w:t>
      </w:r>
    </w:p>
    <w:p w14:paraId="38BDBBF9"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Đạt □;        Không đạt □ ……………(có thể khắc phục/không thể khắc phục)</w:t>
      </w:r>
    </w:p>
    <w:p w14:paraId="61E0FF98"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0FBA56A5"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Nội dung cần khắc phục: ……………………………………………………</w:t>
      </w:r>
    </w:p>
    <w:p w14:paraId="7A9AA50C"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19BAA48A"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2846FA42"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b/>
          <w:bCs/>
          <w:sz w:val="28"/>
          <w:szCs w:val="28"/>
        </w:rPr>
        <w:t>IV.</w:t>
      </w:r>
      <w:r w:rsidRPr="00CD77B2">
        <w:rPr>
          <w:rFonts w:cs="Times New Roman"/>
          <w:sz w:val="28"/>
          <w:szCs w:val="28"/>
        </w:rPr>
        <w:t> </w:t>
      </w:r>
      <w:r w:rsidRPr="00CD77B2">
        <w:rPr>
          <w:rFonts w:cs="Times New Roman"/>
          <w:b/>
          <w:bCs/>
          <w:sz w:val="28"/>
          <w:szCs w:val="28"/>
        </w:rPr>
        <w:t>Ý KIẾN CỦA TỔ CHỨC, CÁ NHÂN ĐƯỢC KIỂM TRA</w:t>
      </w:r>
    </w:p>
    <w:p w14:paraId="45FB6B53"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59513594"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1B815439" w14:textId="77777777" w:rsidR="00CD77B2" w:rsidRPr="00CD77B2" w:rsidRDefault="00CD77B2" w:rsidP="00CD77B2">
      <w:pPr>
        <w:snapToGrid w:val="0"/>
        <w:spacing w:before="120" w:after="0" w:line="240" w:lineRule="auto"/>
        <w:rPr>
          <w:rFonts w:cs="Times New Roman"/>
          <w:sz w:val="28"/>
          <w:szCs w:val="28"/>
        </w:rPr>
      </w:pPr>
      <w:r w:rsidRPr="00CD77B2">
        <w:rPr>
          <w:rFonts w:cs="Times New Roman"/>
          <w:sz w:val="28"/>
          <w:szCs w:val="28"/>
        </w:rPr>
        <w:t>………………………………………………………………………………….</w:t>
      </w:r>
    </w:p>
    <w:p w14:paraId="4B88BFEF"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Biên bản kiểm tra được lập xong vào hồi ...giờ ... phút ngày …./…./… biên bản đã được đọc lại cho những người nêu trên cùng nghe, công nhận là đúng và cùng nhau ký tên dưới đây; biên bản được lập thành 02 bản có giá trị như nhau, mỗi bên giữ 01 bản.</w:t>
      </w:r>
    </w:p>
    <w:p w14:paraId="58381AA0" w14:textId="77777777" w:rsidR="00CD77B2" w:rsidRPr="00CD77B2" w:rsidRDefault="00CD77B2" w:rsidP="00CD77B2">
      <w:pPr>
        <w:snapToGrid w:val="0"/>
        <w:spacing w:before="120" w:after="0" w:line="240" w:lineRule="auto"/>
        <w:ind w:firstLine="567"/>
        <w:rPr>
          <w:rFonts w:cs="Times New Roman"/>
          <w:sz w:val="28"/>
          <w:szCs w:val="28"/>
        </w:rPr>
      </w:pPr>
      <w:r w:rsidRPr="00CD77B2">
        <w:rPr>
          <w:rFonts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8"/>
        <w:gridCol w:w="4889"/>
      </w:tblGrid>
      <w:tr w:rsidR="00CD77B2" w:rsidRPr="00CD77B2" w14:paraId="4FA28326" w14:textId="77777777" w:rsidTr="00B451B1">
        <w:trPr>
          <w:tblCellSpacing w:w="0" w:type="dxa"/>
        </w:trPr>
        <w:tc>
          <w:tcPr>
            <w:tcW w:w="5171" w:type="dxa"/>
            <w:shd w:val="clear" w:color="auto" w:fill="FFFFFF"/>
            <w:tcMar>
              <w:top w:w="0" w:type="dxa"/>
              <w:left w:w="108" w:type="dxa"/>
              <w:bottom w:w="0" w:type="dxa"/>
              <w:right w:w="108" w:type="dxa"/>
            </w:tcMar>
            <w:hideMark/>
          </w:tcPr>
          <w:p w14:paraId="7B624E0E"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ĐẠI DIỆN CƠ SỞ ĐÓNG GÓI</w:t>
            </w:r>
            <w:r w:rsidRPr="00CD77B2">
              <w:rPr>
                <w:rFonts w:cs="Times New Roman"/>
                <w:sz w:val="28"/>
                <w:szCs w:val="28"/>
              </w:rPr>
              <w:br/>
            </w:r>
            <w:r w:rsidRPr="00CD77B2">
              <w:rPr>
                <w:rFonts w:cs="Times New Roman"/>
                <w:i/>
                <w:iCs/>
                <w:sz w:val="28"/>
                <w:szCs w:val="28"/>
              </w:rPr>
              <w:t>(Ký và ghi rõ họ tên)</w:t>
            </w:r>
          </w:p>
        </w:tc>
        <w:tc>
          <w:tcPr>
            <w:tcW w:w="5779" w:type="dxa"/>
            <w:shd w:val="clear" w:color="auto" w:fill="FFFFFF"/>
            <w:tcMar>
              <w:top w:w="0" w:type="dxa"/>
              <w:left w:w="108" w:type="dxa"/>
              <w:bottom w:w="0" w:type="dxa"/>
              <w:right w:w="108" w:type="dxa"/>
            </w:tcMar>
            <w:hideMark/>
          </w:tcPr>
          <w:p w14:paraId="05595870" w14:textId="77777777" w:rsidR="00CD77B2" w:rsidRPr="00CD77B2" w:rsidRDefault="00CD77B2" w:rsidP="00CD77B2">
            <w:pPr>
              <w:snapToGrid w:val="0"/>
              <w:spacing w:after="0" w:line="240" w:lineRule="auto"/>
              <w:jc w:val="center"/>
              <w:rPr>
                <w:rFonts w:cs="Times New Roman"/>
                <w:sz w:val="28"/>
                <w:szCs w:val="28"/>
              </w:rPr>
            </w:pPr>
            <w:r w:rsidRPr="00CD77B2">
              <w:rPr>
                <w:rFonts w:cs="Times New Roman"/>
                <w:b/>
                <w:bCs/>
                <w:sz w:val="28"/>
                <w:szCs w:val="28"/>
              </w:rPr>
              <w:t>ĐẠI DIỆN ĐOÀN KIỂM TRA</w:t>
            </w:r>
            <w:r w:rsidRPr="00CD77B2">
              <w:rPr>
                <w:rFonts w:cs="Times New Roman"/>
                <w:sz w:val="28"/>
                <w:szCs w:val="28"/>
              </w:rPr>
              <w:br/>
            </w:r>
            <w:r w:rsidRPr="00CD77B2">
              <w:rPr>
                <w:rFonts w:cs="Times New Roman"/>
                <w:i/>
                <w:iCs/>
                <w:sz w:val="28"/>
                <w:szCs w:val="28"/>
              </w:rPr>
              <w:t>(Ký và ghi rõ họ tên)</w:t>
            </w:r>
          </w:p>
        </w:tc>
      </w:tr>
    </w:tbl>
    <w:p w14:paraId="288E2711" w14:textId="77777777" w:rsidR="00CD77B2" w:rsidRPr="00CD77B2" w:rsidRDefault="00CD77B2" w:rsidP="00CD77B2">
      <w:pPr>
        <w:snapToGrid w:val="0"/>
        <w:spacing w:after="0" w:line="240" w:lineRule="auto"/>
        <w:rPr>
          <w:rFonts w:cs="Times New Roman"/>
          <w:sz w:val="28"/>
          <w:szCs w:val="28"/>
        </w:rPr>
      </w:pPr>
    </w:p>
    <w:p w14:paraId="707D7DFB" w14:textId="77777777" w:rsidR="00CD77B2" w:rsidRPr="00CD77B2" w:rsidRDefault="00CD77B2" w:rsidP="00CD77B2">
      <w:pPr>
        <w:spacing w:after="0" w:line="240" w:lineRule="auto"/>
        <w:jc w:val="left"/>
        <w:rPr>
          <w:rFonts w:cs="Times New Roman"/>
          <w:sz w:val="28"/>
          <w:szCs w:val="28"/>
        </w:rPr>
      </w:pPr>
      <w:r w:rsidRPr="00CD77B2">
        <w:rPr>
          <w:rFonts w:cs="Times New Roman"/>
          <w:sz w:val="28"/>
          <w:szCs w:val="28"/>
        </w:rPr>
        <w:br w:type="page"/>
      </w:r>
    </w:p>
    <w:p w14:paraId="1956F8FA" w14:textId="713BF9D9" w:rsidR="00CD77B2" w:rsidRPr="00CD77B2" w:rsidRDefault="00CD77B2" w:rsidP="00CD77B2">
      <w:pPr>
        <w:shd w:val="clear" w:color="auto" w:fill="FFFFFF"/>
        <w:tabs>
          <w:tab w:val="left" w:pos="1276"/>
        </w:tabs>
        <w:spacing w:after="0" w:line="240" w:lineRule="auto"/>
        <w:jc w:val="center"/>
        <w:rPr>
          <w:rFonts w:cs="Times New Roman"/>
          <w:sz w:val="28"/>
          <w:szCs w:val="28"/>
        </w:rPr>
      </w:pPr>
      <w:r w:rsidRPr="00CD77B2">
        <w:rPr>
          <w:rFonts w:cs="Times New Roman"/>
          <w:b/>
          <w:bCs/>
          <w:sz w:val="28"/>
          <w:szCs w:val="28"/>
        </w:rPr>
        <w:t xml:space="preserve">Phụ lục </w:t>
      </w:r>
      <w:r w:rsidR="00E85DBF">
        <w:rPr>
          <w:rFonts w:cs="Times New Roman"/>
          <w:b/>
          <w:bCs/>
          <w:sz w:val="28"/>
          <w:szCs w:val="28"/>
        </w:rPr>
        <w:t>IX</w:t>
      </w:r>
    </w:p>
    <w:p w14:paraId="389A4CC9" w14:textId="5E3CD358" w:rsidR="00CD77B2" w:rsidRPr="00CD77B2" w:rsidRDefault="00CD77B2" w:rsidP="00CD77B2">
      <w:pPr>
        <w:shd w:val="clear" w:color="auto" w:fill="FFFFFF"/>
        <w:spacing w:after="0" w:line="240" w:lineRule="auto"/>
        <w:jc w:val="center"/>
        <w:rPr>
          <w:rFonts w:cs="Times New Roman"/>
          <w:i/>
          <w:iCs/>
          <w:sz w:val="28"/>
          <w:szCs w:val="28"/>
        </w:rPr>
      </w:pPr>
      <w:bookmarkStart w:id="13" w:name="chuong_pl_10_name"/>
      <w:r w:rsidRPr="00CD77B2">
        <w:rPr>
          <w:rFonts w:cs="Times New Roman"/>
          <w:b/>
          <w:bCs/>
          <w:spacing w:val="-16"/>
          <w:sz w:val="28"/>
          <w:szCs w:val="28"/>
        </w:rPr>
        <w:t>THÔNG BÁO TẠM DỪNG MÃ SỐ VÙNG TRỒNG/MÃ SỐ CƠ SỞ ĐÓNG GÓI</w:t>
      </w:r>
      <w:bookmarkEnd w:id="13"/>
      <w:r w:rsidRPr="00CD77B2">
        <w:rPr>
          <w:rFonts w:cs="Times New Roman"/>
          <w:sz w:val="28"/>
          <w:szCs w:val="28"/>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 xml:space="preserve">-CP </w:t>
      </w:r>
    </w:p>
    <w:p w14:paraId="12809D2E" w14:textId="77777777" w:rsidR="00CD77B2" w:rsidRPr="00CD77B2" w:rsidRDefault="00CD77B2" w:rsidP="00CD77B2">
      <w:pPr>
        <w:shd w:val="clear" w:color="auto" w:fill="FFFFFF"/>
        <w:spacing w:after="0" w:line="240" w:lineRule="auto"/>
        <w:jc w:val="center"/>
        <w:rPr>
          <w:rFonts w:cs="Times New Roman"/>
          <w:i/>
          <w:iCs/>
          <w:sz w:val="28"/>
          <w:szCs w:val="28"/>
        </w:rPr>
      </w:pPr>
      <w:r w:rsidRPr="00CD77B2">
        <w:rPr>
          <w:rFonts w:cs="Times New Roman"/>
          <w:i/>
          <w:iCs/>
          <w:sz w:val="28"/>
          <w:szCs w:val="28"/>
        </w:rPr>
        <w:t>ngày      tháng      năm 2026 của Chính phủ)</w:t>
      </w:r>
    </w:p>
    <w:tbl>
      <w:tblPr>
        <w:tblW w:w="5038" w:type="pct"/>
        <w:tblCellSpacing w:w="0" w:type="dxa"/>
        <w:shd w:val="clear" w:color="auto" w:fill="FFFFFF"/>
        <w:tblLayout w:type="fixed"/>
        <w:tblCellMar>
          <w:left w:w="0" w:type="dxa"/>
          <w:right w:w="0" w:type="dxa"/>
        </w:tblCellMar>
        <w:tblLook w:val="04A0" w:firstRow="1" w:lastRow="0" w:firstColumn="1" w:lastColumn="0" w:noHBand="0" w:noVBand="1"/>
      </w:tblPr>
      <w:tblGrid>
        <w:gridCol w:w="9398"/>
      </w:tblGrid>
      <w:tr w:rsidR="00CD77B2" w:rsidRPr="00CD77B2" w14:paraId="31BCCD78" w14:textId="77777777" w:rsidTr="0090234B">
        <w:trPr>
          <w:tblCellSpacing w:w="0" w:type="dxa"/>
        </w:trPr>
        <w:tc>
          <w:tcPr>
            <w:tcW w:w="939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Layout w:type="fixed"/>
              <w:tblCellMar>
                <w:left w:w="0" w:type="dxa"/>
                <w:right w:w="0" w:type="dxa"/>
              </w:tblCellMar>
              <w:tblLook w:val="04A0" w:firstRow="1" w:lastRow="0" w:firstColumn="1" w:lastColumn="0" w:noHBand="0" w:noVBand="1"/>
            </w:tblPr>
            <w:tblGrid>
              <w:gridCol w:w="3832"/>
              <w:gridCol w:w="5681"/>
            </w:tblGrid>
            <w:tr w:rsidR="00CD77B2" w:rsidRPr="00CD77B2" w14:paraId="59993729" w14:textId="77777777" w:rsidTr="0090234B">
              <w:trPr>
                <w:trHeight w:val="1197"/>
                <w:tblCellSpacing w:w="0" w:type="dxa"/>
              </w:trPr>
              <w:tc>
                <w:tcPr>
                  <w:tcW w:w="2014" w:type="pct"/>
                  <w:tcMar>
                    <w:top w:w="0" w:type="dxa"/>
                    <w:left w:w="108" w:type="dxa"/>
                    <w:bottom w:w="0" w:type="dxa"/>
                    <w:right w:w="108" w:type="dxa"/>
                  </w:tcMar>
                  <w:hideMark/>
                </w:tcPr>
                <w:p w14:paraId="6B1A9F3C" w14:textId="1E066298"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8"/>
                      <w:szCs w:val="26"/>
                    </w:rPr>
                    <w:t xml:space="preserve">ỦY BAN NHÂN DÂN CẤP </w:t>
                  </w:r>
                  <w:r w:rsidR="004978B1">
                    <w:rPr>
                      <w:rFonts w:cs="Times New Roman"/>
                      <w:b/>
                      <w:bCs/>
                      <w:spacing w:val="-18"/>
                      <w:szCs w:val="26"/>
                    </w:rPr>
                    <w:t xml:space="preserve"> </w:t>
                  </w:r>
                  <w:r w:rsidRPr="006C0432">
                    <w:rPr>
                      <w:rFonts w:cs="Times New Roman"/>
                      <w:b/>
                      <w:bCs/>
                      <w:spacing w:val="-18"/>
                      <w:szCs w:val="26"/>
                    </w:rPr>
                    <w:t>XÃ</w:t>
                  </w:r>
                  <w:r w:rsidRPr="00CD77B2">
                    <w:rPr>
                      <w:rFonts w:cs="Times New Roman"/>
                      <w:sz w:val="28"/>
                      <w:szCs w:val="28"/>
                    </w:rPr>
                    <w:br/>
                  </w:r>
                  <w:r w:rsidRPr="00CD77B2">
                    <w:rPr>
                      <w:rFonts w:cs="Times New Roman"/>
                      <w:sz w:val="28"/>
                      <w:szCs w:val="28"/>
                      <w:vertAlign w:val="superscript"/>
                    </w:rPr>
                    <w:t>___________</w:t>
                  </w:r>
                </w:p>
                <w:p w14:paraId="775BC378"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sz w:val="28"/>
                      <w:szCs w:val="28"/>
                    </w:rPr>
                    <w:t>Số: …./TB-…</w:t>
                  </w:r>
                </w:p>
              </w:tc>
              <w:tc>
                <w:tcPr>
                  <w:tcW w:w="2986" w:type="pct"/>
                  <w:tcMar>
                    <w:top w:w="0" w:type="dxa"/>
                    <w:left w:w="108" w:type="dxa"/>
                    <w:bottom w:w="0" w:type="dxa"/>
                    <w:right w:w="108" w:type="dxa"/>
                  </w:tcMar>
                  <w:hideMark/>
                </w:tcPr>
                <w:p w14:paraId="1666CA68" w14:textId="77777777"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2"/>
                      <w:szCs w:val="26"/>
                    </w:rPr>
                    <w:t>CỘNG HÒA XÃ HỘI CHỦ NGHĨA VIỆT NAM</w:t>
                  </w:r>
                  <w:r w:rsidRPr="00CD77B2">
                    <w:rPr>
                      <w:rFonts w:cs="Times New Roman"/>
                      <w:b/>
                      <w:bCs/>
                      <w:sz w:val="28"/>
                      <w:szCs w:val="28"/>
                    </w:rPr>
                    <w:br/>
                    <w:t>Độc lập - Tự do - Hạnh phúc</w:t>
                  </w:r>
                  <w:r w:rsidRPr="00CD77B2">
                    <w:rPr>
                      <w:rFonts w:cs="Times New Roman"/>
                      <w:sz w:val="28"/>
                      <w:szCs w:val="28"/>
                    </w:rPr>
                    <w:br/>
                  </w:r>
                  <w:r w:rsidRPr="00CD77B2">
                    <w:rPr>
                      <w:rFonts w:cs="Times New Roman"/>
                      <w:sz w:val="28"/>
                      <w:szCs w:val="28"/>
                      <w:vertAlign w:val="superscript"/>
                    </w:rPr>
                    <w:t>_____________________________________</w:t>
                  </w:r>
                </w:p>
                <w:p w14:paraId="006FBC58"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i/>
                      <w:iCs/>
                      <w:sz w:val="28"/>
                      <w:szCs w:val="28"/>
                    </w:rPr>
                    <w:t>……., ngày … tháng … năm ……</w:t>
                  </w:r>
                </w:p>
              </w:tc>
            </w:tr>
          </w:tbl>
          <w:p w14:paraId="65E60CC4" w14:textId="77777777" w:rsidR="00CD77B2" w:rsidRPr="00CD77B2" w:rsidRDefault="00CD77B2" w:rsidP="00CD77B2">
            <w:pPr>
              <w:spacing w:after="0" w:line="240" w:lineRule="auto"/>
              <w:jc w:val="left"/>
              <w:rPr>
                <w:rFonts w:cs="Times New Roman"/>
                <w:sz w:val="16"/>
                <w:szCs w:val="28"/>
              </w:rPr>
            </w:pPr>
            <w:r w:rsidRPr="00CD77B2">
              <w:rPr>
                <w:rFonts w:cs="Times New Roman"/>
                <w:sz w:val="28"/>
                <w:szCs w:val="28"/>
              </w:rPr>
              <w:t> </w:t>
            </w:r>
          </w:p>
          <w:p w14:paraId="45849D95" w14:textId="77777777" w:rsidR="00CD77B2" w:rsidRPr="00CD77B2" w:rsidRDefault="00CD77B2" w:rsidP="00CD77B2">
            <w:pPr>
              <w:spacing w:after="0" w:line="240" w:lineRule="auto"/>
              <w:jc w:val="left"/>
              <w:rPr>
                <w:rFonts w:cs="Times New Roman"/>
                <w:sz w:val="16"/>
                <w:szCs w:val="28"/>
              </w:rPr>
            </w:pPr>
          </w:p>
          <w:p w14:paraId="0B9E49EE" w14:textId="77777777" w:rsidR="00CD77B2" w:rsidRPr="00CD77B2" w:rsidRDefault="00CD77B2" w:rsidP="00CD77B2">
            <w:pPr>
              <w:spacing w:after="0" w:line="234" w:lineRule="atLeast"/>
              <w:jc w:val="center"/>
              <w:rPr>
                <w:rFonts w:cs="Times New Roman"/>
                <w:sz w:val="28"/>
                <w:szCs w:val="28"/>
              </w:rPr>
            </w:pPr>
            <w:r w:rsidRPr="00CD77B2">
              <w:rPr>
                <w:rFonts w:cs="Times New Roman"/>
                <w:b/>
                <w:bCs/>
                <w:sz w:val="28"/>
                <w:szCs w:val="28"/>
              </w:rPr>
              <w:t>THÔNG BÁO</w:t>
            </w:r>
          </w:p>
          <w:p w14:paraId="5286D90C" w14:textId="77777777" w:rsidR="00CD77B2" w:rsidRPr="00CD77B2" w:rsidRDefault="00CD77B2" w:rsidP="00CD77B2">
            <w:pPr>
              <w:spacing w:before="120" w:after="280" w:afterAutospacing="1" w:line="240" w:lineRule="auto"/>
              <w:jc w:val="center"/>
              <w:rPr>
                <w:rFonts w:cs="Times New Roman"/>
                <w:sz w:val="28"/>
                <w:szCs w:val="28"/>
              </w:rPr>
            </w:pPr>
            <w:r w:rsidRPr="00CD77B2">
              <w:rPr>
                <w:rFonts w:cs="Times New Roman"/>
                <w:b/>
                <w:bCs/>
                <w:sz w:val="28"/>
                <w:szCs w:val="28"/>
              </w:rPr>
              <w:t>Về việc tạm dừng hoạt động của mã số vùng trồng/mã số cơ sở đóng gói</w:t>
            </w:r>
          </w:p>
          <w:p w14:paraId="1A4173EF" w14:textId="5E84BE25" w:rsidR="00CD77B2" w:rsidRPr="00CD77B2" w:rsidRDefault="00CD77B2" w:rsidP="00CD77B2">
            <w:pPr>
              <w:spacing w:before="120" w:after="0" w:line="240" w:lineRule="auto"/>
              <w:ind w:firstLine="567"/>
              <w:rPr>
                <w:rFonts w:cs="Times New Roman"/>
                <w:sz w:val="28"/>
                <w:szCs w:val="28"/>
              </w:rPr>
            </w:pPr>
            <w:r w:rsidRPr="00CD77B2">
              <w:rPr>
                <w:rFonts w:cs="Times New Roman"/>
                <w:i/>
                <w:iCs/>
                <w:sz w:val="28"/>
                <w:szCs w:val="28"/>
              </w:rPr>
              <w:t>Căn cứ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-CP ngày   tháng   năm      của Chính phủ quy định …..;</w:t>
            </w:r>
          </w:p>
          <w:p w14:paraId="5C0951BE" w14:textId="77777777" w:rsidR="00CD77B2" w:rsidRPr="00CD77B2" w:rsidRDefault="00CD77B2" w:rsidP="00CD77B2">
            <w:pPr>
              <w:spacing w:before="120" w:after="0" w:line="240" w:lineRule="auto"/>
              <w:ind w:firstLine="567"/>
              <w:rPr>
                <w:rFonts w:cs="Times New Roman"/>
                <w:i/>
                <w:iCs/>
                <w:sz w:val="28"/>
                <w:szCs w:val="28"/>
              </w:rPr>
            </w:pPr>
            <w:r w:rsidRPr="00CD77B2">
              <w:rPr>
                <w:rFonts w:cs="Times New Roman"/>
                <w:i/>
                <w:iCs/>
                <w:sz w:val="28"/>
                <w:szCs w:val="28"/>
              </w:rPr>
              <w:t>Theo đề nghị của ............................(1).</w:t>
            </w:r>
          </w:p>
          <w:p w14:paraId="6C91CF85" w14:textId="77777777" w:rsidR="00CD77B2" w:rsidRPr="00CD77B2" w:rsidRDefault="00CD77B2" w:rsidP="00CD77B2">
            <w:pPr>
              <w:spacing w:before="120" w:after="280" w:afterAutospacing="1" w:line="240" w:lineRule="auto"/>
              <w:jc w:val="center"/>
              <w:rPr>
                <w:rFonts w:cs="Times New Roman"/>
                <w:sz w:val="24"/>
                <w:szCs w:val="24"/>
              </w:rPr>
            </w:pPr>
            <w:r w:rsidRPr="00CD77B2">
              <w:rPr>
                <w:rFonts w:cs="Times New Roman"/>
                <w:b/>
                <w:bCs/>
                <w:sz w:val="24"/>
                <w:szCs w:val="24"/>
              </w:rPr>
              <w:t>THÔNG BÁO:</w:t>
            </w:r>
          </w:p>
          <w:p w14:paraId="30D317EE" w14:textId="77777777" w:rsidR="00CD77B2" w:rsidRPr="00CD77B2" w:rsidRDefault="00CD77B2" w:rsidP="00CD77B2">
            <w:pPr>
              <w:spacing w:before="120" w:after="280" w:afterAutospacing="1" w:line="240" w:lineRule="auto"/>
              <w:rPr>
                <w:rFonts w:cs="Times New Roman"/>
                <w:sz w:val="28"/>
                <w:szCs w:val="28"/>
              </w:rPr>
            </w:pPr>
            <w:r w:rsidRPr="009630BA">
              <w:rPr>
                <w:rFonts w:cs="Times New Roman"/>
                <w:b/>
                <w:bCs/>
                <w:sz w:val="28"/>
                <w:szCs w:val="28"/>
              </w:rPr>
              <w:t>1.</w:t>
            </w:r>
            <w:r w:rsidRPr="00CD77B2">
              <w:rPr>
                <w:rFonts w:cs="Times New Roman"/>
                <w:sz w:val="28"/>
                <w:szCs w:val="28"/>
              </w:rPr>
              <w:t xml:space="preserve"> Tạm dừng hoạt động của mã số vùng trồng/mã số cơ sở đóng gói ……. được cấp theo Quyết định/Thông báo số .... ngày ... của ... kể từ ngày ... tháng ... năm ... đến ngày ... tháng ... năm ... đối với thị trường ... (nếu có).</w:t>
            </w:r>
          </w:p>
          <w:p w14:paraId="2D49CD9E" w14:textId="77777777" w:rsidR="00CD77B2" w:rsidRPr="00CD77B2" w:rsidRDefault="00CD77B2" w:rsidP="00CD77B2">
            <w:pPr>
              <w:spacing w:before="120" w:after="280" w:afterAutospacing="1" w:line="240" w:lineRule="auto"/>
              <w:jc w:val="left"/>
              <w:rPr>
                <w:rFonts w:cs="Times New Roman"/>
                <w:sz w:val="28"/>
                <w:szCs w:val="28"/>
              </w:rPr>
            </w:pPr>
            <w:r w:rsidRPr="00CD77B2">
              <w:rPr>
                <w:rFonts w:cs="Times New Roman"/>
                <w:i/>
                <w:iCs/>
                <w:sz w:val="28"/>
                <w:szCs w:val="28"/>
              </w:rPr>
              <w:t>Lý do tạm dừng (nêu rõ) ……………………….</w:t>
            </w:r>
          </w:p>
          <w:p w14:paraId="0361FD2B" w14:textId="77777777" w:rsidR="00CD77B2" w:rsidRPr="00CD77B2" w:rsidRDefault="00CD77B2" w:rsidP="00CD77B2">
            <w:pPr>
              <w:spacing w:before="120" w:after="280" w:afterAutospacing="1" w:line="240" w:lineRule="auto"/>
              <w:rPr>
                <w:rFonts w:cs="Times New Roman"/>
                <w:sz w:val="28"/>
                <w:szCs w:val="28"/>
              </w:rPr>
            </w:pPr>
            <w:r w:rsidRPr="009630BA">
              <w:rPr>
                <w:rFonts w:cs="Times New Roman"/>
                <w:b/>
                <w:bCs/>
                <w:sz w:val="28"/>
                <w:szCs w:val="28"/>
              </w:rPr>
              <w:t>2.</w:t>
            </w:r>
            <w:r w:rsidRPr="00CD77B2">
              <w:rPr>
                <w:rFonts w:cs="Times New Roman"/>
                <w:sz w:val="28"/>
                <w:szCs w:val="28"/>
              </w:rPr>
              <w:t xml:space="preserve"> (Tên tổ chức/cá nhân) ... có trách nhiệm điều tra xác định nguyên nhân và báo cáo các biện pháp khắc phục với (Tên Uỷ ban nhân dân cấp xã) (nếu vi phạm an toàn thực phẩm hoặc kiểm dịch thực vật của nước nhập khẩu hoặc vi phạm quy định khác về an toàn thực phẩm của Việt Nam). Thời gian thực hiện không quá 60 ngày kể từ ngày nhận được thông báo này. Trường hợp không thực hiện được các biện pháp khắc phục hiệu quả hoặc không khắc phục thì mã số vùng trồng/mã số cơ sở đóng gói đã cấp sẽ bị thu hồi.</w:t>
            </w:r>
          </w:p>
          <w:p w14:paraId="613A1B22" w14:textId="77777777" w:rsidR="00CD77B2" w:rsidRPr="00CD77B2" w:rsidRDefault="00CD77B2" w:rsidP="00CD77B2">
            <w:pPr>
              <w:spacing w:before="120" w:after="280" w:afterAutospacing="1" w:line="240" w:lineRule="auto"/>
              <w:rPr>
                <w:rFonts w:cs="Times New Roman"/>
                <w:sz w:val="28"/>
                <w:szCs w:val="28"/>
              </w:rPr>
            </w:pPr>
            <w:r w:rsidRPr="00CD77B2">
              <w:rPr>
                <w:rFonts w:cs="Times New Roman"/>
                <w:sz w:val="28"/>
                <w:szCs w:val="28"/>
              </w:rPr>
              <w:t>Vậy, (Tên Uỷ ban nhân dân cấp xã) thông báo cho tổ chức, cá nhân có liên quan biết, thực hiện./.</w:t>
            </w:r>
          </w:p>
          <w:p w14:paraId="0D2FD041" w14:textId="77777777" w:rsidR="00CD77B2" w:rsidRPr="00CD77B2" w:rsidRDefault="00CD77B2" w:rsidP="00CD77B2">
            <w:pPr>
              <w:spacing w:before="120" w:after="0" w:line="240" w:lineRule="auto"/>
              <w:ind w:firstLine="567"/>
              <w:rPr>
                <w:rFonts w:cs="Times New Roman"/>
                <w:sz w:val="28"/>
                <w:szCs w:val="28"/>
              </w:rPr>
            </w:pPr>
          </w:p>
          <w:tbl>
            <w:tblPr>
              <w:tblW w:w="5000" w:type="pct"/>
              <w:tblCellSpacing w:w="0" w:type="dxa"/>
              <w:tblLayout w:type="fixed"/>
              <w:tblCellMar>
                <w:left w:w="0" w:type="dxa"/>
                <w:right w:w="0" w:type="dxa"/>
              </w:tblCellMar>
              <w:tblLook w:val="04A0" w:firstRow="1" w:lastRow="0" w:firstColumn="1" w:lastColumn="0" w:noHBand="0" w:noVBand="1"/>
            </w:tblPr>
            <w:tblGrid>
              <w:gridCol w:w="4617"/>
              <w:gridCol w:w="4525"/>
            </w:tblGrid>
            <w:tr w:rsidR="00CD77B2" w:rsidRPr="00CD77B2" w14:paraId="05584278" w14:textId="77777777" w:rsidTr="0090234B">
              <w:trPr>
                <w:tblCellSpacing w:w="0" w:type="dxa"/>
              </w:trPr>
              <w:tc>
                <w:tcPr>
                  <w:tcW w:w="2525" w:type="pct"/>
                  <w:tcMar>
                    <w:top w:w="0" w:type="dxa"/>
                    <w:left w:w="108" w:type="dxa"/>
                    <w:bottom w:w="0" w:type="dxa"/>
                    <w:right w:w="108" w:type="dxa"/>
                  </w:tcMar>
                  <w:hideMark/>
                </w:tcPr>
                <w:p w14:paraId="7E550C7A" w14:textId="77777777" w:rsidR="00CD77B2" w:rsidRPr="00CD77B2" w:rsidRDefault="00CD77B2" w:rsidP="00CD77B2">
                  <w:pPr>
                    <w:spacing w:after="0" w:line="240" w:lineRule="auto"/>
                    <w:jc w:val="left"/>
                    <w:rPr>
                      <w:rFonts w:cs="Times New Roman"/>
                      <w:sz w:val="28"/>
                      <w:szCs w:val="28"/>
                    </w:rPr>
                  </w:pPr>
                  <w:r w:rsidRPr="00CD77B2">
                    <w:rPr>
                      <w:rFonts w:cs="Times New Roman"/>
                      <w:b/>
                      <w:bCs/>
                      <w:i/>
                      <w:iCs/>
                      <w:sz w:val="24"/>
                      <w:szCs w:val="24"/>
                    </w:rPr>
                    <w:t>Nơi nhận:</w:t>
                  </w:r>
                  <w:r w:rsidRPr="00CD77B2">
                    <w:rPr>
                      <w:rFonts w:cs="Times New Roman"/>
                      <w:sz w:val="28"/>
                      <w:szCs w:val="28"/>
                    </w:rPr>
                    <w:br/>
                  </w:r>
                  <w:r w:rsidRPr="00CD77B2">
                    <w:rPr>
                      <w:rFonts w:cs="Times New Roman"/>
                      <w:sz w:val="22"/>
                    </w:rPr>
                    <w:t>- …………….;</w:t>
                  </w:r>
                  <w:r w:rsidRPr="00CD77B2">
                    <w:rPr>
                      <w:rFonts w:cs="Times New Roman"/>
                      <w:sz w:val="22"/>
                    </w:rPr>
                    <w:br/>
                    <w:t>- ……………;</w:t>
                  </w:r>
                  <w:r w:rsidRPr="00CD77B2">
                    <w:rPr>
                      <w:rFonts w:cs="Times New Roman"/>
                      <w:sz w:val="22"/>
                    </w:rPr>
                    <w:br/>
                    <w:t>- Lưu: VT, ……</w:t>
                  </w:r>
                </w:p>
              </w:tc>
              <w:tc>
                <w:tcPr>
                  <w:tcW w:w="2475" w:type="pct"/>
                  <w:tcMar>
                    <w:top w:w="0" w:type="dxa"/>
                    <w:left w:w="108" w:type="dxa"/>
                    <w:bottom w:w="0" w:type="dxa"/>
                    <w:right w:w="108" w:type="dxa"/>
                  </w:tcMar>
                  <w:hideMark/>
                </w:tcPr>
                <w:p w14:paraId="1FCC8D5F" w14:textId="77777777" w:rsidR="00CD77B2" w:rsidRPr="00CD77B2" w:rsidRDefault="00CD77B2" w:rsidP="00CD77B2">
                  <w:pPr>
                    <w:spacing w:after="0" w:line="240" w:lineRule="auto"/>
                    <w:jc w:val="center"/>
                    <w:rPr>
                      <w:rFonts w:cs="Times New Roman"/>
                      <w:sz w:val="28"/>
                      <w:szCs w:val="28"/>
                    </w:rPr>
                  </w:pPr>
                  <w:r w:rsidRPr="00CD77B2">
                    <w:rPr>
                      <w:rFonts w:cs="Times New Roman"/>
                      <w:b/>
                      <w:bCs/>
                      <w:sz w:val="28"/>
                      <w:szCs w:val="28"/>
                    </w:rPr>
                    <w:t>THỦ TRƯỞNG CƠ QUAN</w:t>
                  </w:r>
                  <w:r w:rsidRPr="00CD77B2">
                    <w:rPr>
                      <w:rFonts w:cs="Times New Roman"/>
                      <w:sz w:val="28"/>
                      <w:szCs w:val="28"/>
                    </w:rPr>
                    <w:br/>
                  </w:r>
                  <w:r w:rsidRPr="00CD77B2">
                    <w:rPr>
                      <w:rFonts w:cs="Times New Roman"/>
                      <w:i/>
                      <w:iCs/>
                      <w:sz w:val="28"/>
                      <w:szCs w:val="28"/>
                    </w:rPr>
                    <w:t>(Ký, đóng dấu)</w:t>
                  </w:r>
                </w:p>
              </w:tc>
            </w:tr>
          </w:tbl>
          <w:p w14:paraId="25FA979D" w14:textId="77777777" w:rsidR="00CD77B2" w:rsidRPr="00CD77B2" w:rsidRDefault="00CD77B2" w:rsidP="00CD77B2">
            <w:pPr>
              <w:spacing w:after="0" w:line="240" w:lineRule="auto"/>
              <w:ind w:left="565"/>
              <w:jc w:val="left"/>
              <w:rPr>
                <w:rFonts w:cs="Times New Roman"/>
                <w:i/>
                <w:iCs/>
                <w:sz w:val="28"/>
                <w:szCs w:val="28"/>
              </w:rPr>
            </w:pPr>
          </w:p>
          <w:p w14:paraId="19972759" w14:textId="77777777" w:rsidR="00CD77B2" w:rsidRPr="00CD77B2" w:rsidRDefault="00CD77B2" w:rsidP="00CD77B2">
            <w:pPr>
              <w:spacing w:after="0" w:line="240" w:lineRule="auto"/>
              <w:ind w:left="565"/>
              <w:rPr>
                <w:rFonts w:cs="Times New Roman"/>
                <w:iCs/>
                <w:sz w:val="28"/>
                <w:szCs w:val="28"/>
              </w:rPr>
            </w:pPr>
          </w:p>
          <w:p w14:paraId="56CD357B" w14:textId="77777777" w:rsidR="00CD77B2" w:rsidRPr="00CD77B2" w:rsidRDefault="00CD77B2" w:rsidP="00CD77B2">
            <w:pPr>
              <w:spacing w:after="0" w:line="240" w:lineRule="auto"/>
              <w:ind w:left="565"/>
              <w:rPr>
                <w:rFonts w:cs="Times New Roman"/>
                <w:iCs/>
                <w:sz w:val="28"/>
                <w:szCs w:val="28"/>
              </w:rPr>
            </w:pPr>
          </w:p>
          <w:p w14:paraId="198999B6" w14:textId="77777777" w:rsidR="00CD77B2" w:rsidRPr="00CD77B2" w:rsidRDefault="00CD77B2" w:rsidP="00CD77B2">
            <w:pPr>
              <w:spacing w:after="0" w:line="240" w:lineRule="auto"/>
              <w:ind w:left="565"/>
              <w:rPr>
                <w:rFonts w:cs="Times New Roman"/>
                <w:iCs/>
                <w:sz w:val="28"/>
                <w:szCs w:val="28"/>
              </w:rPr>
            </w:pPr>
            <w:r w:rsidRPr="00CD77B2">
              <w:rPr>
                <w:rFonts w:cs="Times New Roman"/>
                <w:iCs/>
                <w:sz w:val="28"/>
                <w:szCs w:val="28"/>
              </w:rPr>
              <w:t>(1) Tổ chức, cá nhân đề nghị cấp mã số cơ sở đóng gói.</w:t>
            </w:r>
          </w:p>
          <w:p w14:paraId="4EDA8F6B" w14:textId="77777777" w:rsidR="00CD77B2" w:rsidRPr="00CD77B2" w:rsidRDefault="00CD77B2" w:rsidP="00CD77B2">
            <w:pPr>
              <w:spacing w:after="0" w:line="240" w:lineRule="auto"/>
              <w:ind w:left="-2" w:firstLine="567"/>
              <w:rPr>
                <w:rFonts w:cs="Times New Roman"/>
                <w:i/>
                <w:iCs/>
                <w:sz w:val="28"/>
                <w:szCs w:val="28"/>
              </w:rPr>
            </w:pPr>
          </w:p>
        </w:tc>
      </w:tr>
    </w:tbl>
    <w:p w14:paraId="498ACD77" w14:textId="77777777" w:rsidR="0084377A" w:rsidRDefault="0084377A" w:rsidP="00CD77B2">
      <w:pPr>
        <w:shd w:val="clear" w:color="auto" w:fill="FFFFFF"/>
        <w:tabs>
          <w:tab w:val="left" w:pos="1276"/>
        </w:tabs>
        <w:spacing w:after="0" w:line="240" w:lineRule="auto"/>
        <w:jc w:val="center"/>
        <w:rPr>
          <w:rFonts w:cs="Times New Roman"/>
          <w:b/>
          <w:bCs/>
          <w:sz w:val="28"/>
          <w:szCs w:val="28"/>
        </w:rPr>
      </w:pPr>
    </w:p>
    <w:p w14:paraId="6B6836CC" w14:textId="19360C83" w:rsidR="00CD77B2" w:rsidRPr="00CD77B2" w:rsidRDefault="00CD77B2" w:rsidP="00CD77B2">
      <w:pPr>
        <w:shd w:val="clear" w:color="auto" w:fill="FFFFFF"/>
        <w:tabs>
          <w:tab w:val="left" w:pos="1276"/>
        </w:tabs>
        <w:spacing w:after="0" w:line="240" w:lineRule="auto"/>
        <w:jc w:val="center"/>
        <w:rPr>
          <w:rFonts w:cs="Times New Roman"/>
          <w:sz w:val="28"/>
          <w:szCs w:val="28"/>
        </w:rPr>
      </w:pPr>
      <w:r w:rsidRPr="00CD77B2">
        <w:rPr>
          <w:rFonts w:cs="Times New Roman"/>
          <w:b/>
          <w:bCs/>
          <w:sz w:val="28"/>
          <w:szCs w:val="28"/>
        </w:rPr>
        <w:t>Phụ lục X</w:t>
      </w:r>
    </w:p>
    <w:p w14:paraId="180B21DA" w14:textId="257F6FDA" w:rsidR="00CD77B2" w:rsidRPr="00CD77B2" w:rsidRDefault="00CD77B2" w:rsidP="00CD77B2">
      <w:pPr>
        <w:shd w:val="clear" w:color="auto" w:fill="FFFFFF"/>
        <w:spacing w:after="0" w:line="240" w:lineRule="auto"/>
        <w:jc w:val="center"/>
        <w:rPr>
          <w:rFonts w:cs="Times New Roman"/>
          <w:i/>
          <w:iCs/>
          <w:sz w:val="28"/>
          <w:szCs w:val="28"/>
        </w:rPr>
      </w:pPr>
      <w:bookmarkStart w:id="14" w:name="chuong_pl_11_name"/>
      <w:r w:rsidRPr="00CD77B2">
        <w:rPr>
          <w:rFonts w:cs="Times New Roman"/>
          <w:b/>
          <w:bCs/>
          <w:spacing w:val="-8"/>
          <w:sz w:val="28"/>
          <w:szCs w:val="28"/>
        </w:rPr>
        <w:t>THÔNG BÁO THU HỒI MÃ SỐ VÙNG TRỒNG/ MÃ SỐ CƠ SỞ ĐÓNG GÓI</w:t>
      </w:r>
      <w:bookmarkEnd w:id="14"/>
      <w:r w:rsidRPr="00CD77B2">
        <w:rPr>
          <w:rFonts w:cs="Times New Roman"/>
          <w:spacing w:val="-8"/>
          <w:sz w:val="24"/>
          <w:szCs w:val="24"/>
        </w:rPr>
        <w:br/>
      </w:r>
      <w:r w:rsidRPr="00CD77B2">
        <w:rPr>
          <w:rFonts w:cs="Times New Roman"/>
          <w:i/>
          <w:iCs/>
          <w:sz w:val="28"/>
          <w:szCs w:val="28"/>
        </w:rPr>
        <w:t>(Kèm theo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 xml:space="preserve">-CP </w:t>
      </w:r>
    </w:p>
    <w:p w14:paraId="7E1E77D7" w14:textId="77777777" w:rsidR="00CD77B2" w:rsidRPr="00CD77B2" w:rsidRDefault="00CD77B2" w:rsidP="00CD77B2">
      <w:pPr>
        <w:shd w:val="clear" w:color="auto" w:fill="FFFFFF"/>
        <w:spacing w:after="0" w:line="240" w:lineRule="auto"/>
        <w:jc w:val="center"/>
        <w:rPr>
          <w:rFonts w:cs="Times New Roman"/>
          <w:i/>
          <w:iCs/>
          <w:sz w:val="28"/>
          <w:szCs w:val="28"/>
        </w:rPr>
      </w:pPr>
      <w:r w:rsidRPr="00CD77B2">
        <w:rPr>
          <w:rFonts w:cs="Times New Roman"/>
          <w:i/>
          <w:iCs/>
          <w:sz w:val="28"/>
          <w:szCs w:val="28"/>
        </w:rPr>
        <w:t>ngày      tháng      năm 2026 của Chính phủ)</w:t>
      </w:r>
    </w:p>
    <w:tbl>
      <w:tblPr>
        <w:tblW w:w="5086" w:type="pct"/>
        <w:tblCellSpacing w:w="0" w:type="dxa"/>
        <w:shd w:val="clear" w:color="auto" w:fill="FFFFFF"/>
        <w:tblLayout w:type="fixed"/>
        <w:tblCellMar>
          <w:left w:w="0" w:type="dxa"/>
          <w:right w:w="0" w:type="dxa"/>
        </w:tblCellMar>
        <w:tblLook w:val="04A0" w:firstRow="1" w:lastRow="0" w:firstColumn="1" w:lastColumn="0" w:noHBand="0" w:noVBand="1"/>
      </w:tblPr>
      <w:tblGrid>
        <w:gridCol w:w="9487"/>
      </w:tblGrid>
      <w:tr w:rsidR="00CD77B2" w:rsidRPr="00CD77B2" w14:paraId="11F4A4E0" w14:textId="77777777" w:rsidTr="006C0432">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Layout w:type="fixed"/>
              <w:tblCellMar>
                <w:left w:w="0" w:type="dxa"/>
                <w:right w:w="0" w:type="dxa"/>
              </w:tblCellMar>
              <w:tblLook w:val="04A0" w:firstRow="1" w:lastRow="0" w:firstColumn="1" w:lastColumn="0" w:noHBand="0" w:noVBand="1"/>
            </w:tblPr>
            <w:tblGrid>
              <w:gridCol w:w="3832"/>
              <w:gridCol w:w="5681"/>
            </w:tblGrid>
            <w:tr w:rsidR="00CD77B2" w:rsidRPr="00CD77B2" w14:paraId="30C5524E" w14:textId="77777777" w:rsidTr="006C0432">
              <w:trPr>
                <w:trHeight w:val="1197"/>
                <w:tblCellSpacing w:w="0" w:type="dxa"/>
              </w:trPr>
              <w:tc>
                <w:tcPr>
                  <w:tcW w:w="2014" w:type="pct"/>
                  <w:tcMar>
                    <w:top w:w="0" w:type="dxa"/>
                    <w:left w:w="108" w:type="dxa"/>
                    <w:bottom w:w="0" w:type="dxa"/>
                    <w:right w:w="108" w:type="dxa"/>
                  </w:tcMar>
                  <w:hideMark/>
                </w:tcPr>
                <w:p w14:paraId="71E87687" w14:textId="77777777"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8"/>
                      <w:szCs w:val="26"/>
                    </w:rPr>
                    <w:t>ỦY BAN NHÂN DÂN CẤP XÃ</w:t>
                  </w:r>
                  <w:r w:rsidRPr="00CD77B2">
                    <w:rPr>
                      <w:rFonts w:cs="Times New Roman"/>
                      <w:sz w:val="28"/>
                      <w:szCs w:val="28"/>
                    </w:rPr>
                    <w:br/>
                  </w:r>
                  <w:r w:rsidRPr="00CD77B2">
                    <w:rPr>
                      <w:rFonts w:cs="Times New Roman"/>
                      <w:sz w:val="28"/>
                      <w:szCs w:val="28"/>
                      <w:vertAlign w:val="superscript"/>
                    </w:rPr>
                    <w:t>___________</w:t>
                  </w:r>
                </w:p>
                <w:p w14:paraId="7E1809F5"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sz w:val="28"/>
                      <w:szCs w:val="28"/>
                    </w:rPr>
                    <w:t>Số: …./TB-…</w:t>
                  </w:r>
                </w:p>
              </w:tc>
              <w:tc>
                <w:tcPr>
                  <w:tcW w:w="2986" w:type="pct"/>
                  <w:tcMar>
                    <w:top w:w="0" w:type="dxa"/>
                    <w:left w:w="108" w:type="dxa"/>
                    <w:bottom w:w="0" w:type="dxa"/>
                    <w:right w:w="108" w:type="dxa"/>
                  </w:tcMar>
                  <w:hideMark/>
                </w:tcPr>
                <w:p w14:paraId="7B42F203" w14:textId="77777777" w:rsidR="00CD77B2" w:rsidRPr="00CD77B2" w:rsidRDefault="00CD77B2" w:rsidP="00CD77B2">
                  <w:pPr>
                    <w:spacing w:before="60" w:after="0" w:line="240" w:lineRule="auto"/>
                    <w:jc w:val="center"/>
                    <w:rPr>
                      <w:rFonts w:cs="Times New Roman"/>
                      <w:sz w:val="28"/>
                      <w:szCs w:val="28"/>
                      <w:vertAlign w:val="superscript"/>
                    </w:rPr>
                  </w:pPr>
                  <w:r w:rsidRPr="006C0432">
                    <w:rPr>
                      <w:rFonts w:cs="Times New Roman"/>
                      <w:b/>
                      <w:bCs/>
                      <w:spacing w:val="-12"/>
                      <w:szCs w:val="26"/>
                    </w:rPr>
                    <w:t>CỘNG HÒA XÃ HỘI CHỦ NGHĨA VIỆT NAM</w:t>
                  </w:r>
                  <w:r w:rsidRPr="00CD77B2">
                    <w:rPr>
                      <w:rFonts w:cs="Times New Roman"/>
                      <w:b/>
                      <w:bCs/>
                      <w:sz w:val="28"/>
                      <w:szCs w:val="28"/>
                    </w:rPr>
                    <w:br/>
                    <w:t>Độc lập - Tự do - Hạnh phúc</w:t>
                  </w:r>
                  <w:r w:rsidRPr="00CD77B2">
                    <w:rPr>
                      <w:rFonts w:cs="Times New Roman"/>
                      <w:sz w:val="28"/>
                      <w:szCs w:val="28"/>
                    </w:rPr>
                    <w:br/>
                  </w:r>
                  <w:r w:rsidRPr="00CD77B2">
                    <w:rPr>
                      <w:rFonts w:cs="Times New Roman"/>
                      <w:sz w:val="28"/>
                      <w:szCs w:val="28"/>
                      <w:vertAlign w:val="superscript"/>
                    </w:rPr>
                    <w:t>_____________________________________</w:t>
                  </w:r>
                </w:p>
                <w:p w14:paraId="524B6097" w14:textId="77777777" w:rsidR="00CD77B2" w:rsidRPr="00CD77B2" w:rsidRDefault="00CD77B2" w:rsidP="00CD77B2">
                  <w:pPr>
                    <w:spacing w:before="60" w:after="0" w:line="240" w:lineRule="auto"/>
                    <w:jc w:val="center"/>
                    <w:rPr>
                      <w:rFonts w:cs="Times New Roman"/>
                      <w:sz w:val="28"/>
                      <w:szCs w:val="28"/>
                      <w:vertAlign w:val="superscript"/>
                    </w:rPr>
                  </w:pPr>
                  <w:r w:rsidRPr="00CD77B2">
                    <w:rPr>
                      <w:rFonts w:cs="Times New Roman"/>
                      <w:i/>
                      <w:iCs/>
                      <w:sz w:val="28"/>
                      <w:szCs w:val="28"/>
                    </w:rPr>
                    <w:t>……., ngày … tháng … năm ……</w:t>
                  </w:r>
                </w:p>
              </w:tc>
            </w:tr>
          </w:tbl>
          <w:p w14:paraId="1CF33ED3" w14:textId="77777777" w:rsidR="00CD77B2" w:rsidRPr="00CD77B2" w:rsidRDefault="00CD77B2" w:rsidP="00CD77B2">
            <w:pPr>
              <w:spacing w:after="0" w:line="240" w:lineRule="auto"/>
              <w:jc w:val="left"/>
              <w:rPr>
                <w:rFonts w:cs="Times New Roman"/>
                <w:sz w:val="16"/>
                <w:szCs w:val="28"/>
              </w:rPr>
            </w:pPr>
            <w:r w:rsidRPr="00CD77B2">
              <w:rPr>
                <w:rFonts w:cs="Times New Roman"/>
                <w:sz w:val="28"/>
                <w:szCs w:val="28"/>
              </w:rPr>
              <w:t> </w:t>
            </w:r>
          </w:p>
          <w:p w14:paraId="3ABDD8E1" w14:textId="77777777" w:rsidR="00CD77B2" w:rsidRPr="00CD77B2" w:rsidRDefault="00CD77B2" w:rsidP="00CD77B2">
            <w:pPr>
              <w:spacing w:after="0" w:line="240" w:lineRule="auto"/>
              <w:jc w:val="left"/>
              <w:rPr>
                <w:rFonts w:cs="Times New Roman"/>
                <w:sz w:val="16"/>
                <w:szCs w:val="28"/>
              </w:rPr>
            </w:pPr>
          </w:p>
          <w:p w14:paraId="2035FA5E" w14:textId="77777777" w:rsidR="00CD77B2" w:rsidRPr="00CD77B2" w:rsidRDefault="00CD77B2" w:rsidP="00CD77B2">
            <w:pPr>
              <w:spacing w:after="0" w:line="234" w:lineRule="atLeast"/>
              <w:jc w:val="center"/>
              <w:rPr>
                <w:rFonts w:cs="Times New Roman"/>
                <w:sz w:val="28"/>
                <w:szCs w:val="28"/>
              </w:rPr>
            </w:pPr>
            <w:r w:rsidRPr="00CD77B2">
              <w:rPr>
                <w:rFonts w:cs="Times New Roman"/>
                <w:b/>
                <w:bCs/>
                <w:sz w:val="28"/>
                <w:szCs w:val="28"/>
              </w:rPr>
              <w:t>THÔNG BÁO</w:t>
            </w:r>
          </w:p>
          <w:p w14:paraId="51D2BEB1" w14:textId="77777777" w:rsidR="00CD77B2" w:rsidRPr="00CD77B2" w:rsidRDefault="00CD77B2" w:rsidP="00CD77B2">
            <w:pPr>
              <w:spacing w:before="120" w:after="280" w:afterAutospacing="1" w:line="240" w:lineRule="auto"/>
              <w:jc w:val="center"/>
              <w:rPr>
                <w:rFonts w:cs="Times New Roman"/>
                <w:sz w:val="28"/>
                <w:szCs w:val="28"/>
              </w:rPr>
            </w:pPr>
            <w:r w:rsidRPr="00CD77B2">
              <w:rPr>
                <w:rFonts w:cs="Times New Roman"/>
                <w:b/>
                <w:bCs/>
                <w:sz w:val="28"/>
                <w:szCs w:val="28"/>
              </w:rPr>
              <w:t>Về việc thu hồi mã số vùng trồng/mã số cơ sở đóng gói</w:t>
            </w:r>
          </w:p>
          <w:p w14:paraId="1CEA5E46" w14:textId="24F2D2F1" w:rsidR="00CD77B2" w:rsidRPr="00CD77B2" w:rsidRDefault="00CD77B2" w:rsidP="00CD77B2">
            <w:pPr>
              <w:spacing w:before="120" w:after="0" w:line="240" w:lineRule="auto"/>
              <w:ind w:firstLine="567"/>
              <w:rPr>
                <w:rFonts w:cs="Times New Roman"/>
                <w:sz w:val="28"/>
                <w:szCs w:val="28"/>
              </w:rPr>
            </w:pPr>
            <w:r w:rsidRPr="00CD77B2">
              <w:rPr>
                <w:rFonts w:cs="Times New Roman"/>
                <w:i/>
                <w:iCs/>
                <w:sz w:val="28"/>
                <w:szCs w:val="28"/>
              </w:rPr>
              <w:t>Căn cứ Nghị định số        /2026/</w:t>
            </w:r>
            <w:r w:rsidR="00FE4008" w:rsidRPr="00CD77B2">
              <w:rPr>
                <w:rFonts w:cs="Times New Roman"/>
                <w:i/>
                <w:iCs/>
                <w:sz w:val="28"/>
                <w:szCs w:val="28"/>
              </w:rPr>
              <w:t>N</w:t>
            </w:r>
            <w:r w:rsidR="00FE4008">
              <w:rPr>
                <w:rFonts w:cs="Times New Roman"/>
                <w:i/>
                <w:iCs/>
                <w:sz w:val="28"/>
                <w:szCs w:val="28"/>
              </w:rPr>
              <w:t>Đ</w:t>
            </w:r>
            <w:r w:rsidRPr="00CD77B2">
              <w:rPr>
                <w:rFonts w:cs="Times New Roman"/>
                <w:i/>
                <w:iCs/>
                <w:sz w:val="28"/>
                <w:szCs w:val="28"/>
              </w:rPr>
              <w:t>-CP ngày   tháng   năm      của Chính phủ quy định …..;</w:t>
            </w:r>
          </w:p>
          <w:p w14:paraId="662F7254" w14:textId="77777777" w:rsidR="00CD77B2" w:rsidRPr="00CD77B2" w:rsidRDefault="00CD77B2" w:rsidP="00CD77B2">
            <w:pPr>
              <w:spacing w:before="120" w:after="0" w:line="240" w:lineRule="auto"/>
              <w:ind w:firstLine="567"/>
              <w:rPr>
                <w:rFonts w:cs="Times New Roman"/>
                <w:i/>
                <w:iCs/>
                <w:sz w:val="28"/>
                <w:szCs w:val="28"/>
              </w:rPr>
            </w:pPr>
            <w:r w:rsidRPr="00CD77B2">
              <w:rPr>
                <w:rFonts w:cs="Times New Roman"/>
                <w:i/>
                <w:iCs/>
                <w:sz w:val="28"/>
                <w:szCs w:val="28"/>
              </w:rPr>
              <w:t>Theo đề nghị của ............................(1).</w:t>
            </w:r>
          </w:p>
          <w:p w14:paraId="4541E49F" w14:textId="77777777" w:rsidR="00CD77B2" w:rsidRPr="00CD77B2" w:rsidRDefault="00CD77B2" w:rsidP="00CD77B2">
            <w:pPr>
              <w:spacing w:before="120" w:after="280" w:afterAutospacing="1" w:line="240" w:lineRule="auto"/>
              <w:jc w:val="center"/>
              <w:rPr>
                <w:rFonts w:cs="Times New Roman"/>
                <w:sz w:val="24"/>
                <w:szCs w:val="24"/>
              </w:rPr>
            </w:pPr>
            <w:r w:rsidRPr="00CD77B2">
              <w:rPr>
                <w:rFonts w:cs="Times New Roman"/>
                <w:b/>
                <w:bCs/>
                <w:sz w:val="24"/>
                <w:szCs w:val="24"/>
              </w:rPr>
              <w:t>THÔNG BÁO:</w:t>
            </w:r>
          </w:p>
          <w:p w14:paraId="0BEC7504" w14:textId="77777777" w:rsidR="00CD77B2" w:rsidRPr="00CD77B2" w:rsidRDefault="00CD77B2" w:rsidP="00CD77B2">
            <w:pPr>
              <w:spacing w:before="120" w:after="280" w:afterAutospacing="1" w:line="240" w:lineRule="auto"/>
              <w:rPr>
                <w:rFonts w:cs="Times New Roman"/>
                <w:sz w:val="28"/>
                <w:szCs w:val="28"/>
              </w:rPr>
            </w:pPr>
            <w:r w:rsidRPr="00CD77B2">
              <w:rPr>
                <w:rFonts w:cs="Times New Roman"/>
                <w:b/>
                <w:bCs/>
                <w:sz w:val="28"/>
                <w:szCs w:val="28"/>
              </w:rPr>
              <w:t>1.</w:t>
            </w:r>
            <w:r w:rsidRPr="00CD77B2">
              <w:rPr>
                <w:rFonts w:cs="Times New Roman"/>
                <w:sz w:val="28"/>
                <w:szCs w:val="28"/>
              </w:rPr>
              <w:t xml:space="preserve"> Thu hồi Quyết định/Thông báo số ……. về việc cấp mã số vùng trồng/mã số cơ sở đóng gói đối với (Tên tổ chức/cá nhân), địa chỉ, mã số vùng trồng/mã số cơ sở đóng gói ………… đối với thị trường ………. (nếu có).</w:t>
            </w:r>
          </w:p>
          <w:p w14:paraId="0951D859" w14:textId="77777777" w:rsidR="00CD77B2" w:rsidRPr="00CD77B2" w:rsidRDefault="00CD77B2" w:rsidP="00CD77B2">
            <w:pPr>
              <w:spacing w:before="120" w:after="280" w:afterAutospacing="1" w:line="240" w:lineRule="auto"/>
              <w:jc w:val="left"/>
              <w:rPr>
                <w:rFonts w:cs="Times New Roman"/>
                <w:sz w:val="28"/>
                <w:szCs w:val="28"/>
              </w:rPr>
            </w:pPr>
            <w:r w:rsidRPr="00CD77B2">
              <w:rPr>
                <w:rFonts w:cs="Times New Roman"/>
                <w:sz w:val="28"/>
                <w:szCs w:val="28"/>
              </w:rPr>
              <w:t>Lý do: ……………………………..</w:t>
            </w:r>
          </w:p>
          <w:p w14:paraId="23E58329" w14:textId="77777777" w:rsidR="00CD77B2" w:rsidRPr="00CD77B2" w:rsidRDefault="00CD77B2" w:rsidP="00CD77B2">
            <w:pPr>
              <w:spacing w:before="120" w:after="280" w:afterAutospacing="1" w:line="240" w:lineRule="auto"/>
              <w:jc w:val="left"/>
              <w:rPr>
                <w:rFonts w:cs="Times New Roman"/>
                <w:sz w:val="28"/>
                <w:szCs w:val="28"/>
              </w:rPr>
            </w:pPr>
            <w:r w:rsidRPr="00CD77B2">
              <w:rPr>
                <w:rFonts w:cs="Times New Roman"/>
                <w:b/>
                <w:bCs/>
                <w:sz w:val="28"/>
                <w:szCs w:val="28"/>
              </w:rPr>
              <w:t xml:space="preserve">2. </w:t>
            </w:r>
            <w:r w:rsidRPr="00CD77B2">
              <w:rPr>
                <w:rFonts w:cs="Times New Roman"/>
                <w:sz w:val="28"/>
                <w:szCs w:val="28"/>
              </w:rPr>
              <w:t>Thông báo này có hiệu lực kể từ ngày ký.</w:t>
            </w:r>
          </w:p>
          <w:p w14:paraId="36E5718B" w14:textId="77777777" w:rsidR="00CD77B2" w:rsidRPr="00CD77B2" w:rsidRDefault="00CD77B2" w:rsidP="00CD77B2">
            <w:pPr>
              <w:spacing w:before="120" w:after="0" w:line="240" w:lineRule="auto"/>
              <w:rPr>
                <w:rFonts w:cs="Times New Roman"/>
                <w:sz w:val="28"/>
                <w:szCs w:val="28"/>
              </w:rPr>
            </w:pPr>
            <w:r w:rsidRPr="00CD77B2">
              <w:rPr>
                <w:rFonts w:cs="Times New Roman"/>
                <w:sz w:val="28"/>
                <w:szCs w:val="28"/>
              </w:rPr>
              <w:t>Vậy, (Tên Uỷ ban nhân dân cấp xã) thông báo cho tổ chức, cá nhân có liên quan biết, thực hiện./.</w:t>
            </w:r>
          </w:p>
          <w:p w14:paraId="1B41BD70" w14:textId="77777777" w:rsidR="00CD77B2" w:rsidRPr="00CD77B2" w:rsidRDefault="00CD77B2" w:rsidP="00CD77B2">
            <w:pPr>
              <w:spacing w:after="0" w:line="240" w:lineRule="auto"/>
              <w:ind w:firstLine="567"/>
              <w:rPr>
                <w:rFonts w:cs="Times New Roman"/>
                <w:sz w:val="28"/>
                <w:szCs w:val="28"/>
              </w:rPr>
            </w:pPr>
          </w:p>
          <w:tbl>
            <w:tblPr>
              <w:tblW w:w="5000" w:type="pct"/>
              <w:tblCellSpacing w:w="0" w:type="dxa"/>
              <w:tblLayout w:type="fixed"/>
              <w:tblCellMar>
                <w:left w:w="0" w:type="dxa"/>
                <w:right w:w="0" w:type="dxa"/>
              </w:tblCellMar>
              <w:tblLook w:val="04A0" w:firstRow="1" w:lastRow="0" w:firstColumn="1" w:lastColumn="0" w:noHBand="0" w:noVBand="1"/>
            </w:tblPr>
            <w:tblGrid>
              <w:gridCol w:w="4662"/>
              <w:gridCol w:w="4569"/>
            </w:tblGrid>
            <w:tr w:rsidR="00CD77B2" w:rsidRPr="00CD77B2" w14:paraId="050BD9F6" w14:textId="77777777" w:rsidTr="006C0432">
              <w:trPr>
                <w:tblCellSpacing w:w="0" w:type="dxa"/>
              </w:trPr>
              <w:tc>
                <w:tcPr>
                  <w:tcW w:w="2525" w:type="pct"/>
                  <w:tcMar>
                    <w:top w:w="0" w:type="dxa"/>
                    <w:left w:w="108" w:type="dxa"/>
                    <w:bottom w:w="0" w:type="dxa"/>
                    <w:right w:w="108" w:type="dxa"/>
                  </w:tcMar>
                  <w:hideMark/>
                </w:tcPr>
                <w:p w14:paraId="440D204B" w14:textId="77777777" w:rsidR="00CD77B2" w:rsidRPr="00CD77B2" w:rsidRDefault="00CD77B2" w:rsidP="00CD77B2">
                  <w:pPr>
                    <w:spacing w:after="0" w:line="240" w:lineRule="auto"/>
                    <w:jc w:val="left"/>
                    <w:rPr>
                      <w:rFonts w:cs="Times New Roman"/>
                      <w:sz w:val="28"/>
                      <w:szCs w:val="28"/>
                    </w:rPr>
                  </w:pPr>
                  <w:r w:rsidRPr="00CD77B2">
                    <w:rPr>
                      <w:rFonts w:cs="Times New Roman"/>
                      <w:b/>
                      <w:bCs/>
                      <w:i/>
                      <w:iCs/>
                      <w:sz w:val="24"/>
                      <w:szCs w:val="24"/>
                    </w:rPr>
                    <w:t>Nơi nhận:</w:t>
                  </w:r>
                  <w:r w:rsidRPr="00CD77B2">
                    <w:rPr>
                      <w:rFonts w:cs="Times New Roman"/>
                      <w:sz w:val="28"/>
                      <w:szCs w:val="28"/>
                    </w:rPr>
                    <w:br/>
                  </w:r>
                  <w:r w:rsidRPr="00CD77B2">
                    <w:rPr>
                      <w:rFonts w:cs="Times New Roman"/>
                      <w:sz w:val="22"/>
                    </w:rPr>
                    <w:t>- …………….;</w:t>
                  </w:r>
                  <w:r w:rsidRPr="00CD77B2">
                    <w:rPr>
                      <w:rFonts w:cs="Times New Roman"/>
                      <w:sz w:val="22"/>
                    </w:rPr>
                    <w:br/>
                    <w:t>- ……………;</w:t>
                  </w:r>
                  <w:r w:rsidRPr="00CD77B2">
                    <w:rPr>
                      <w:rFonts w:cs="Times New Roman"/>
                      <w:sz w:val="22"/>
                    </w:rPr>
                    <w:br/>
                    <w:t>- Lưu: VT, ……</w:t>
                  </w:r>
                </w:p>
              </w:tc>
              <w:tc>
                <w:tcPr>
                  <w:tcW w:w="2475" w:type="pct"/>
                  <w:tcMar>
                    <w:top w:w="0" w:type="dxa"/>
                    <w:left w:w="108" w:type="dxa"/>
                    <w:bottom w:w="0" w:type="dxa"/>
                    <w:right w:w="108" w:type="dxa"/>
                  </w:tcMar>
                  <w:hideMark/>
                </w:tcPr>
                <w:p w14:paraId="469CB656" w14:textId="77777777" w:rsidR="00CD77B2" w:rsidRPr="00CD77B2" w:rsidRDefault="00CD77B2" w:rsidP="00CD77B2">
                  <w:pPr>
                    <w:spacing w:after="0" w:line="240" w:lineRule="auto"/>
                    <w:jc w:val="center"/>
                    <w:rPr>
                      <w:rFonts w:cs="Times New Roman"/>
                      <w:sz w:val="28"/>
                      <w:szCs w:val="28"/>
                    </w:rPr>
                  </w:pPr>
                  <w:r w:rsidRPr="00CD77B2">
                    <w:rPr>
                      <w:rFonts w:cs="Times New Roman"/>
                      <w:b/>
                      <w:bCs/>
                      <w:sz w:val="28"/>
                      <w:szCs w:val="28"/>
                    </w:rPr>
                    <w:t>THỦ TRƯỞNG CƠ QUAN</w:t>
                  </w:r>
                  <w:r w:rsidRPr="00CD77B2">
                    <w:rPr>
                      <w:rFonts w:cs="Times New Roman"/>
                      <w:sz w:val="28"/>
                      <w:szCs w:val="28"/>
                    </w:rPr>
                    <w:br/>
                  </w:r>
                  <w:r w:rsidRPr="00CD77B2">
                    <w:rPr>
                      <w:rFonts w:cs="Times New Roman"/>
                      <w:i/>
                      <w:iCs/>
                      <w:sz w:val="28"/>
                      <w:szCs w:val="28"/>
                    </w:rPr>
                    <w:t>(Ký, đóng dấu)</w:t>
                  </w:r>
                </w:p>
              </w:tc>
            </w:tr>
          </w:tbl>
          <w:p w14:paraId="32B5683E" w14:textId="77777777" w:rsidR="00CD77B2" w:rsidRPr="00CD77B2" w:rsidRDefault="00CD77B2" w:rsidP="00CD77B2">
            <w:pPr>
              <w:spacing w:after="0" w:line="240" w:lineRule="auto"/>
              <w:ind w:left="565"/>
              <w:jc w:val="left"/>
              <w:rPr>
                <w:rFonts w:cs="Times New Roman"/>
                <w:i/>
                <w:iCs/>
                <w:sz w:val="28"/>
                <w:szCs w:val="28"/>
              </w:rPr>
            </w:pPr>
          </w:p>
          <w:p w14:paraId="746CDD00" w14:textId="77777777" w:rsidR="00CD77B2" w:rsidRPr="00CD77B2" w:rsidRDefault="00CD77B2" w:rsidP="00CD77B2">
            <w:pPr>
              <w:spacing w:after="0" w:line="240" w:lineRule="auto"/>
              <w:ind w:left="565"/>
              <w:rPr>
                <w:rFonts w:cs="Times New Roman"/>
                <w:iCs/>
                <w:sz w:val="28"/>
                <w:szCs w:val="28"/>
              </w:rPr>
            </w:pPr>
          </w:p>
          <w:p w14:paraId="0F6737F9" w14:textId="77777777" w:rsidR="00CD77B2" w:rsidRPr="00CD77B2" w:rsidRDefault="00CD77B2" w:rsidP="00CD77B2">
            <w:pPr>
              <w:spacing w:after="0" w:line="240" w:lineRule="auto"/>
              <w:ind w:left="565"/>
              <w:rPr>
                <w:rFonts w:cs="Times New Roman"/>
                <w:iCs/>
                <w:sz w:val="28"/>
                <w:szCs w:val="28"/>
              </w:rPr>
            </w:pPr>
          </w:p>
          <w:p w14:paraId="05DAFF63" w14:textId="77777777" w:rsidR="00CD77B2" w:rsidRPr="00CD77B2" w:rsidRDefault="00CD77B2" w:rsidP="00CD77B2">
            <w:pPr>
              <w:spacing w:after="0" w:line="240" w:lineRule="auto"/>
              <w:ind w:left="565"/>
              <w:rPr>
                <w:rFonts w:cs="Times New Roman"/>
                <w:iCs/>
                <w:sz w:val="28"/>
                <w:szCs w:val="28"/>
              </w:rPr>
            </w:pPr>
            <w:r w:rsidRPr="00CD77B2">
              <w:rPr>
                <w:rFonts w:cs="Times New Roman"/>
                <w:iCs/>
                <w:sz w:val="28"/>
                <w:szCs w:val="28"/>
              </w:rPr>
              <w:t>(1) Tổ chức, cá nhân đề nghị cấp mã số cơ sở đóng gói.</w:t>
            </w:r>
          </w:p>
          <w:p w14:paraId="3D8427B8" w14:textId="77777777" w:rsidR="00CD77B2" w:rsidRPr="00CD77B2" w:rsidRDefault="00CD77B2" w:rsidP="00CD77B2">
            <w:pPr>
              <w:spacing w:after="0" w:line="240" w:lineRule="auto"/>
              <w:ind w:left="-2" w:firstLine="567"/>
              <w:rPr>
                <w:rFonts w:cs="Times New Roman"/>
                <w:i/>
                <w:iCs/>
                <w:sz w:val="28"/>
                <w:szCs w:val="28"/>
              </w:rPr>
            </w:pPr>
          </w:p>
        </w:tc>
      </w:tr>
    </w:tbl>
    <w:p w14:paraId="7165CF7B" w14:textId="77777777" w:rsidR="00CD77B2" w:rsidRPr="00CD77B2" w:rsidRDefault="00CD77B2" w:rsidP="00CD77B2">
      <w:pPr>
        <w:shd w:val="clear" w:color="auto" w:fill="FFFFFF"/>
        <w:spacing w:after="0" w:line="240" w:lineRule="auto"/>
        <w:jc w:val="center"/>
        <w:rPr>
          <w:rFonts w:cs="Times New Roman"/>
          <w:b/>
          <w:bCs/>
          <w:i/>
          <w:iCs/>
          <w:color w:val="EE0000"/>
          <w:sz w:val="28"/>
          <w:szCs w:val="28"/>
        </w:rPr>
      </w:pPr>
    </w:p>
    <w:p w14:paraId="69D5A508" w14:textId="77777777" w:rsidR="00CD77B2" w:rsidRPr="00CD77B2" w:rsidRDefault="00CD77B2" w:rsidP="00CD77B2">
      <w:pPr>
        <w:shd w:val="clear" w:color="auto" w:fill="FFFFFF"/>
        <w:spacing w:after="0" w:line="240" w:lineRule="auto"/>
        <w:jc w:val="center"/>
        <w:rPr>
          <w:rFonts w:cs="Times New Roman"/>
          <w:b/>
          <w:bCs/>
          <w:color w:val="EE0000"/>
          <w:sz w:val="28"/>
          <w:szCs w:val="28"/>
        </w:rPr>
      </w:pPr>
    </w:p>
    <w:p w14:paraId="44290DC8" w14:textId="77777777" w:rsidR="00CD77B2" w:rsidRDefault="00CD77B2" w:rsidP="00CD77B2">
      <w:pPr>
        <w:snapToGrid w:val="0"/>
        <w:spacing w:after="0" w:line="240" w:lineRule="auto"/>
        <w:rPr>
          <w:rFonts w:cs="Times New Roman"/>
          <w:color w:val="EE0000"/>
          <w:sz w:val="28"/>
          <w:szCs w:val="28"/>
        </w:rPr>
      </w:pPr>
    </w:p>
    <w:p w14:paraId="620EC9D8" w14:textId="77777777" w:rsidR="0090234B" w:rsidRDefault="0090234B" w:rsidP="00CD77B2">
      <w:pPr>
        <w:snapToGrid w:val="0"/>
        <w:spacing w:after="0" w:line="240" w:lineRule="auto"/>
        <w:rPr>
          <w:rFonts w:cs="Times New Roman"/>
          <w:color w:val="EE0000"/>
          <w:sz w:val="28"/>
          <w:szCs w:val="28"/>
        </w:rPr>
      </w:pPr>
    </w:p>
    <w:p w14:paraId="6C623CB5" w14:textId="77777777" w:rsidR="0090234B" w:rsidRDefault="0090234B" w:rsidP="00CD77B2">
      <w:pPr>
        <w:snapToGrid w:val="0"/>
        <w:spacing w:after="0" w:line="240" w:lineRule="auto"/>
        <w:rPr>
          <w:rFonts w:cs="Times New Roman"/>
          <w:color w:val="EE0000"/>
          <w:sz w:val="28"/>
          <w:szCs w:val="28"/>
        </w:rPr>
      </w:pPr>
    </w:p>
    <w:p w14:paraId="0FBFD269" w14:textId="77777777" w:rsidR="0090234B" w:rsidRPr="00CD77B2" w:rsidRDefault="0090234B" w:rsidP="00CD77B2">
      <w:pPr>
        <w:snapToGrid w:val="0"/>
        <w:spacing w:after="0" w:line="240" w:lineRule="auto"/>
        <w:rPr>
          <w:rFonts w:cs="Times New Roman"/>
          <w:color w:val="EE0000"/>
          <w:sz w:val="28"/>
          <w:szCs w:val="28"/>
        </w:rPr>
      </w:pPr>
    </w:p>
    <w:p w14:paraId="613F31B2" w14:textId="77777777" w:rsidR="00453747" w:rsidRDefault="00453747" w:rsidP="0090234B">
      <w:pPr>
        <w:spacing w:after="0" w:line="240" w:lineRule="auto"/>
        <w:jc w:val="center"/>
        <w:rPr>
          <w:b/>
          <w:szCs w:val="28"/>
        </w:rPr>
      </w:pPr>
    </w:p>
    <w:p w14:paraId="2E4216E6" w14:textId="77777777" w:rsidR="0084377A" w:rsidRDefault="0084377A" w:rsidP="0090234B">
      <w:pPr>
        <w:spacing w:after="0" w:line="240" w:lineRule="auto"/>
        <w:jc w:val="center"/>
        <w:rPr>
          <w:b/>
          <w:szCs w:val="28"/>
        </w:rPr>
      </w:pPr>
    </w:p>
    <w:p w14:paraId="56DB5D92" w14:textId="4F91FA74" w:rsidR="0090234B" w:rsidRPr="00EC29D1" w:rsidRDefault="0090234B" w:rsidP="0090234B">
      <w:pPr>
        <w:spacing w:after="0" w:line="240" w:lineRule="auto"/>
        <w:jc w:val="center"/>
        <w:rPr>
          <w:b/>
          <w:szCs w:val="28"/>
        </w:rPr>
      </w:pPr>
      <w:r w:rsidRPr="00EC29D1">
        <w:rPr>
          <w:b/>
          <w:szCs w:val="28"/>
          <w:lang w:val="vi"/>
        </w:rPr>
        <w:t>Phụ lục XI</w:t>
      </w:r>
    </w:p>
    <w:p w14:paraId="38A17E56" w14:textId="77777777" w:rsidR="0090234B" w:rsidRPr="00EC29D1" w:rsidRDefault="0090234B" w:rsidP="0090234B">
      <w:pPr>
        <w:pBdr>
          <w:top w:val="nil"/>
          <w:left w:val="nil"/>
          <w:bottom w:val="nil"/>
          <w:right w:val="nil"/>
          <w:between w:val="nil"/>
        </w:pBdr>
        <w:tabs>
          <w:tab w:val="left" w:pos="0"/>
          <w:tab w:val="left" w:pos="1418"/>
        </w:tabs>
        <w:spacing w:after="0" w:line="240" w:lineRule="auto"/>
        <w:jc w:val="center"/>
        <w:rPr>
          <w:b/>
          <w:szCs w:val="28"/>
        </w:rPr>
      </w:pPr>
      <w:r w:rsidRPr="00EC29D1">
        <w:rPr>
          <w:b/>
          <w:szCs w:val="28"/>
          <w:lang w:val="vi"/>
        </w:rPr>
        <w:t xml:space="preserve">THÔNG BÁO PHỤC HỒI HOẠT ĐỘNG CỦA </w:t>
      </w:r>
    </w:p>
    <w:p w14:paraId="267869FB" w14:textId="77777777" w:rsidR="0090234B" w:rsidRPr="00EC29D1" w:rsidRDefault="0090234B" w:rsidP="0090234B">
      <w:pPr>
        <w:pBdr>
          <w:top w:val="nil"/>
          <w:left w:val="nil"/>
          <w:bottom w:val="nil"/>
          <w:right w:val="nil"/>
          <w:between w:val="nil"/>
        </w:pBdr>
        <w:tabs>
          <w:tab w:val="left" w:pos="0"/>
          <w:tab w:val="left" w:pos="1418"/>
        </w:tabs>
        <w:spacing w:after="0" w:line="240" w:lineRule="auto"/>
        <w:jc w:val="center"/>
        <w:rPr>
          <w:b/>
          <w:szCs w:val="28"/>
        </w:rPr>
      </w:pPr>
      <w:r w:rsidRPr="00EC29D1">
        <w:rPr>
          <w:b/>
          <w:szCs w:val="28"/>
          <w:lang w:val="vi"/>
        </w:rPr>
        <w:t>MÃ SỐ VÙNG TRỒNG/MÃ SỐ CƠ SỞ ĐÓNG GÓI</w:t>
      </w:r>
    </w:p>
    <w:p w14:paraId="7486999F" w14:textId="6803BFEE" w:rsidR="0090234B" w:rsidRPr="00EC29D1" w:rsidRDefault="0090234B" w:rsidP="0090234B">
      <w:pPr>
        <w:pBdr>
          <w:top w:val="nil"/>
          <w:left w:val="nil"/>
          <w:bottom w:val="nil"/>
          <w:right w:val="nil"/>
          <w:between w:val="nil"/>
        </w:pBdr>
        <w:tabs>
          <w:tab w:val="left" w:pos="0"/>
          <w:tab w:val="left" w:pos="1418"/>
        </w:tabs>
        <w:spacing w:after="0" w:line="240" w:lineRule="auto"/>
        <w:jc w:val="center"/>
        <w:rPr>
          <w:i/>
          <w:szCs w:val="28"/>
          <w:lang w:val="vi"/>
        </w:rPr>
      </w:pPr>
      <w:r w:rsidRPr="00EC29D1">
        <w:rPr>
          <w:i/>
          <w:szCs w:val="28"/>
          <w:lang w:val="vi"/>
        </w:rPr>
        <w:t>(</w:t>
      </w:r>
      <w:r w:rsidRPr="00EC29D1">
        <w:rPr>
          <w:i/>
          <w:szCs w:val="28"/>
        </w:rPr>
        <w:t>K</w:t>
      </w:r>
      <w:r w:rsidRPr="00EC29D1">
        <w:rPr>
          <w:i/>
          <w:szCs w:val="28"/>
          <w:lang w:val="vi"/>
        </w:rPr>
        <w:t xml:space="preserve">èm theo Nghị định số </w:t>
      </w:r>
      <w:r>
        <w:rPr>
          <w:i/>
          <w:szCs w:val="28"/>
        </w:rPr>
        <w:t xml:space="preserve">      </w:t>
      </w:r>
      <w:r w:rsidRPr="00EC29D1">
        <w:rPr>
          <w:i/>
          <w:szCs w:val="28"/>
          <w:lang w:val="vi"/>
        </w:rPr>
        <w:t>/202</w:t>
      </w:r>
      <w:r w:rsidRPr="00EC29D1">
        <w:rPr>
          <w:i/>
          <w:szCs w:val="28"/>
        </w:rPr>
        <w:t>6</w:t>
      </w:r>
      <w:r w:rsidRPr="00EC29D1">
        <w:rPr>
          <w:i/>
          <w:szCs w:val="28"/>
          <w:lang w:val="vi"/>
        </w:rPr>
        <w:t xml:space="preserve">/NĐ-CP </w:t>
      </w:r>
    </w:p>
    <w:p w14:paraId="6AC067FD" w14:textId="2174B858" w:rsidR="0090234B" w:rsidRPr="00EC29D1" w:rsidRDefault="0090234B" w:rsidP="0090234B">
      <w:pPr>
        <w:pBdr>
          <w:top w:val="nil"/>
          <w:left w:val="nil"/>
          <w:bottom w:val="nil"/>
          <w:right w:val="nil"/>
          <w:between w:val="nil"/>
        </w:pBdr>
        <w:tabs>
          <w:tab w:val="left" w:pos="0"/>
          <w:tab w:val="left" w:pos="1418"/>
        </w:tabs>
        <w:spacing w:after="0" w:line="240" w:lineRule="auto"/>
        <w:jc w:val="center"/>
        <w:rPr>
          <w:i/>
          <w:szCs w:val="28"/>
          <w:lang w:val="vi"/>
        </w:rPr>
      </w:pPr>
      <w:r w:rsidRPr="00EC29D1">
        <w:rPr>
          <w:i/>
          <w:szCs w:val="28"/>
          <w:lang w:val="vi"/>
        </w:rPr>
        <w:t xml:space="preserve">ngày </w:t>
      </w:r>
      <w:r w:rsidRPr="003A778F">
        <w:rPr>
          <w:i/>
          <w:szCs w:val="28"/>
          <w:lang w:val="vi"/>
        </w:rPr>
        <w:t xml:space="preserve">       </w:t>
      </w:r>
      <w:r w:rsidRPr="00EC29D1">
        <w:rPr>
          <w:i/>
          <w:szCs w:val="28"/>
          <w:lang w:val="vi"/>
        </w:rPr>
        <w:t>tháng</w:t>
      </w:r>
      <w:r w:rsidRPr="003A778F">
        <w:rPr>
          <w:i/>
          <w:szCs w:val="28"/>
          <w:lang w:val="vi"/>
        </w:rPr>
        <w:t xml:space="preserve">        </w:t>
      </w:r>
      <w:r w:rsidRPr="00EC29D1">
        <w:rPr>
          <w:i/>
          <w:szCs w:val="28"/>
          <w:lang w:val="vi"/>
        </w:rPr>
        <w:t>năm 202</w:t>
      </w:r>
      <w:r w:rsidRPr="003A778F">
        <w:rPr>
          <w:i/>
          <w:szCs w:val="28"/>
          <w:lang w:val="vi"/>
        </w:rPr>
        <w:t>6</w:t>
      </w:r>
      <w:r w:rsidRPr="00EC29D1">
        <w:rPr>
          <w:i/>
          <w:szCs w:val="28"/>
          <w:lang w:val="vi"/>
        </w:rPr>
        <w:t xml:space="preserve"> của Chính phủ)</w:t>
      </w:r>
    </w:p>
    <w:p w14:paraId="72623F3B" w14:textId="77777777" w:rsidR="0090234B" w:rsidRPr="00EC29D1" w:rsidRDefault="0090234B" w:rsidP="0090234B">
      <w:pPr>
        <w:pBdr>
          <w:top w:val="nil"/>
          <w:left w:val="nil"/>
          <w:bottom w:val="nil"/>
          <w:right w:val="nil"/>
          <w:between w:val="nil"/>
        </w:pBdr>
        <w:tabs>
          <w:tab w:val="left" w:pos="0"/>
          <w:tab w:val="left" w:pos="1418"/>
        </w:tabs>
        <w:spacing w:after="0" w:line="240" w:lineRule="auto"/>
        <w:jc w:val="center"/>
        <w:rPr>
          <w:iCs/>
          <w:sz w:val="20"/>
          <w:szCs w:val="20"/>
          <w:lang w:val="vi"/>
        </w:rPr>
      </w:pPr>
    </w:p>
    <w:tbl>
      <w:tblPr>
        <w:tblW w:w="93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3"/>
      </w:tblGrid>
      <w:tr w:rsidR="0090234B" w:rsidRPr="004C1B86" w14:paraId="7E5B9CC1" w14:textId="77777777" w:rsidTr="006C0432">
        <w:trPr>
          <w:trHeight w:val="544"/>
        </w:trPr>
        <w:tc>
          <w:tcPr>
            <w:tcW w:w="9383" w:type="dxa"/>
          </w:tcPr>
          <w:p w14:paraId="3E20B0F8" w14:textId="77777777" w:rsidR="0090234B" w:rsidRPr="003A778F" w:rsidRDefault="0090234B" w:rsidP="00C96B33">
            <w:pPr>
              <w:spacing w:after="120"/>
              <w:rPr>
                <w:sz w:val="4"/>
                <w:lang w:val="vi"/>
              </w:rPr>
            </w:pPr>
          </w:p>
          <w:tbl>
            <w:tblPr>
              <w:tblW w:w="9072" w:type="dxa"/>
              <w:tblLayout w:type="fixed"/>
              <w:tblLook w:val="0400" w:firstRow="0" w:lastRow="0" w:firstColumn="0" w:lastColumn="0" w:noHBand="0" w:noVBand="1"/>
            </w:tblPr>
            <w:tblGrid>
              <w:gridCol w:w="3723"/>
              <w:gridCol w:w="5349"/>
            </w:tblGrid>
            <w:tr w:rsidR="0090234B" w:rsidRPr="003A778F" w14:paraId="5C230088" w14:textId="77777777" w:rsidTr="00C96B33">
              <w:trPr>
                <w:trHeight w:val="946"/>
              </w:trPr>
              <w:tc>
                <w:tcPr>
                  <w:tcW w:w="3723" w:type="dxa"/>
                </w:tcPr>
                <w:p w14:paraId="073201B9" w14:textId="090378EB" w:rsidR="0090234B" w:rsidRPr="003A778F" w:rsidRDefault="0090234B" w:rsidP="00C96B33">
                  <w:pPr>
                    <w:pBdr>
                      <w:top w:val="nil"/>
                      <w:left w:val="nil"/>
                      <w:bottom w:val="nil"/>
                      <w:right w:val="nil"/>
                      <w:between w:val="nil"/>
                    </w:pBdr>
                    <w:tabs>
                      <w:tab w:val="left" w:pos="0"/>
                      <w:tab w:val="left" w:pos="1418"/>
                    </w:tabs>
                    <w:spacing w:after="0" w:line="240" w:lineRule="auto"/>
                    <w:jc w:val="center"/>
                    <w:rPr>
                      <w:b/>
                      <w:sz w:val="24"/>
                      <w:lang w:val="vi"/>
                    </w:rPr>
                  </w:pPr>
                  <w:r w:rsidRPr="003A778F">
                    <w:rPr>
                      <w:b/>
                      <w:sz w:val="24"/>
                      <w:lang w:val="vi"/>
                    </w:rPr>
                    <w:t>ỦY BAN NHÂN DÂN</w:t>
                  </w:r>
                  <w:r w:rsidRPr="0090234B">
                    <w:rPr>
                      <w:b/>
                      <w:sz w:val="24"/>
                      <w:lang w:val="vi"/>
                    </w:rPr>
                    <w:t xml:space="preserve"> </w:t>
                  </w:r>
                  <w:r w:rsidRPr="003A778F">
                    <w:rPr>
                      <w:b/>
                      <w:sz w:val="24"/>
                      <w:lang w:val="vi"/>
                    </w:rPr>
                    <w:t>CẤP XÃ</w:t>
                  </w:r>
                </w:p>
                <w:p w14:paraId="4A11A268" w14:textId="77777777" w:rsidR="0090234B" w:rsidRPr="001D56E6" w:rsidRDefault="0090234B" w:rsidP="00C96B33">
                  <w:pPr>
                    <w:pBdr>
                      <w:top w:val="nil"/>
                      <w:left w:val="nil"/>
                      <w:bottom w:val="nil"/>
                      <w:right w:val="nil"/>
                      <w:between w:val="nil"/>
                    </w:pBdr>
                    <w:tabs>
                      <w:tab w:val="left" w:pos="0"/>
                    </w:tabs>
                    <w:spacing w:after="0" w:line="240" w:lineRule="auto"/>
                    <w:jc w:val="center"/>
                    <w:rPr>
                      <w:bCs/>
                      <w:szCs w:val="28"/>
                      <w:vertAlign w:val="superscript"/>
                      <w:lang w:val="en-GB"/>
                    </w:rPr>
                  </w:pPr>
                  <w:r>
                    <w:rPr>
                      <w:bCs/>
                      <w:szCs w:val="28"/>
                      <w:vertAlign w:val="superscript"/>
                      <w:lang w:val="en-GB"/>
                    </w:rPr>
                    <w:t>__________</w:t>
                  </w:r>
                </w:p>
                <w:p w14:paraId="21905C94" w14:textId="77777777" w:rsidR="0090234B" w:rsidRPr="00EC29D1" w:rsidRDefault="0090234B" w:rsidP="00C96B33">
                  <w:pPr>
                    <w:pBdr>
                      <w:top w:val="nil"/>
                      <w:left w:val="nil"/>
                      <w:bottom w:val="nil"/>
                      <w:right w:val="nil"/>
                      <w:between w:val="nil"/>
                    </w:pBdr>
                    <w:tabs>
                      <w:tab w:val="left" w:pos="0"/>
                    </w:tabs>
                    <w:spacing w:before="40" w:after="0" w:line="240" w:lineRule="auto"/>
                    <w:jc w:val="center"/>
                    <w:rPr>
                      <w:bCs/>
                      <w:szCs w:val="28"/>
                      <w:lang w:val="vi"/>
                    </w:rPr>
                  </w:pPr>
                  <w:r w:rsidRPr="00EC29D1">
                    <w:rPr>
                      <w:bCs/>
                      <w:szCs w:val="28"/>
                      <w:lang w:val="vi"/>
                    </w:rPr>
                    <w:t>Số: …/</w:t>
                  </w:r>
                  <w:r w:rsidRPr="00EC29D1">
                    <w:rPr>
                      <w:bCs/>
                      <w:szCs w:val="28"/>
                    </w:rPr>
                    <w:t>TB</w:t>
                  </w:r>
                  <w:r w:rsidRPr="00EC29D1">
                    <w:rPr>
                      <w:bCs/>
                      <w:szCs w:val="28"/>
                      <w:lang w:val="vi"/>
                    </w:rPr>
                    <w:t>-….</w:t>
                  </w:r>
                </w:p>
              </w:tc>
              <w:tc>
                <w:tcPr>
                  <w:tcW w:w="5349" w:type="dxa"/>
                </w:tcPr>
                <w:p w14:paraId="3A3C69B7" w14:textId="77777777" w:rsidR="0090234B" w:rsidRPr="00EC29D1" w:rsidRDefault="0090234B" w:rsidP="00C96B33">
                  <w:pPr>
                    <w:pBdr>
                      <w:top w:val="nil"/>
                      <w:left w:val="nil"/>
                      <w:bottom w:val="nil"/>
                      <w:right w:val="nil"/>
                      <w:between w:val="nil"/>
                    </w:pBdr>
                    <w:tabs>
                      <w:tab w:val="left" w:pos="0"/>
                      <w:tab w:val="left" w:pos="1418"/>
                    </w:tabs>
                    <w:spacing w:after="0" w:line="240" w:lineRule="auto"/>
                    <w:jc w:val="center"/>
                    <w:rPr>
                      <w:rFonts w:ascii="Times New Roman Bold" w:hAnsi="Times New Roman Bold"/>
                      <w:b/>
                      <w:spacing w:val="-10"/>
                      <w:szCs w:val="28"/>
                      <w:lang w:val="vi"/>
                    </w:rPr>
                  </w:pPr>
                  <w:r w:rsidRPr="00EC29D1">
                    <w:rPr>
                      <w:rFonts w:ascii="Times New Roman Bold" w:hAnsi="Times New Roman Bold"/>
                      <w:b/>
                      <w:spacing w:val="-10"/>
                      <w:szCs w:val="28"/>
                      <w:lang w:val="vi"/>
                    </w:rPr>
                    <w:t>CỘNG HÒA XÃ HỘI CHỦ NGHĨA VIỆT NAM</w:t>
                  </w:r>
                </w:p>
                <w:p w14:paraId="3AB0640D" w14:textId="77777777" w:rsidR="0090234B" w:rsidRDefault="0090234B" w:rsidP="00C96B33">
                  <w:pPr>
                    <w:pBdr>
                      <w:top w:val="nil"/>
                      <w:left w:val="nil"/>
                      <w:bottom w:val="nil"/>
                      <w:right w:val="nil"/>
                      <w:between w:val="nil"/>
                    </w:pBdr>
                    <w:tabs>
                      <w:tab w:val="left" w:pos="0"/>
                      <w:tab w:val="left" w:pos="1418"/>
                    </w:tabs>
                    <w:spacing w:after="0" w:line="240" w:lineRule="auto"/>
                    <w:jc w:val="center"/>
                    <w:rPr>
                      <w:b/>
                      <w:szCs w:val="28"/>
                      <w:lang w:val="vi"/>
                    </w:rPr>
                  </w:pPr>
                  <w:r w:rsidRPr="00EC29D1">
                    <w:rPr>
                      <w:b/>
                      <w:szCs w:val="28"/>
                      <w:lang w:val="vi"/>
                    </w:rPr>
                    <w:t xml:space="preserve">Độc lập </w:t>
                  </w:r>
                  <w:r w:rsidRPr="00EC29D1">
                    <w:rPr>
                      <w:b/>
                      <w:szCs w:val="28"/>
                    </w:rPr>
                    <w:t>-</w:t>
                  </w:r>
                  <w:r w:rsidRPr="00EC29D1">
                    <w:rPr>
                      <w:b/>
                      <w:szCs w:val="28"/>
                      <w:lang w:val="vi"/>
                    </w:rPr>
                    <w:t xml:space="preserve"> Tự do </w:t>
                  </w:r>
                  <w:r w:rsidRPr="00EC29D1">
                    <w:rPr>
                      <w:b/>
                      <w:szCs w:val="28"/>
                    </w:rPr>
                    <w:t>-</w:t>
                  </w:r>
                  <w:r w:rsidRPr="00EC29D1">
                    <w:rPr>
                      <w:b/>
                      <w:szCs w:val="28"/>
                      <w:lang w:val="vi"/>
                    </w:rPr>
                    <w:t xml:space="preserve"> Hạnh phúc</w:t>
                  </w:r>
                </w:p>
                <w:p w14:paraId="1BFB2702" w14:textId="77777777" w:rsidR="0090234B" w:rsidRPr="003A778F" w:rsidRDefault="0090234B" w:rsidP="00C96B33">
                  <w:pPr>
                    <w:pBdr>
                      <w:top w:val="nil"/>
                      <w:left w:val="nil"/>
                      <w:bottom w:val="nil"/>
                      <w:right w:val="nil"/>
                      <w:between w:val="nil"/>
                    </w:pBdr>
                    <w:tabs>
                      <w:tab w:val="left" w:pos="0"/>
                      <w:tab w:val="left" w:pos="1418"/>
                    </w:tabs>
                    <w:spacing w:after="0" w:line="240" w:lineRule="auto"/>
                    <w:jc w:val="center"/>
                    <w:rPr>
                      <w:b/>
                      <w:szCs w:val="28"/>
                      <w:vertAlign w:val="superscript"/>
                      <w:lang w:val="vi"/>
                    </w:rPr>
                  </w:pPr>
                  <w:r w:rsidRPr="003A778F">
                    <w:rPr>
                      <w:b/>
                      <w:szCs w:val="28"/>
                      <w:vertAlign w:val="superscript"/>
                      <w:lang w:val="vi"/>
                    </w:rPr>
                    <w:t>____________________________________</w:t>
                  </w:r>
                </w:p>
                <w:p w14:paraId="0D143ADE" w14:textId="77777777" w:rsidR="0090234B" w:rsidRPr="003A778F" w:rsidRDefault="0090234B" w:rsidP="00C96B33">
                  <w:pPr>
                    <w:pBdr>
                      <w:top w:val="nil"/>
                      <w:left w:val="nil"/>
                      <w:bottom w:val="nil"/>
                      <w:right w:val="nil"/>
                      <w:between w:val="nil"/>
                    </w:pBdr>
                    <w:tabs>
                      <w:tab w:val="left" w:pos="0"/>
                      <w:tab w:val="left" w:pos="1418"/>
                    </w:tabs>
                    <w:spacing w:after="0" w:line="240" w:lineRule="auto"/>
                    <w:jc w:val="center"/>
                    <w:rPr>
                      <w:bCs/>
                      <w:i/>
                      <w:iCs/>
                      <w:szCs w:val="28"/>
                      <w:lang w:val="vi"/>
                    </w:rPr>
                  </w:pPr>
                  <w:r w:rsidRPr="003A778F">
                    <w:rPr>
                      <w:bCs/>
                      <w:i/>
                      <w:iCs/>
                      <w:szCs w:val="28"/>
                      <w:lang w:val="vi"/>
                    </w:rPr>
                    <w:t>…, ngày….tháng…năm…</w:t>
                  </w:r>
                </w:p>
              </w:tc>
            </w:tr>
          </w:tbl>
          <w:p w14:paraId="45D84FDA" w14:textId="77777777" w:rsidR="0090234B" w:rsidRPr="003A778F" w:rsidRDefault="0090234B" w:rsidP="00C96B33">
            <w:pPr>
              <w:pBdr>
                <w:top w:val="nil"/>
                <w:left w:val="nil"/>
                <w:bottom w:val="nil"/>
                <w:right w:val="nil"/>
                <w:between w:val="nil"/>
              </w:pBdr>
              <w:tabs>
                <w:tab w:val="left" w:pos="0"/>
                <w:tab w:val="left" w:pos="1418"/>
              </w:tabs>
              <w:spacing w:after="0" w:line="240" w:lineRule="auto"/>
              <w:rPr>
                <w:b/>
                <w:sz w:val="8"/>
                <w:szCs w:val="8"/>
                <w:lang w:val="vi"/>
              </w:rPr>
            </w:pPr>
          </w:p>
          <w:p w14:paraId="167C2DFF" w14:textId="77777777" w:rsidR="0090234B" w:rsidRPr="00EC29D1" w:rsidRDefault="0090234B" w:rsidP="00C96B33">
            <w:pPr>
              <w:pBdr>
                <w:top w:val="nil"/>
                <w:left w:val="nil"/>
                <w:bottom w:val="nil"/>
                <w:right w:val="nil"/>
                <w:between w:val="nil"/>
              </w:pBdr>
              <w:tabs>
                <w:tab w:val="left" w:pos="0"/>
                <w:tab w:val="left" w:pos="1418"/>
              </w:tabs>
              <w:spacing w:after="0" w:line="240" w:lineRule="auto"/>
              <w:jc w:val="center"/>
              <w:rPr>
                <w:b/>
                <w:szCs w:val="28"/>
                <w:lang w:val="vi"/>
              </w:rPr>
            </w:pPr>
            <w:r w:rsidRPr="00EC29D1">
              <w:rPr>
                <w:b/>
                <w:szCs w:val="28"/>
                <w:lang w:val="vi"/>
              </w:rPr>
              <w:t>THÔNG BÁO</w:t>
            </w:r>
          </w:p>
          <w:p w14:paraId="34FD5446" w14:textId="77777777" w:rsidR="0090234B" w:rsidRPr="00EC29D1" w:rsidRDefault="0090234B" w:rsidP="00C96B33">
            <w:pPr>
              <w:pBdr>
                <w:top w:val="nil"/>
                <w:left w:val="nil"/>
                <w:bottom w:val="nil"/>
                <w:right w:val="nil"/>
                <w:between w:val="nil"/>
              </w:pBdr>
              <w:tabs>
                <w:tab w:val="left" w:pos="0"/>
                <w:tab w:val="left" w:pos="1418"/>
              </w:tabs>
              <w:spacing w:after="0" w:line="240" w:lineRule="auto"/>
              <w:jc w:val="center"/>
              <w:rPr>
                <w:b/>
                <w:szCs w:val="28"/>
                <w:lang w:val="vi"/>
              </w:rPr>
            </w:pPr>
            <w:r w:rsidRPr="003A778F">
              <w:rPr>
                <w:b/>
                <w:szCs w:val="28"/>
                <w:lang w:val="vi"/>
              </w:rPr>
              <w:t>P</w:t>
            </w:r>
            <w:r w:rsidRPr="00EC29D1">
              <w:rPr>
                <w:b/>
                <w:szCs w:val="28"/>
                <w:lang w:val="vi"/>
              </w:rPr>
              <w:t>hục hồi hoạt động của mã số vùng trồng/mã số cơ sở đóng gói</w:t>
            </w:r>
          </w:p>
          <w:p w14:paraId="7596C397" w14:textId="77777777" w:rsidR="0090234B" w:rsidRPr="003A778F" w:rsidRDefault="0090234B" w:rsidP="00C96B33">
            <w:pPr>
              <w:pBdr>
                <w:top w:val="nil"/>
                <w:left w:val="nil"/>
                <w:bottom w:val="nil"/>
                <w:right w:val="nil"/>
                <w:between w:val="nil"/>
              </w:pBdr>
              <w:tabs>
                <w:tab w:val="left" w:pos="0"/>
                <w:tab w:val="left" w:pos="1418"/>
              </w:tabs>
              <w:spacing w:after="0" w:line="240" w:lineRule="auto"/>
              <w:jc w:val="center"/>
              <w:rPr>
                <w:i/>
                <w:iCs/>
                <w:sz w:val="20"/>
                <w:szCs w:val="20"/>
                <w:lang w:val="vi"/>
              </w:rPr>
            </w:pPr>
          </w:p>
          <w:p w14:paraId="33DA609B" w14:textId="77777777"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b/>
                <w:i/>
                <w:iCs/>
                <w:spacing w:val="-10"/>
                <w:szCs w:val="28"/>
                <w:lang w:val="vi"/>
              </w:rPr>
            </w:pPr>
            <w:r w:rsidRPr="00EC29D1">
              <w:rPr>
                <w:i/>
                <w:iCs/>
                <w:spacing w:val="-10"/>
                <w:szCs w:val="28"/>
                <w:lang w:val="vi"/>
              </w:rPr>
              <w:t>Căn cứ Nghị định số    /202</w:t>
            </w:r>
            <w:r w:rsidRPr="003A778F">
              <w:rPr>
                <w:i/>
                <w:iCs/>
                <w:spacing w:val="-10"/>
                <w:szCs w:val="28"/>
                <w:lang w:val="vi"/>
              </w:rPr>
              <w:t>6</w:t>
            </w:r>
            <w:r w:rsidRPr="00EC29D1">
              <w:rPr>
                <w:i/>
                <w:iCs/>
                <w:spacing w:val="-10"/>
                <w:szCs w:val="28"/>
                <w:lang w:val="vi"/>
              </w:rPr>
              <w:t xml:space="preserve">/NĐ-CP ngày   tháng    năm   của Chính phủ </w:t>
            </w:r>
            <w:r w:rsidRPr="003A778F">
              <w:rPr>
                <w:i/>
                <w:iCs/>
                <w:spacing w:val="-10"/>
                <w:szCs w:val="28"/>
                <w:lang w:val="vi"/>
              </w:rPr>
              <w:t>q</w:t>
            </w:r>
            <w:r w:rsidRPr="00EC29D1">
              <w:rPr>
                <w:i/>
                <w:iCs/>
                <w:spacing w:val="-10"/>
                <w:szCs w:val="28"/>
                <w:lang w:val="vi"/>
              </w:rPr>
              <w:t xml:space="preserve">uy định về nhập khẩu cây mang theo bầu đất và mã số vùng trồng, mã số cơ sở đóng gói; </w:t>
            </w:r>
          </w:p>
          <w:p w14:paraId="5BB8F1C0" w14:textId="53BBD3FE" w:rsidR="0090234B" w:rsidRPr="003A778F" w:rsidRDefault="0090234B" w:rsidP="00C96B33">
            <w:pPr>
              <w:pBdr>
                <w:top w:val="nil"/>
                <w:left w:val="nil"/>
                <w:bottom w:val="nil"/>
                <w:right w:val="nil"/>
                <w:between w:val="nil"/>
              </w:pBdr>
              <w:tabs>
                <w:tab w:val="left" w:pos="0"/>
                <w:tab w:val="left" w:pos="1418"/>
              </w:tabs>
              <w:spacing w:after="0" w:line="240" w:lineRule="auto"/>
              <w:ind w:firstLine="567"/>
              <w:rPr>
                <w:i/>
                <w:iCs/>
                <w:spacing w:val="-10"/>
                <w:szCs w:val="28"/>
                <w:lang w:val="vi"/>
              </w:rPr>
            </w:pPr>
            <w:r w:rsidRPr="00EC29D1">
              <w:rPr>
                <w:i/>
                <w:iCs/>
                <w:spacing w:val="-10"/>
                <w:szCs w:val="28"/>
                <w:lang w:val="vi"/>
              </w:rPr>
              <w:t>Căn cứ Thông báo số     /TB-</w:t>
            </w:r>
            <w:r w:rsidRPr="003A778F">
              <w:rPr>
                <w:i/>
                <w:iCs/>
                <w:spacing w:val="-10"/>
                <w:szCs w:val="28"/>
                <w:lang w:val="vi"/>
              </w:rPr>
              <w:t xml:space="preserve">  </w:t>
            </w:r>
            <w:r w:rsidRPr="00EC29D1">
              <w:rPr>
                <w:i/>
                <w:iCs/>
                <w:spacing w:val="-10"/>
                <w:szCs w:val="28"/>
                <w:lang w:val="vi"/>
              </w:rPr>
              <w:t xml:space="preserve"> ngày    tháng    năm </w:t>
            </w:r>
            <w:r w:rsidRPr="003A778F">
              <w:rPr>
                <w:i/>
                <w:iCs/>
                <w:spacing w:val="-10"/>
                <w:szCs w:val="28"/>
                <w:lang w:val="vi"/>
              </w:rPr>
              <w:t xml:space="preserve">   </w:t>
            </w:r>
            <w:r w:rsidRPr="00EC29D1">
              <w:rPr>
                <w:i/>
                <w:iCs/>
                <w:spacing w:val="-10"/>
                <w:szCs w:val="28"/>
                <w:lang w:val="vi"/>
              </w:rPr>
              <w:t xml:space="preserve">về việc tạm dừng hoạt động của mã số vùng trồng/mã số cơ sở đóng gói của </w:t>
            </w:r>
            <w:r w:rsidRPr="003A778F">
              <w:rPr>
                <w:i/>
                <w:iCs/>
                <w:spacing w:val="-10"/>
                <w:szCs w:val="28"/>
                <w:lang w:val="vi"/>
              </w:rPr>
              <w:t xml:space="preserve"> Ủy ban nhân dân cấp xã.</w:t>
            </w:r>
          </w:p>
          <w:p w14:paraId="611F2B9D" w14:textId="77777777" w:rsidR="0090234B" w:rsidRPr="003A778F" w:rsidRDefault="0090234B" w:rsidP="00C96B33">
            <w:pPr>
              <w:pBdr>
                <w:top w:val="nil"/>
                <w:left w:val="nil"/>
                <w:bottom w:val="nil"/>
                <w:right w:val="nil"/>
                <w:between w:val="nil"/>
              </w:pBdr>
              <w:tabs>
                <w:tab w:val="left" w:pos="0"/>
                <w:tab w:val="left" w:pos="1418"/>
              </w:tabs>
              <w:spacing w:after="0" w:line="240" w:lineRule="auto"/>
              <w:ind w:firstLine="567"/>
              <w:rPr>
                <w:i/>
                <w:iCs/>
                <w:szCs w:val="28"/>
                <w:lang w:val="vi"/>
              </w:rPr>
            </w:pPr>
            <w:r w:rsidRPr="003A778F">
              <w:rPr>
                <w:i/>
                <w:iCs/>
                <w:szCs w:val="28"/>
                <w:lang w:val="vi"/>
              </w:rPr>
              <w:t>Theo đề nghị của……………………….(1).</w:t>
            </w:r>
          </w:p>
          <w:p w14:paraId="03D91036" w14:textId="77777777" w:rsidR="0090234B" w:rsidRPr="003A778F" w:rsidRDefault="0090234B" w:rsidP="00C96B33">
            <w:pPr>
              <w:pBdr>
                <w:top w:val="nil"/>
                <w:left w:val="nil"/>
                <w:bottom w:val="nil"/>
                <w:right w:val="nil"/>
                <w:between w:val="nil"/>
              </w:pBdr>
              <w:tabs>
                <w:tab w:val="left" w:pos="0"/>
                <w:tab w:val="left" w:pos="1418"/>
              </w:tabs>
              <w:spacing w:after="0" w:line="240" w:lineRule="auto"/>
              <w:rPr>
                <w:sz w:val="16"/>
                <w:lang w:val="vi"/>
              </w:rPr>
            </w:pPr>
          </w:p>
          <w:p w14:paraId="394FA9DB" w14:textId="77777777" w:rsidR="0090234B" w:rsidRPr="003A778F" w:rsidRDefault="0090234B" w:rsidP="00C96B33">
            <w:pPr>
              <w:pBdr>
                <w:top w:val="nil"/>
                <w:left w:val="nil"/>
                <w:bottom w:val="nil"/>
                <w:right w:val="nil"/>
                <w:between w:val="nil"/>
              </w:pBdr>
              <w:tabs>
                <w:tab w:val="left" w:pos="0"/>
                <w:tab w:val="left" w:pos="1418"/>
              </w:tabs>
              <w:spacing w:after="0" w:line="240" w:lineRule="auto"/>
              <w:jc w:val="center"/>
              <w:rPr>
                <w:b/>
                <w:bCs/>
                <w:szCs w:val="28"/>
                <w:lang w:val="vi"/>
              </w:rPr>
            </w:pPr>
            <w:r w:rsidRPr="00EC29D1">
              <w:rPr>
                <w:b/>
                <w:bCs/>
                <w:szCs w:val="28"/>
                <w:lang w:val="vi"/>
              </w:rPr>
              <w:t>THÔNG BÁO:</w:t>
            </w:r>
          </w:p>
          <w:p w14:paraId="4033FFEA" w14:textId="77777777" w:rsidR="0090234B" w:rsidRPr="003A778F" w:rsidRDefault="0090234B" w:rsidP="00C96B33">
            <w:pPr>
              <w:pBdr>
                <w:top w:val="nil"/>
                <w:left w:val="nil"/>
                <w:bottom w:val="nil"/>
                <w:right w:val="nil"/>
                <w:between w:val="nil"/>
              </w:pBdr>
              <w:tabs>
                <w:tab w:val="left" w:pos="0"/>
                <w:tab w:val="left" w:pos="1418"/>
              </w:tabs>
              <w:spacing w:after="0" w:line="240" w:lineRule="auto"/>
              <w:jc w:val="center"/>
              <w:rPr>
                <w:b/>
                <w:bCs/>
                <w:sz w:val="10"/>
                <w:lang w:val="vi"/>
              </w:rPr>
            </w:pPr>
          </w:p>
          <w:p w14:paraId="25ED872E" w14:textId="3D586804"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b/>
                <w:bCs/>
                <w:szCs w:val="28"/>
                <w:lang w:val="vi"/>
              </w:rPr>
            </w:pPr>
            <w:r w:rsidRPr="00EC29D1">
              <w:rPr>
                <w:b/>
                <w:bCs/>
                <w:szCs w:val="28"/>
                <w:lang w:val="vi"/>
              </w:rPr>
              <w:t xml:space="preserve">1. </w:t>
            </w:r>
            <w:r w:rsidR="0084377A">
              <w:rPr>
                <w:b/>
                <w:bCs/>
                <w:szCs w:val="28"/>
              </w:rPr>
              <w:t>Phục hồi</w:t>
            </w:r>
            <w:r w:rsidRPr="00EC29D1">
              <w:rPr>
                <w:b/>
                <w:bCs/>
                <w:szCs w:val="28"/>
                <w:lang w:val="vi"/>
              </w:rPr>
              <w:t xml:space="preserve"> hoạt động của mã số vùng trồng/mã số cơ sở đóng gói</w:t>
            </w:r>
          </w:p>
          <w:p w14:paraId="2467BB04" w14:textId="77777777"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szCs w:val="28"/>
                <w:lang w:val="pt-BR"/>
              </w:rPr>
            </w:pPr>
            <w:r w:rsidRPr="00EC29D1">
              <w:rPr>
                <w:szCs w:val="28"/>
                <w:lang w:val="pt-BR"/>
              </w:rPr>
              <w:t>Tên tổ chức/cá nhân: ………………………………………………............</w:t>
            </w:r>
          </w:p>
          <w:p w14:paraId="3A7E50FC" w14:textId="77777777"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szCs w:val="28"/>
                <w:lang w:val="pt-BR"/>
              </w:rPr>
            </w:pPr>
            <w:r w:rsidRPr="00EC29D1">
              <w:rPr>
                <w:szCs w:val="28"/>
                <w:lang w:val="pt-BR"/>
              </w:rPr>
              <w:t>Tên vùng trồng/cơ sở đóng gói: ……………………………………............</w:t>
            </w:r>
          </w:p>
          <w:p w14:paraId="1AF5A6CB" w14:textId="77777777"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szCs w:val="28"/>
                <w:lang w:val="pt-BR"/>
              </w:rPr>
            </w:pPr>
            <w:r w:rsidRPr="00EC29D1">
              <w:rPr>
                <w:szCs w:val="28"/>
                <w:lang w:val="pt-BR"/>
              </w:rPr>
              <w:t>Địa chỉ: ……………………………………………………………….........</w:t>
            </w:r>
          </w:p>
          <w:p w14:paraId="5D0C8C04" w14:textId="039B2EC8"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szCs w:val="28"/>
                <w:lang w:val="pt-BR"/>
              </w:rPr>
            </w:pPr>
            <w:r w:rsidRPr="00EC29D1">
              <w:rPr>
                <w:szCs w:val="28"/>
                <w:lang w:val="pt-BR"/>
              </w:rPr>
              <w:t>Mã số được phục</w:t>
            </w:r>
            <w:r w:rsidR="0084377A">
              <w:rPr>
                <w:szCs w:val="28"/>
                <w:lang w:val="pt-BR"/>
              </w:rPr>
              <w:t xml:space="preserve"> hồi</w:t>
            </w:r>
            <w:r w:rsidRPr="00EC29D1">
              <w:rPr>
                <w:szCs w:val="28"/>
                <w:lang w:val="pt-BR"/>
              </w:rPr>
              <w:t>: ……………………………………………….........</w:t>
            </w:r>
          </w:p>
          <w:p w14:paraId="4564603A" w14:textId="735E7383"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szCs w:val="28"/>
                <w:lang w:val="pt-BR"/>
              </w:rPr>
            </w:pPr>
            <w:r w:rsidRPr="00EC29D1">
              <w:rPr>
                <w:szCs w:val="28"/>
                <w:lang w:val="pt-BR"/>
              </w:rPr>
              <w:t>Mã số vùng trồng/mã số cơ sở đóng gói nêu trên được phục</w:t>
            </w:r>
            <w:r w:rsidR="0084377A">
              <w:rPr>
                <w:szCs w:val="28"/>
                <w:lang w:val="pt-BR"/>
              </w:rPr>
              <w:t xml:space="preserve"> hồi</w:t>
            </w:r>
            <w:r w:rsidRPr="00EC29D1">
              <w:rPr>
                <w:szCs w:val="28"/>
                <w:lang w:val="pt-BR"/>
              </w:rPr>
              <w:t xml:space="preserve"> và tiếp tục sử dụng kể từ ngày … tháng … năm … đối với thị trường.... (nếu có).</w:t>
            </w:r>
          </w:p>
          <w:p w14:paraId="36CC64B1" w14:textId="77777777" w:rsidR="0090234B" w:rsidRPr="00EC29D1" w:rsidRDefault="0090234B" w:rsidP="00C96B33">
            <w:pPr>
              <w:pBdr>
                <w:top w:val="nil"/>
                <w:left w:val="nil"/>
                <w:bottom w:val="nil"/>
                <w:right w:val="nil"/>
                <w:between w:val="nil"/>
              </w:pBdr>
              <w:tabs>
                <w:tab w:val="left" w:pos="0"/>
                <w:tab w:val="left" w:pos="1418"/>
              </w:tabs>
              <w:spacing w:after="0" w:line="240" w:lineRule="auto"/>
              <w:ind w:firstLine="567"/>
              <w:rPr>
                <w:b/>
                <w:bCs/>
                <w:szCs w:val="28"/>
                <w:lang w:val="pt-BR"/>
              </w:rPr>
            </w:pPr>
            <w:r w:rsidRPr="00EC29D1">
              <w:rPr>
                <w:b/>
                <w:bCs/>
                <w:szCs w:val="28"/>
                <w:lang w:val="pt-BR"/>
              </w:rPr>
              <w:t>2. Trách nhiệm của tổ chức/cá nhân</w:t>
            </w:r>
          </w:p>
          <w:p w14:paraId="5A3FA90D" w14:textId="09826606" w:rsidR="0090234B" w:rsidRPr="00EC29D1" w:rsidRDefault="0090234B" w:rsidP="00C96B33">
            <w:pPr>
              <w:pBdr>
                <w:top w:val="nil"/>
                <w:left w:val="nil"/>
                <w:bottom w:val="nil"/>
                <w:right w:val="nil"/>
                <w:between w:val="nil"/>
              </w:pBdr>
              <w:tabs>
                <w:tab w:val="left" w:pos="1418"/>
              </w:tabs>
              <w:spacing w:after="0" w:line="240" w:lineRule="auto"/>
              <w:ind w:firstLine="567"/>
              <w:rPr>
                <w:szCs w:val="28"/>
                <w:lang w:val="pt-BR"/>
              </w:rPr>
            </w:pPr>
            <w:r w:rsidRPr="00EC29D1">
              <w:rPr>
                <w:szCs w:val="28"/>
                <w:lang w:val="pt-BR"/>
              </w:rPr>
              <w:t xml:space="preserve">Tổ chức/cá nhân có mã số được phục </w:t>
            </w:r>
            <w:r w:rsidR="0084377A">
              <w:rPr>
                <w:szCs w:val="28"/>
                <w:lang w:val="pt-BR"/>
              </w:rPr>
              <w:t xml:space="preserve">hồi </w:t>
            </w:r>
            <w:r w:rsidRPr="00EC29D1">
              <w:rPr>
                <w:szCs w:val="28"/>
                <w:lang w:val="pt-BR"/>
              </w:rPr>
              <w:t>có trách nhiệm:</w:t>
            </w:r>
          </w:p>
          <w:p w14:paraId="57452DE4" w14:textId="77777777" w:rsidR="0090234B" w:rsidRPr="00EC29D1" w:rsidRDefault="0090234B" w:rsidP="00C96B33">
            <w:pPr>
              <w:pBdr>
                <w:top w:val="nil"/>
                <w:left w:val="nil"/>
                <w:bottom w:val="nil"/>
                <w:right w:val="nil"/>
                <w:between w:val="nil"/>
              </w:pBdr>
              <w:tabs>
                <w:tab w:val="left" w:pos="1418"/>
              </w:tabs>
              <w:spacing w:after="0" w:line="240" w:lineRule="auto"/>
              <w:ind w:firstLine="567"/>
              <w:rPr>
                <w:szCs w:val="28"/>
                <w:lang w:val="pt-BR"/>
              </w:rPr>
            </w:pPr>
            <w:r w:rsidRPr="00EC29D1">
              <w:rPr>
                <w:szCs w:val="28"/>
                <w:lang w:val="pt-BR"/>
              </w:rPr>
              <w:t>- Duy trì đầy đủ các điều kiện kỹ thuật theo quy định của Nghị định và yêu cầu của nước nhập khẩu trong trường hợp mã số xuất khẩu;</w:t>
            </w:r>
          </w:p>
          <w:p w14:paraId="13FE5953" w14:textId="77777777" w:rsidR="0090234B" w:rsidRPr="00EC29D1" w:rsidRDefault="0090234B" w:rsidP="00C96B33">
            <w:pPr>
              <w:pBdr>
                <w:top w:val="nil"/>
                <w:left w:val="nil"/>
                <w:bottom w:val="nil"/>
                <w:right w:val="nil"/>
                <w:between w:val="nil"/>
              </w:pBdr>
              <w:tabs>
                <w:tab w:val="left" w:pos="1418"/>
              </w:tabs>
              <w:spacing w:after="0" w:line="240" w:lineRule="auto"/>
              <w:ind w:firstLine="567"/>
              <w:rPr>
                <w:szCs w:val="28"/>
                <w:lang w:val="pt-BR"/>
              </w:rPr>
            </w:pPr>
            <w:r w:rsidRPr="00EC29D1">
              <w:rPr>
                <w:szCs w:val="28"/>
                <w:lang w:val="pt-BR"/>
              </w:rPr>
              <w:t>- Thực hiện tự giám sát và lưu hồ sơ theo quy định;</w:t>
            </w:r>
          </w:p>
          <w:p w14:paraId="1FB5824C" w14:textId="6A90AA5A" w:rsidR="0090234B" w:rsidRPr="00EC29D1" w:rsidRDefault="0090234B" w:rsidP="00C96B33">
            <w:pPr>
              <w:pBdr>
                <w:top w:val="nil"/>
                <w:left w:val="nil"/>
                <w:bottom w:val="nil"/>
                <w:right w:val="nil"/>
                <w:between w:val="nil"/>
              </w:pBdr>
              <w:tabs>
                <w:tab w:val="left" w:pos="1418"/>
              </w:tabs>
              <w:spacing w:after="0" w:line="240" w:lineRule="auto"/>
              <w:ind w:firstLine="567"/>
              <w:rPr>
                <w:szCs w:val="28"/>
                <w:lang w:val="pt-BR"/>
              </w:rPr>
            </w:pPr>
            <w:r w:rsidRPr="00EC29D1">
              <w:rPr>
                <w:szCs w:val="28"/>
                <w:lang w:val="pt-BR"/>
              </w:rPr>
              <w:t>- Phối hợp kiểm tra theo yêu cầu của</w:t>
            </w:r>
            <w:r w:rsidRPr="003A778F">
              <w:rPr>
                <w:szCs w:val="28"/>
                <w:lang w:val="pt-BR"/>
              </w:rPr>
              <w:t xml:space="preserve"> </w:t>
            </w:r>
            <w:r w:rsidR="004978B1">
              <w:rPr>
                <w:szCs w:val="28"/>
                <w:lang w:val="pt-BR"/>
              </w:rPr>
              <w:t>Ủy ban nhân dân cấp xã</w:t>
            </w:r>
            <w:r w:rsidRPr="00EC29D1">
              <w:rPr>
                <w:szCs w:val="28"/>
                <w:lang w:val="pt-BR"/>
              </w:rPr>
              <w:t>;</w:t>
            </w:r>
          </w:p>
          <w:p w14:paraId="1154597B" w14:textId="4B801023" w:rsidR="0090234B" w:rsidRPr="00EC29D1" w:rsidRDefault="0084377A" w:rsidP="00C96B33">
            <w:pPr>
              <w:pBdr>
                <w:top w:val="nil"/>
                <w:left w:val="nil"/>
                <w:bottom w:val="nil"/>
                <w:right w:val="nil"/>
                <w:between w:val="nil"/>
              </w:pBdr>
              <w:tabs>
                <w:tab w:val="left" w:pos="1418"/>
              </w:tabs>
              <w:spacing w:after="0" w:line="240" w:lineRule="auto"/>
              <w:ind w:firstLine="567"/>
              <w:rPr>
                <w:szCs w:val="28"/>
                <w:lang w:val="pt-BR"/>
              </w:rPr>
            </w:pPr>
            <w:r>
              <w:rPr>
                <w:szCs w:val="28"/>
                <w:lang w:val="pt-BR"/>
              </w:rPr>
              <w:t>Ủy ban nhân dân cấp xã</w:t>
            </w:r>
            <w:r w:rsidR="0090234B" w:rsidRPr="003A778F">
              <w:rPr>
                <w:szCs w:val="28"/>
                <w:lang w:val="pt-BR"/>
              </w:rPr>
              <w:t xml:space="preserve"> </w:t>
            </w:r>
            <w:r w:rsidR="0090234B" w:rsidRPr="00EC29D1">
              <w:rPr>
                <w:szCs w:val="28"/>
                <w:lang w:val="pt-BR"/>
              </w:rPr>
              <w:t xml:space="preserve">… thông báo </w:t>
            </w:r>
            <w:bookmarkStart w:id="15" w:name="OLE_LINK7"/>
            <w:r w:rsidR="0090234B" w:rsidRPr="00EC29D1">
              <w:rPr>
                <w:szCs w:val="28"/>
                <w:lang w:val="pt-BR"/>
              </w:rPr>
              <w:t>để tổ chức, cá nhân</w:t>
            </w:r>
            <w:bookmarkEnd w:id="15"/>
            <w:r w:rsidR="0090234B" w:rsidRPr="00EC29D1">
              <w:rPr>
                <w:szCs w:val="28"/>
                <w:lang w:val="pt-BR"/>
              </w:rPr>
              <w:t xml:space="preserve"> được biết, thực hiện./.</w:t>
            </w:r>
          </w:p>
          <w:p w14:paraId="6BF97C2D" w14:textId="77777777" w:rsidR="0090234B" w:rsidRPr="00EC29D1" w:rsidRDefault="0090234B" w:rsidP="00C96B33">
            <w:pPr>
              <w:pBdr>
                <w:top w:val="nil"/>
                <w:left w:val="nil"/>
                <w:bottom w:val="nil"/>
                <w:right w:val="nil"/>
                <w:between w:val="nil"/>
              </w:pBdr>
              <w:tabs>
                <w:tab w:val="left" w:pos="1418"/>
              </w:tabs>
              <w:spacing w:after="0" w:line="240" w:lineRule="auto"/>
              <w:ind w:firstLine="567"/>
              <w:rPr>
                <w:sz w:val="6"/>
                <w:szCs w:val="28"/>
                <w:lang w:val="pt-BR"/>
              </w:rPr>
            </w:pPr>
          </w:p>
          <w:tbl>
            <w:tblPr>
              <w:tblpPr w:leftFromText="180" w:rightFromText="180" w:vertAnchor="text" w:horzAnchor="margin" w:tblpXSpec="center" w:tblpY="121"/>
              <w:tblOverlap w:val="never"/>
              <w:tblW w:w="9034" w:type="dxa"/>
              <w:tblLayout w:type="fixed"/>
              <w:tblLook w:val="0400" w:firstRow="0" w:lastRow="0" w:firstColumn="0" w:lastColumn="0" w:noHBand="0" w:noVBand="1"/>
            </w:tblPr>
            <w:tblGrid>
              <w:gridCol w:w="4487"/>
              <w:gridCol w:w="4547"/>
            </w:tblGrid>
            <w:tr w:rsidR="0090234B" w:rsidRPr="00EC29D1" w14:paraId="121F31D2" w14:textId="77777777" w:rsidTr="00C96B33">
              <w:trPr>
                <w:trHeight w:val="1137"/>
              </w:trPr>
              <w:tc>
                <w:tcPr>
                  <w:tcW w:w="4487" w:type="dxa"/>
                </w:tcPr>
                <w:p w14:paraId="5D1DC8E6" w14:textId="77777777" w:rsidR="0090234B" w:rsidRPr="00EC29D1" w:rsidRDefault="0090234B" w:rsidP="00C96B33">
                  <w:pPr>
                    <w:pBdr>
                      <w:top w:val="nil"/>
                      <w:left w:val="nil"/>
                      <w:bottom w:val="nil"/>
                      <w:right w:val="nil"/>
                      <w:between w:val="nil"/>
                    </w:pBdr>
                    <w:tabs>
                      <w:tab w:val="left" w:pos="720"/>
                      <w:tab w:val="left" w:pos="1418"/>
                    </w:tabs>
                    <w:spacing w:after="0" w:line="240" w:lineRule="auto"/>
                    <w:ind w:left="108" w:hanging="108"/>
                    <w:rPr>
                      <w:b/>
                      <w:i/>
                      <w:sz w:val="24"/>
                      <w:szCs w:val="28"/>
                      <w:lang w:val="vi"/>
                    </w:rPr>
                  </w:pPr>
                  <w:r w:rsidRPr="00EC29D1">
                    <w:rPr>
                      <w:b/>
                      <w:i/>
                      <w:sz w:val="24"/>
                      <w:szCs w:val="28"/>
                      <w:lang w:val="vi"/>
                    </w:rPr>
                    <w:t>Nơi nhận:</w:t>
                  </w:r>
                </w:p>
                <w:p w14:paraId="5AB117D0" w14:textId="77777777" w:rsidR="0090234B" w:rsidRPr="003A778F" w:rsidRDefault="0090234B" w:rsidP="00C96B33">
                  <w:pPr>
                    <w:pBdr>
                      <w:top w:val="nil"/>
                      <w:left w:val="nil"/>
                      <w:bottom w:val="nil"/>
                      <w:right w:val="nil"/>
                      <w:between w:val="nil"/>
                    </w:pBdr>
                    <w:tabs>
                      <w:tab w:val="left" w:pos="720"/>
                      <w:tab w:val="left" w:pos="1418"/>
                    </w:tabs>
                    <w:spacing w:after="0" w:line="240" w:lineRule="auto"/>
                    <w:ind w:left="108" w:hanging="108"/>
                    <w:rPr>
                      <w:sz w:val="22"/>
                      <w:szCs w:val="28"/>
                      <w:lang w:val="pt-BR"/>
                    </w:rPr>
                  </w:pPr>
                  <w:r w:rsidRPr="00EC29D1">
                    <w:rPr>
                      <w:sz w:val="22"/>
                      <w:szCs w:val="28"/>
                      <w:lang w:val="vi"/>
                    </w:rPr>
                    <w:t xml:space="preserve">- Tên </w:t>
                  </w:r>
                  <w:r w:rsidRPr="00EC29D1">
                    <w:rPr>
                      <w:sz w:val="22"/>
                      <w:szCs w:val="28"/>
                      <w:lang w:val="pt-BR"/>
                    </w:rPr>
                    <w:t>t</w:t>
                  </w:r>
                  <w:r w:rsidRPr="00EC29D1">
                    <w:rPr>
                      <w:sz w:val="22"/>
                      <w:szCs w:val="28"/>
                      <w:lang w:val="vi"/>
                    </w:rPr>
                    <w:t>ổ chức/cá nhân;</w:t>
                  </w:r>
                </w:p>
                <w:p w14:paraId="56EB74DB" w14:textId="77777777" w:rsidR="0090234B" w:rsidRPr="00EC29D1" w:rsidRDefault="0090234B" w:rsidP="00C96B33">
                  <w:pPr>
                    <w:pBdr>
                      <w:top w:val="nil"/>
                      <w:left w:val="nil"/>
                      <w:bottom w:val="nil"/>
                      <w:right w:val="nil"/>
                      <w:between w:val="nil"/>
                    </w:pBdr>
                    <w:tabs>
                      <w:tab w:val="left" w:pos="720"/>
                      <w:tab w:val="left" w:pos="1418"/>
                    </w:tabs>
                    <w:spacing w:after="0" w:line="240" w:lineRule="auto"/>
                    <w:ind w:left="108" w:hanging="108"/>
                    <w:rPr>
                      <w:sz w:val="22"/>
                      <w:szCs w:val="28"/>
                      <w:lang w:val="en-GB"/>
                    </w:rPr>
                  </w:pPr>
                  <w:r w:rsidRPr="00EC29D1">
                    <w:rPr>
                      <w:sz w:val="22"/>
                      <w:szCs w:val="28"/>
                      <w:lang w:val="en-GB"/>
                    </w:rPr>
                    <w:t>- …….;</w:t>
                  </w:r>
                </w:p>
                <w:p w14:paraId="21EEDDC9" w14:textId="77777777" w:rsidR="0090234B" w:rsidRDefault="0090234B" w:rsidP="00C96B33">
                  <w:pPr>
                    <w:pBdr>
                      <w:top w:val="nil"/>
                      <w:left w:val="nil"/>
                      <w:bottom w:val="nil"/>
                      <w:right w:val="nil"/>
                      <w:between w:val="nil"/>
                    </w:pBdr>
                    <w:tabs>
                      <w:tab w:val="left" w:pos="720"/>
                      <w:tab w:val="left" w:pos="1418"/>
                    </w:tabs>
                    <w:spacing w:after="0" w:line="240" w:lineRule="auto"/>
                    <w:ind w:left="108" w:hanging="108"/>
                    <w:rPr>
                      <w:sz w:val="22"/>
                      <w:szCs w:val="28"/>
                    </w:rPr>
                  </w:pPr>
                  <w:r w:rsidRPr="00EC29D1">
                    <w:rPr>
                      <w:sz w:val="22"/>
                      <w:szCs w:val="28"/>
                      <w:lang w:val="vi"/>
                    </w:rPr>
                    <w:t>- Lưu: VT</w:t>
                  </w:r>
                  <w:r w:rsidRPr="00EC29D1">
                    <w:rPr>
                      <w:sz w:val="22"/>
                      <w:szCs w:val="28"/>
                    </w:rPr>
                    <w:t>,</w:t>
                  </w:r>
                  <w:r w:rsidRPr="00EC29D1">
                    <w:rPr>
                      <w:sz w:val="22"/>
                      <w:szCs w:val="28"/>
                      <w:lang w:val="vi"/>
                    </w:rPr>
                    <w:t xml:space="preserve"> </w:t>
                  </w:r>
                  <w:r w:rsidRPr="00EC29D1">
                    <w:rPr>
                      <w:sz w:val="22"/>
                      <w:szCs w:val="28"/>
                    </w:rPr>
                    <w:t>……</w:t>
                  </w:r>
                </w:p>
                <w:p w14:paraId="63BF34E5" w14:textId="77777777" w:rsidR="0090234B" w:rsidRPr="00EC29D1" w:rsidRDefault="0090234B" w:rsidP="00C96B33">
                  <w:pPr>
                    <w:pBdr>
                      <w:top w:val="nil"/>
                      <w:left w:val="nil"/>
                      <w:bottom w:val="nil"/>
                      <w:right w:val="nil"/>
                      <w:between w:val="nil"/>
                    </w:pBdr>
                    <w:tabs>
                      <w:tab w:val="left" w:pos="720"/>
                      <w:tab w:val="left" w:pos="1418"/>
                    </w:tabs>
                    <w:spacing w:after="0" w:line="240" w:lineRule="auto"/>
                    <w:ind w:left="108" w:hanging="108"/>
                    <w:rPr>
                      <w:sz w:val="22"/>
                      <w:szCs w:val="28"/>
                    </w:rPr>
                  </w:pPr>
                  <w:r w:rsidRPr="00EC29D1">
                    <w:rPr>
                      <w:noProof/>
                      <w:sz w:val="22"/>
                      <w:szCs w:val="28"/>
                      <w14:ligatures w14:val="standardContextual"/>
                    </w:rPr>
                    <mc:AlternateContent>
                      <mc:Choice Requires="wps">
                        <w:drawing>
                          <wp:anchor distT="0" distB="0" distL="114300" distR="114300" simplePos="0" relativeHeight="251676672" behindDoc="0" locked="0" layoutInCell="1" allowOverlap="1" wp14:anchorId="1B9984C3" wp14:editId="6B86EF00">
                            <wp:simplePos x="0" y="0"/>
                            <wp:positionH relativeFrom="column">
                              <wp:posOffset>-34290</wp:posOffset>
                            </wp:positionH>
                            <wp:positionV relativeFrom="paragraph">
                              <wp:posOffset>106432</wp:posOffset>
                            </wp:positionV>
                            <wp:extent cx="1596150" cy="0"/>
                            <wp:effectExtent l="0" t="0" r="0" b="0"/>
                            <wp:wrapNone/>
                            <wp:docPr id="1095453780" name="Straight Connector 19"/>
                            <wp:cNvGraphicFramePr/>
                            <a:graphic xmlns:a="http://schemas.openxmlformats.org/drawingml/2006/main">
                              <a:graphicData uri="http://schemas.microsoft.com/office/word/2010/wordprocessingShape">
                                <wps:wsp>
                                  <wps:cNvCnPr/>
                                  <wps:spPr>
                                    <a:xfrm>
                                      <a:off x="0" y="0"/>
                                      <a:ext cx="1596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F07EEC1" id="Straight Connector 1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7pt,8.4pt" to="12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" strokecolor="black [3040]"/>
                        </w:pict>
                      </mc:Fallback>
                    </mc:AlternateContent>
                  </w:r>
                </w:p>
              </w:tc>
              <w:tc>
                <w:tcPr>
                  <w:tcW w:w="4547" w:type="dxa"/>
                </w:tcPr>
                <w:p w14:paraId="395D1CF8" w14:textId="77777777" w:rsidR="0090234B" w:rsidRPr="00EC29D1" w:rsidRDefault="0090234B" w:rsidP="00C96B33">
                  <w:pPr>
                    <w:pBdr>
                      <w:top w:val="nil"/>
                      <w:left w:val="nil"/>
                      <w:bottom w:val="nil"/>
                      <w:right w:val="nil"/>
                      <w:between w:val="nil"/>
                    </w:pBdr>
                    <w:tabs>
                      <w:tab w:val="left" w:pos="0"/>
                      <w:tab w:val="left" w:pos="720"/>
                      <w:tab w:val="left" w:pos="1418"/>
                    </w:tabs>
                    <w:spacing w:after="0" w:line="240" w:lineRule="auto"/>
                    <w:jc w:val="center"/>
                    <w:rPr>
                      <w:b/>
                      <w:szCs w:val="28"/>
                    </w:rPr>
                  </w:pPr>
                  <w:r w:rsidRPr="00EC29D1">
                    <w:rPr>
                      <w:b/>
                      <w:szCs w:val="28"/>
                    </w:rPr>
                    <w:t xml:space="preserve">THỦ TRƯỞNG </w:t>
                  </w:r>
                  <w:r w:rsidRPr="00EC29D1">
                    <w:rPr>
                      <w:b/>
                      <w:szCs w:val="28"/>
                      <w:lang w:val="vi-VN"/>
                    </w:rPr>
                    <w:t xml:space="preserve">CƠ QUAN </w:t>
                  </w:r>
                </w:p>
                <w:p w14:paraId="442D1F86" w14:textId="77777777" w:rsidR="0090234B" w:rsidRPr="00EC29D1" w:rsidRDefault="0090234B" w:rsidP="00C96B33">
                  <w:pPr>
                    <w:pBdr>
                      <w:top w:val="nil"/>
                      <w:left w:val="nil"/>
                      <w:bottom w:val="nil"/>
                      <w:right w:val="nil"/>
                      <w:between w:val="nil"/>
                    </w:pBdr>
                    <w:tabs>
                      <w:tab w:val="left" w:pos="0"/>
                      <w:tab w:val="left" w:pos="720"/>
                      <w:tab w:val="left" w:pos="1418"/>
                    </w:tabs>
                    <w:spacing w:after="0" w:line="240" w:lineRule="auto"/>
                    <w:jc w:val="center"/>
                    <w:rPr>
                      <w:bCs/>
                      <w:i/>
                      <w:iCs/>
                      <w:szCs w:val="28"/>
                    </w:rPr>
                  </w:pPr>
                  <w:r w:rsidRPr="00EC29D1">
                    <w:rPr>
                      <w:bCs/>
                      <w:i/>
                      <w:iCs/>
                      <w:szCs w:val="28"/>
                      <w:lang w:val="vi"/>
                    </w:rPr>
                    <w:t>(Ký, đóng dấu)</w:t>
                  </w:r>
                </w:p>
              </w:tc>
            </w:tr>
            <w:tr w:rsidR="0090234B" w:rsidRPr="004C1B86" w14:paraId="5C3646DC" w14:textId="77777777" w:rsidTr="00C96B33">
              <w:trPr>
                <w:trHeight w:val="129"/>
              </w:trPr>
              <w:tc>
                <w:tcPr>
                  <w:tcW w:w="9034" w:type="dxa"/>
                  <w:gridSpan w:val="2"/>
                </w:tcPr>
                <w:p w14:paraId="51C70C78" w14:textId="77777777" w:rsidR="0090234B" w:rsidRPr="004C1B86" w:rsidRDefault="0090234B" w:rsidP="00C96B33">
                  <w:pPr>
                    <w:pBdr>
                      <w:top w:val="nil"/>
                      <w:left w:val="nil"/>
                      <w:bottom w:val="nil"/>
                      <w:right w:val="nil"/>
                      <w:between w:val="nil"/>
                    </w:pBdr>
                    <w:tabs>
                      <w:tab w:val="left" w:pos="0"/>
                      <w:tab w:val="left" w:pos="1418"/>
                    </w:tabs>
                    <w:spacing w:before="20" w:after="0" w:line="240" w:lineRule="auto"/>
                    <w:rPr>
                      <w:b/>
                      <w:szCs w:val="28"/>
                    </w:rPr>
                  </w:pPr>
                  <w:r w:rsidRPr="00EC29D1">
                    <w:rPr>
                      <w:bCs/>
                      <w:i/>
                      <w:iCs/>
                      <w:sz w:val="24"/>
                      <w:lang w:val="en-GB"/>
                    </w:rPr>
                    <w:t xml:space="preserve">           (1) Lãnh đạo đơn vị thuộc cơ quan có thẩm quyền được giao nhiệm vụ về quản lý mã số vùng trồng/mã số cơ sở đóng gói.</w:t>
                  </w:r>
                </w:p>
              </w:tc>
            </w:tr>
          </w:tbl>
          <w:p w14:paraId="29495C03" w14:textId="77777777" w:rsidR="0090234B" w:rsidRPr="00A17E7B" w:rsidRDefault="0090234B" w:rsidP="00C96B33">
            <w:pPr>
              <w:pBdr>
                <w:top w:val="nil"/>
                <w:left w:val="nil"/>
                <w:bottom w:val="nil"/>
                <w:right w:val="nil"/>
                <w:between w:val="nil"/>
              </w:pBdr>
              <w:tabs>
                <w:tab w:val="left" w:pos="0"/>
                <w:tab w:val="left" w:pos="1418"/>
                <w:tab w:val="left" w:pos="1976"/>
              </w:tabs>
              <w:spacing w:line="240" w:lineRule="auto"/>
              <w:rPr>
                <w:b/>
                <w:sz w:val="8"/>
                <w:szCs w:val="8"/>
              </w:rPr>
            </w:pPr>
          </w:p>
        </w:tc>
      </w:tr>
    </w:tbl>
    <w:p w14:paraId="565AE3FB" w14:textId="671571E5" w:rsidR="00BA3EFE" w:rsidRPr="004C36D5" w:rsidRDefault="00BA3EFE">
      <w:pPr>
        <w:rPr>
          <w:rFonts w:cs="Times New Roman"/>
          <w:sz w:val="28"/>
          <w:szCs w:val="28"/>
        </w:rPr>
      </w:pPr>
    </w:p>
    <w:sectPr w:rsidR="00BA3EFE" w:rsidRPr="004C36D5" w:rsidSect="009B31F5">
      <w:footerReference w:type="default" r:id="rId11"/>
      <w:pgSz w:w="11906" w:h="16838" w:code="9"/>
      <w:pgMar w:top="1134" w:right="1134" w:bottom="1134" w:left="1701"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24E5D" w14:textId="77777777" w:rsidR="001F0A66" w:rsidRDefault="001F0A66">
      <w:pPr>
        <w:spacing w:after="0" w:line="240" w:lineRule="auto"/>
      </w:pPr>
      <w:r>
        <w:separator/>
      </w:r>
    </w:p>
  </w:endnote>
  <w:endnote w:type="continuationSeparator" w:id="0">
    <w:p w14:paraId="6AAA521A" w14:textId="77777777" w:rsidR="001F0A66" w:rsidRDefault="001F0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F6779" w14:textId="76FDE0F9" w:rsidR="00C96B33" w:rsidRPr="00453747" w:rsidRDefault="00C96B33" w:rsidP="004537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42796" w14:textId="77777777" w:rsidR="001F0A66" w:rsidRDefault="001F0A66">
      <w:pPr>
        <w:spacing w:after="0" w:line="240" w:lineRule="auto"/>
      </w:pPr>
      <w:r>
        <w:separator/>
      </w:r>
    </w:p>
  </w:footnote>
  <w:footnote w:type="continuationSeparator" w:id="0">
    <w:p w14:paraId="086E7B96" w14:textId="77777777" w:rsidR="001F0A66" w:rsidRDefault="001F0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185095"/>
      <w:docPartObj>
        <w:docPartGallery w:val="Page Numbers (Top of Page)"/>
        <w:docPartUnique/>
      </w:docPartObj>
    </w:sdtPr>
    <w:sdtEndPr>
      <w:rPr>
        <w:noProof/>
        <w:sz w:val="28"/>
        <w:szCs w:val="28"/>
      </w:rPr>
    </w:sdtEndPr>
    <w:sdtContent>
      <w:p w14:paraId="2919A623" w14:textId="2D161CDB" w:rsidR="00C96B33" w:rsidRPr="00C00374" w:rsidRDefault="00C96B33">
        <w:pPr>
          <w:pStyle w:val="Header"/>
          <w:jc w:val="center"/>
          <w:rPr>
            <w:sz w:val="28"/>
            <w:szCs w:val="28"/>
          </w:rPr>
        </w:pPr>
        <w:r w:rsidRPr="00C00374">
          <w:rPr>
            <w:sz w:val="28"/>
            <w:szCs w:val="28"/>
          </w:rPr>
          <w:fldChar w:fldCharType="begin"/>
        </w:r>
        <w:r w:rsidRPr="00C00374">
          <w:rPr>
            <w:sz w:val="28"/>
            <w:szCs w:val="28"/>
          </w:rPr>
          <w:instrText xml:space="preserve"> PAGE   \* MERGEFORMAT </w:instrText>
        </w:r>
        <w:r w:rsidRPr="00C00374">
          <w:rPr>
            <w:sz w:val="28"/>
            <w:szCs w:val="28"/>
          </w:rPr>
          <w:fldChar w:fldCharType="separate"/>
        </w:r>
        <w:r w:rsidR="00603793">
          <w:rPr>
            <w:noProof/>
            <w:sz w:val="28"/>
            <w:szCs w:val="28"/>
          </w:rPr>
          <w:t>2</w:t>
        </w:r>
        <w:r w:rsidRPr="00C00374">
          <w:rPr>
            <w:noProof/>
            <w:sz w:val="28"/>
            <w:szCs w:val="28"/>
          </w:rPr>
          <w:fldChar w:fldCharType="end"/>
        </w:r>
      </w:p>
    </w:sdtContent>
  </w:sdt>
  <w:p w14:paraId="6C71B692" w14:textId="77777777" w:rsidR="00C96B33" w:rsidRDefault="00C96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5D706B59"/>
    <w:multiLevelType w:val="hybridMultilevel"/>
    <w:tmpl w:val="DC3ECB2A"/>
    <w:lvl w:ilvl="0" w:tplc="B1DCDB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A71"/>
    <w:rsid w:val="00017CEE"/>
    <w:rsid w:val="00030411"/>
    <w:rsid w:val="00034616"/>
    <w:rsid w:val="00035936"/>
    <w:rsid w:val="00042645"/>
    <w:rsid w:val="00055B84"/>
    <w:rsid w:val="000567E3"/>
    <w:rsid w:val="0006063C"/>
    <w:rsid w:val="00063F27"/>
    <w:rsid w:val="00064522"/>
    <w:rsid w:val="0007115D"/>
    <w:rsid w:val="000838A6"/>
    <w:rsid w:val="000927DB"/>
    <w:rsid w:val="00096E20"/>
    <w:rsid w:val="000A570C"/>
    <w:rsid w:val="000C514D"/>
    <w:rsid w:val="000D072D"/>
    <w:rsid w:val="000D0D6E"/>
    <w:rsid w:val="000E440B"/>
    <w:rsid w:val="000F6FC0"/>
    <w:rsid w:val="0010464B"/>
    <w:rsid w:val="00112D45"/>
    <w:rsid w:val="0011748A"/>
    <w:rsid w:val="0012252D"/>
    <w:rsid w:val="00130F28"/>
    <w:rsid w:val="00140A91"/>
    <w:rsid w:val="0015074B"/>
    <w:rsid w:val="0015689E"/>
    <w:rsid w:val="001662F7"/>
    <w:rsid w:val="001773EC"/>
    <w:rsid w:val="00177CB4"/>
    <w:rsid w:val="00192775"/>
    <w:rsid w:val="00195362"/>
    <w:rsid w:val="001A03A7"/>
    <w:rsid w:val="001A1ADE"/>
    <w:rsid w:val="001A58AB"/>
    <w:rsid w:val="001A7721"/>
    <w:rsid w:val="001B1557"/>
    <w:rsid w:val="001B71E3"/>
    <w:rsid w:val="001C01D9"/>
    <w:rsid w:val="001D7462"/>
    <w:rsid w:val="001F0A66"/>
    <w:rsid w:val="001F18EA"/>
    <w:rsid w:val="00211260"/>
    <w:rsid w:val="00214888"/>
    <w:rsid w:val="00216CB2"/>
    <w:rsid w:val="00224D70"/>
    <w:rsid w:val="00240A47"/>
    <w:rsid w:val="002416CE"/>
    <w:rsid w:val="00262A21"/>
    <w:rsid w:val="0026605B"/>
    <w:rsid w:val="00290CCA"/>
    <w:rsid w:val="0029639D"/>
    <w:rsid w:val="002A2C17"/>
    <w:rsid w:val="002A3677"/>
    <w:rsid w:val="002D73DC"/>
    <w:rsid w:val="00307029"/>
    <w:rsid w:val="0031478B"/>
    <w:rsid w:val="00326F90"/>
    <w:rsid w:val="00341B83"/>
    <w:rsid w:val="00353870"/>
    <w:rsid w:val="0036225B"/>
    <w:rsid w:val="0036244E"/>
    <w:rsid w:val="003631F2"/>
    <w:rsid w:val="00367B43"/>
    <w:rsid w:val="003774B5"/>
    <w:rsid w:val="00386084"/>
    <w:rsid w:val="003A505B"/>
    <w:rsid w:val="003A778F"/>
    <w:rsid w:val="003B573B"/>
    <w:rsid w:val="003B653E"/>
    <w:rsid w:val="003D3D54"/>
    <w:rsid w:val="003D543E"/>
    <w:rsid w:val="003E18F6"/>
    <w:rsid w:val="003F591E"/>
    <w:rsid w:val="00407724"/>
    <w:rsid w:val="00413CDE"/>
    <w:rsid w:val="004243C9"/>
    <w:rsid w:val="00430654"/>
    <w:rsid w:val="00433B92"/>
    <w:rsid w:val="00451205"/>
    <w:rsid w:val="00453747"/>
    <w:rsid w:val="00453D59"/>
    <w:rsid w:val="00457CE5"/>
    <w:rsid w:val="004617E9"/>
    <w:rsid w:val="00476F3C"/>
    <w:rsid w:val="0048233F"/>
    <w:rsid w:val="00496398"/>
    <w:rsid w:val="004978B1"/>
    <w:rsid w:val="004B4647"/>
    <w:rsid w:val="004C36D5"/>
    <w:rsid w:val="004C7145"/>
    <w:rsid w:val="004D2974"/>
    <w:rsid w:val="004E2D0C"/>
    <w:rsid w:val="004F2E0D"/>
    <w:rsid w:val="004F7659"/>
    <w:rsid w:val="00502C05"/>
    <w:rsid w:val="00517D87"/>
    <w:rsid w:val="00526C74"/>
    <w:rsid w:val="00531C02"/>
    <w:rsid w:val="00534074"/>
    <w:rsid w:val="0054704E"/>
    <w:rsid w:val="00560960"/>
    <w:rsid w:val="0058331F"/>
    <w:rsid w:val="005856EB"/>
    <w:rsid w:val="005A397E"/>
    <w:rsid w:val="005A3C44"/>
    <w:rsid w:val="005C3745"/>
    <w:rsid w:val="005C6208"/>
    <w:rsid w:val="005D1560"/>
    <w:rsid w:val="005E1CA3"/>
    <w:rsid w:val="005E6183"/>
    <w:rsid w:val="005F5CC5"/>
    <w:rsid w:val="005F7EF6"/>
    <w:rsid w:val="00603793"/>
    <w:rsid w:val="00622FF4"/>
    <w:rsid w:val="00655603"/>
    <w:rsid w:val="00663290"/>
    <w:rsid w:val="006718AF"/>
    <w:rsid w:val="00674314"/>
    <w:rsid w:val="006804FE"/>
    <w:rsid w:val="006C0432"/>
    <w:rsid w:val="006D4812"/>
    <w:rsid w:val="006E0E06"/>
    <w:rsid w:val="006E7DC2"/>
    <w:rsid w:val="00715C7A"/>
    <w:rsid w:val="00716673"/>
    <w:rsid w:val="00722A82"/>
    <w:rsid w:val="007250BC"/>
    <w:rsid w:val="00735319"/>
    <w:rsid w:val="00737028"/>
    <w:rsid w:val="00751987"/>
    <w:rsid w:val="00753220"/>
    <w:rsid w:val="007553A7"/>
    <w:rsid w:val="00762A98"/>
    <w:rsid w:val="00775F5A"/>
    <w:rsid w:val="007923D3"/>
    <w:rsid w:val="007A2604"/>
    <w:rsid w:val="007B25E6"/>
    <w:rsid w:val="007B2DEA"/>
    <w:rsid w:val="007D488E"/>
    <w:rsid w:val="007D649A"/>
    <w:rsid w:val="0080466F"/>
    <w:rsid w:val="00806C29"/>
    <w:rsid w:val="00840A0F"/>
    <w:rsid w:val="00841B6F"/>
    <w:rsid w:val="0084377A"/>
    <w:rsid w:val="0084793F"/>
    <w:rsid w:val="00874EAF"/>
    <w:rsid w:val="00885E0C"/>
    <w:rsid w:val="00892924"/>
    <w:rsid w:val="008A1A14"/>
    <w:rsid w:val="008B6EA2"/>
    <w:rsid w:val="008C0DA7"/>
    <w:rsid w:val="008D1B98"/>
    <w:rsid w:val="0090234B"/>
    <w:rsid w:val="00912F96"/>
    <w:rsid w:val="00914475"/>
    <w:rsid w:val="00944DCF"/>
    <w:rsid w:val="00957562"/>
    <w:rsid w:val="009630BA"/>
    <w:rsid w:val="009657FE"/>
    <w:rsid w:val="0096636E"/>
    <w:rsid w:val="0098168B"/>
    <w:rsid w:val="00982839"/>
    <w:rsid w:val="0099386C"/>
    <w:rsid w:val="009A7BD1"/>
    <w:rsid w:val="009B1951"/>
    <w:rsid w:val="009B31F5"/>
    <w:rsid w:val="009C4854"/>
    <w:rsid w:val="009C762D"/>
    <w:rsid w:val="009E18FC"/>
    <w:rsid w:val="009E6B78"/>
    <w:rsid w:val="00A032A4"/>
    <w:rsid w:val="00A1120F"/>
    <w:rsid w:val="00A12E65"/>
    <w:rsid w:val="00A16A12"/>
    <w:rsid w:val="00A3233E"/>
    <w:rsid w:val="00A33E7D"/>
    <w:rsid w:val="00A371DD"/>
    <w:rsid w:val="00A66EF6"/>
    <w:rsid w:val="00A76DAD"/>
    <w:rsid w:val="00A97DE3"/>
    <w:rsid w:val="00AA1D8D"/>
    <w:rsid w:val="00AA68BF"/>
    <w:rsid w:val="00AC2FA7"/>
    <w:rsid w:val="00AE1007"/>
    <w:rsid w:val="00B10037"/>
    <w:rsid w:val="00B451B1"/>
    <w:rsid w:val="00B47730"/>
    <w:rsid w:val="00B56AC9"/>
    <w:rsid w:val="00B648FC"/>
    <w:rsid w:val="00B66A34"/>
    <w:rsid w:val="00B73FB8"/>
    <w:rsid w:val="00B76A0A"/>
    <w:rsid w:val="00B80757"/>
    <w:rsid w:val="00B8285A"/>
    <w:rsid w:val="00B92F8B"/>
    <w:rsid w:val="00B9317F"/>
    <w:rsid w:val="00BA09FF"/>
    <w:rsid w:val="00BA0CDC"/>
    <w:rsid w:val="00BA3EFE"/>
    <w:rsid w:val="00BA631D"/>
    <w:rsid w:val="00BB2803"/>
    <w:rsid w:val="00BC02CD"/>
    <w:rsid w:val="00BD414E"/>
    <w:rsid w:val="00BF32C7"/>
    <w:rsid w:val="00BF61A2"/>
    <w:rsid w:val="00C00374"/>
    <w:rsid w:val="00C14A72"/>
    <w:rsid w:val="00C359F2"/>
    <w:rsid w:val="00C35B26"/>
    <w:rsid w:val="00C431E6"/>
    <w:rsid w:val="00C45B04"/>
    <w:rsid w:val="00C46573"/>
    <w:rsid w:val="00C535EE"/>
    <w:rsid w:val="00C55FED"/>
    <w:rsid w:val="00C61B83"/>
    <w:rsid w:val="00C73008"/>
    <w:rsid w:val="00C80828"/>
    <w:rsid w:val="00C84506"/>
    <w:rsid w:val="00C958ED"/>
    <w:rsid w:val="00C96B33"/>
    <w:rsid w:val="00CA45E7"/>
    <w:rsid w:val="00CB0664"/>
    <w:rsid w:val="00CB117A"/>
    <w:rsid w:val="00CB46EA"/>
    <w:rsid w:val="00CB565D"/>
    <w:rsid w:val="00CD66AC"/>
    <w:rsid w:val="00CD77B2"/>
    <w:rsid w:val="00CE3899"/>
    <w:rsid w:val="00CE5352"/>
    <w:rsid w:val="00CF4EDE"/>
    <w:rsid w:val="00CF69D6"/>
    <w:rsid w:val="00CF7F73"/>
    <w:rsid w:val="00D032B9"/>
    <w:rsid w:val="00D035CD"/>
    <w:rsid w:val="00D07E7C"/>
    <w:rsid w:val="00D21D19"/>
    <w:rsid w:val="00D24DC4"/>
    <w:rsid w:val="00D26089"/>
    <w:rsid w:val="00D6311D"/>
    <w:rsid w:val="00D80088"/>
    <w:rsid w:val="00D978AA"/>
    <w:rsid w:val="00DC20A9"/>
    <w:rsid w:val="00DC766F"/>
    <w:rsid w:val="00DD714D"/>
    <w:rsid w:val="00E13432"/>
    <w:rsid w:val="00E24747"/>
    <w:rsid w:val="00E269E6"/>
    <w:rsid w:val="00E35321"/>
    <w:rsid w:val="00E43061"/>
    <w:rsid w:val="00E53ED2"/>
    <w:rsid w:val="00E54C68"/>
    <w:rsid w:val="00E579CC"/>
    <w:rsid w:val="00E8356C"/>
    <w:rsid w:val="00E84416"/>
    <w:rsid w:val="00E85DBF"/>
    <w:rsid w:val="00E944DF"/>
    <w:rsid w:val="00E94814"/>
    <w:rsid w:val="00EA2BE1"/>
    <w:rsid w:val="00EB38AE"/>
    <w:rsid w:val="00EB4BE5"/>
    <w:rsid w:val="00ED5C56"/>
    <w:rsid w:val="00EE513F"/>
    <w:rsid w:val="00EF7CC9"/>
    <w:rsid w:val="00F07378"/>
    <w:rsid w:val="00F079DA"/>
    <w:rsid w:val="00F1467D"/>
    <w:rsid w:val="00F14712"/>
    <w:rsid w:val="00F208EF"/>
    <w:rsid w:val="00F25BAF"/>
    <w:rsid w:val="00F26172"/>
    <w:rsid w:val="00F27D7A"/>
    <w:rsid w:val="00F354D8"/>
    <w:rsid w:val="00F67D5B"/>
    <w:rsid w:val="00F7096C"/>
    <w:rsid w:val="00F75894"/>
    <w:rsid w:val="00F9108F"/>
    <w:rsid w:val="00FA1798"/>
    <w:rsid w:val="00FA74D0"/>
    <w:rsid w:val="00FB0338"/>
    <w:rsid w:val="00FC16AF"/>
    <w:rsid w:val="00FC2573"/>
    <w:rsid w:val="00FC693F"/>
    <w:rsid w:val="00FD4613"/>
    <w:rsid w:val="00FE3A88"/>
    <w:rsid w:val="00FE4008"/>
    <w:rsid w:val="00FF1F41"/>
    <w:rsid w:val="00FF7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Clause">
    <w:name w:val="Legal Clause"/>
    <w:basedOn w:val="Normal"/>
    <w:pPr>
      <w:ind w:firstLine="567"/>
    </w:pPr>
  </w:style>
  <w:style w:type="paragraph" w:styleId="Revision">
    <w:name w:val="Revision"/>
    <w:hidden/>
    <w:uiPriority w:val="99"/>
    <w:semiHidden/>
    <w:rsid w:val="00AA68BF"/>
    <w:pPr>
      <w:spacing w:after="0" w:line="240" w:lineRule="auto"/>
    </w:pPr>
    <w:rPr>
      <w:rFonts w:ascii="Times New Roman" w:eastAsia="Times New Roman" w:hAnsi="Times New Roman"/>
      <w:sz w:val="26"/>
    </w:rPr>
  </w:style>
  <w:style w:type="table" w:customStyle="1" w:styleId="TableGrid1">
    <w:name w:val="Table Grid1"/>
    <w:basedOn w:val="TableNormal"/>
    <w:next w:val="TableGrid"/>
    <w:uiPriority w:val="59"/>
    <w:rsid w:val="00CD77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96398"/>
    <w:rPr>
      <w:sz w:val="16"/>
      <w:szCs w:val="16"/>
    </w:rPr>
  </w:style>
  <w:style w:type="paragraph" w:styleId="CommentText">
    <w:name w:val="annotation text"/>
    <w:basedOn w:val="Normal"/>
    <w:link w:val="CommentTextChar"/>
    <w:uiPriority w:val="99"/>
    <w:unhideWhenUsed/>
    <w:rsid w:val="00496398"/>
    <w:pPr>
      <w:spacing w:line="240" w:lineRule="auto"/>
    </w:pPr>
    <w:rPr>
      <w:sz w:val="20"/>
      <w:szCs w:val="20"/>
    </w:rPr>
  </w:style>
  <w:style w:type="character" w:customStyle="1" w:styleId="CommentTextChar">
    <w:name w:val="Comment Text Char"/>
    <w:basedOn w:val="DefaultParagraphFont"/>
    <w:link w:val="CommentText"/>
    <w:uiPriority w:val="99"/>
    <w:rsid w:val="00496398"/>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96398"/>
    <w:rPr>
      <w:b/>
      <w:bCs/>
    </w:rPr>
  </w:style>
  <w:style w:type="character" w:customStyle="1" w:styleId="CommentSubjectChar">
    <w:name w:val="Comment Subject Char"/>
    <w:basedOn w:val="CommentTextChar"/>
    <w:link w:val="CommentSubject"/>
    <w:uiPriority w:val="99"/>
    <w:semiHidden/>
    <w:rsid w:val="00496398"/>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C00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3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Clause">
    <w:name w:val="Legal Clause"/>
    <w:basedOn w:val="Normal"/>
    <w:pPr>
      <w:ind w:firstLine="567"/>
    </w:pPr>
  </w:style>
  <w:style w:type="paragraph" w:styleId="Revision">
    <w:name w:val="Revision"/>
    <w:hidden/>
    <w:uiPriority w:val="99"/>
    <w:semiHidden/>
    <w:rsid w:val="00AA68BF"/>
    <w:pPr>
      <w:spacing w:after="0" w:line="240" w:lineRule="auto"/>
    </w:pPr>
    <w:rPr>
      <w:rFonts w:ascii="Times New Roman" w:eastAsia="Times New Roman" w:hAnsi="Times New Roman"/>
      <w:sz w:val="26"/>
    </w:rPr>
  </w:style>
  <w:style w:type="table" w:customStyle="1" w:styleId="TableGrid1">
    <w:name w:val="Table Grid1"/>
    <w:basedOn w:val="TableNormal"/>
    <w:next w:val="TableGrid"/>
    <w:uiPriority w:val="59"/>
    <w:rsid w:val="00CD77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96398"/>
    <w:rPr>
      <w:sz w:val="16"/>
      <w:szCs w:val="16"/>
    </w:rPr>
  </w:style>
  <w:style w:type="paragraph" w:styleId="CommentText">
    <w:name w:val="annotation text"/>
    <w:basedOn w:val="Normal"/>
    <w:link w:val="CommentTextChar"/>
    <w:uiPriority w:val="99"/>
    <w:unhideWhenUsed/>
    <w:rsid w:val="00496398"/>
    <w:pPr>
      <w:spacing w:line="240" w:lineRule="auto"/>
    </w:pPr>
    <w:rPr>
      <w:sz w:val="20"/>
      <w:szCs w:val="20"/>
    </w:rPr>
  </w:style>
  <w:style w:type="character" w:customStyle="1" w:styleId="CommentTextChar">
    <w:name w:val="Comment Text Char"/>
    <w:basedOn w:val="DefaultParagraphFont"/>
    <w:link w:val="CommentText"/>
    <w:uiPriority w:val="99"/>
    <w:rsid w:val="00496398"/>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96398"/>
    <w:rPr>
      <w:b/>
      <w:bCs/>
    </w:rPr>
  </w:style>
  <w:style w:type="character" w:customStyle="1" w:styleId="CommentSubjectChar">
    <w:name w:val="Comment Subject Char"/>
    <w:basedOn w:val="CommentTextChar"/>
    <w:link w:val="CommentSubject"/>
    <w:uiPriority w:val="99"/>
    <w:semiHidden/>
    <w:rsid w:val="00496398"/>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C00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3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98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85B0-C444-45E3-BA79-2016E7C0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5327</Words>
  <Characters>30366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Dự thảo Nghị định sửa đổi, bổ sung Nghị định 38/2026/NĐ-CP</vt:lpstr>
    </vt:vector>
  </TitlesOfParts>
  <Company/>
  <LinksUpToDate>false</LinksUpToDate>
  <CharactersWithSpaces>35622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Nghị định sửa đổi, bổ sung Nghị định 38/2026/NĐ-CP</dc:title>
  <dc:subject>Cụ thể hóa Nghị quyết 36/2026/NQ-CP</dc:subject>
  <dc:creator>QUANG LUONG NGOC</dc:creator>
  <dc:description>generated by python-docx</dc:description>
  <cp:lastModifiedBy>MinhDiem</cp:lastModifiedBy>
  <cp:revision>2</cp:revision>
  <dcterms:created xsi:type="dcterms:W3CDTF">2026-09-10T03:07:00Z</dcterms:created>
  <dcterms:modified xsi:type="dcterms:W3CDTF">2026-09-10T03:07:00Z</dcterms:modified>
</cp:coreProperties>
</file>